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25900" w14:textId="77777777" w:rsidR="00C40D46" w:rsidRPr="00C50FD6" w:rsidRDefault="00000000">
      <w:pPr>
        <w:jc w:val="center"/>
      </w:pPr>
      <w:r w:rsidRPr="00C50FD6">
        <w:rPr>
          <w:b/>
          <w:sz w:val="28"/>
        </w:rPr>
        <w:t>Acute and Sub-acute Oral Toxicity Study of Allium sativum Powder in Sprague Dawley Rats</w:t>
      </w:r>
    </w:p>
    <w:p w14:paraId="61F75DA9" w14:textId="77777777" w:rsidR="00C40D46" w:rsidRPr="00C50FD6" w:rsidRDefault="00000000">
      <w:pPr>
        <w:pStyle w:val="Heading1"/>
      </w:pPr>
      <w:r w:rsidRPr="00C50FD6">
        <w:rPr>
          <w:rFonts w:ascii="Times New Roman" w:hAnsi="Times New Roman"/>
        </w:rPr>
        <w:t>Abstract</w:t>
      </w:r>
    </w:p>
    <w:p w14:paraId="5FE3A095" w14:textId="77777777" w:rsidR="00C50FD6" w:rsidRDefault="00C50FD6">
      <w:r w:rsidRPr="00C50FD6">
        <w:t>This study evaluated the acute and sub-acute oral toxicity of Allium sativum powder in male Sprague Dawley rats. Thirty-five rats weighing 180–220 g were used. In the acute toxicity study, rats were assigned to three groups of five animals each and received sterile water or a single oral dose of garlic powder preparation. In the sub-acute study, rats were assigned to four groups of five animals each and received sterile water or garlic powder preparation at 2000, 3000 and 5000 mg/kg body weight daily for four weeks. Body weight, selected organ weights and serum biochemical markers of liver and kidney function were assessed. Acute administration did not produce significant changes in body weight, organ weight, liver-function markers or kidney-function markers compared with the control group. In the sub-acute study, the 2000 mg/kg group showed a significant increase in body weight during weeks 2 and 3, a significant decrease in liver weight, and significant increases in aspartate aminotransferase and direct bilirubin. These changes were not dose-dependent and were not accompanied by significant increases in alanine aminotransferase, creatinine, urea or uric acid. The findings suggest that the tested garlic powder preparation did not produce a consistent pattern of acute or sub-acute systemic toxicity under the conditions of this study. Further evaluation including histopathology, hematology, food-intake monitoring and both sexes is recommended.</w:t>
      </w:r>
    </w:p>
    <w:p w14:paraId="14AABD9F" w14:textId="11ED83BD" w:rsidR="00C40D46" w:rsidRPr="00C50FD6" w:rsidRDefault="00000000">
      <w:r w:rsidRPr="00C50FD6">
        <w:t>Keywords: Allium sativum; toxicity; Sprague Dawley rats.</w:t>
      </w:r>
    </w:p>
    <w:p w14:paraId="75393987" w14:textId="77777777" w:rsidR="00C40D46" w:rsidRPr="00C50FD6" w:rsidRDefault="00000000">
      <w:pPr>
        <w:pStyle w:val="Heading1"/>
      </w:pPr>
      <w:r w:rsidRPr="00C50FD6">
        <w:rPr>
          <w:rFonts w:ascii="Times New Roman" w:hAnsi="Times New Roman"/>
        </w:rPr>
        <w:t>Introduction</w:t>
      </w:r>
    </w:p>
    <w:p w14:paraId="2F60D5CC" w14:textId="77777777" w:rsidR="00C40D46" w:rsidRPr="00C50FD6" w:rsidRDefault="00000000">
      <w:r w:rsidRPr="00C50FD6">
        <w:t>Medicinal plants include substance in their organs that can be utilized for medicinal or precursor purposes for the production of valuable medications (Bagul et al., 2025). Plants have been used for medical purposes since ancient times, and scientific studies have validated these claims. Before the development of conventional medicine, tea produced from willow tree bark was used to treat a number of illnesses (Fowotade et al., 2017). Additionally, it has been demonstrated that plants that naturally produce and store certain secondary compounds, such as alkaloids, glycosides, tannins, volatile oils, minerals, and vitamins, have therapeutic qualities (Bocso &amp; Butnariu, 2022). Allium sativum Linn. (A. sativum), a perennial blooming plant that can reach a height of 30 to 60 cm, belongs to the Alliaceae family. When raw or cooked, it boasts a wide range of flavors and textures and a distinctively strong scent (Singh et al., 2023).</w:t>
      </w:r>
    </w:p>
    <w:p w14:paraId="30F6C05D" w14:textId="77777777" w:rsidR="00C40D46" w:rsidRPr="00C50FD6" w:rsidRDefault="00000000">
      <w:r w:rsidRPr="00C50FD6">
        <w:t>Recent reviews emphasize that the biological activity of garlic depends strongly on its organosulfur chemistry, particularly alliin-derived allicin and related compounds such as diallyl disulfide, diallyl trisulfide, S-allylcysteine, and ajoene; these constituents are affected by processing, storage, and extraction method (Lawson &amp; Wang, 2005; Trio et al., 2014; El-Saadony et al., 2024). Because the composition of garlic products can vary, toxicity testing should be interpreted in relation to the specific preparation and route of administration used in the experiment.</w:t>
      </w:r>
    </w:p>
    <w:p w14:paraId="053E6DAE" w14:textId="77777777" w:rsidR="00C40D46" w:rsidRPr="00C50FD6" w:rsidRDefault="00000000">
      <w:r w:rsidRPr="00C50FD6">
        <w:lastRenderedPageBreak/>
        <w:t>It is widely used for its biological benefits, including lowering risk factors for cardiovascular disease, cancer prevention, immune function stimulation, detoxification of foreign components, antioxidant effects, cholesterol lowering, hypoglycemic effects, and neuro-protection against Alzheimer's disease (Siddique et al., 2015). Its distinctive profile of sulfur-containing chemicals, including allicin, diallyl disulfide, S-allyl cysteine, and ajoene, which have considerable antioxidant, anti-inflammatory, antibacterial, and lipid-lowering actions, is largely responsible for these health-promoting qualities (Ahmed et al., 2025). Allicin is an organosulfur substance with broad-spectrum antibacterial properties; excessive use can disrupt normal body flora and increase infection risk. Because it inhibits cholinesterase and causes excessive parasympathetic activation, its toxicity is similar to that of organophosphates. Cholinergic symptoms such as diarrhea, bronchoconstriction, bradycardia, and neurological disorders are brought on by this, and in extreme situations, they may result in syncope or coma. Atropine treatment can counteract these harmful consequences (Alare &amp; Alare, 2020). However, concerns about the long-term safety and toxicity of garlic supplements have surfaced as they become more and more popular and are taken at concentrations greater than usual dietary levels. Although garlic is often thought of as a harmless and health-promoting substance, some research indicates that consuming too much of it may have negative consequences, such as hepatotoxicity, oxidative stress, gastrointestinal problems, and hemolytic anemia (Lawson &amp; Wang, 2005; Giannini et al., 2005).</w:t>
      </w:r>
    </w:p>
    <w:p w14:paraId="47026109" w14:textId="77777777" w:rsidR="00C40D46" w:rsidRPr="00C50FD6" w:rsidRDefault="00000000">
      <w:r w:rsidRPr="00C50FD6">
        <w:t>Animal investigations have reported both protective and potentially adverse outcomes after garlic exposure, indicating that dose, duration, extract type, and route of administration are important determinants of the observed response (Fowotade et al., 2017; Aprioku &amp; Amah-Tariah, 2017; Dorrigiv et al., 2020). Therefore, the present study is positioned as a safety assessment of a defined garlic powder preparation rather than as evidence for universal safety of all garlic-derived products.</w:t>
      </w:r>
    </w:p>
    <w:p w14:paraId="41517248" w14:textId="77777777" w:rsidR="00C40D46" w:rsidRPr="00C50FD6" w:rsidRDefault="00000000">
      <w:r w:rsidRPr="00C50FD6">
        <w:t>The current study is to explore the acute and subacute oral toxicity of garlic powder in Sprague Dawley rats. Changes in body and organ weights and important biochemical indicators of liver and kidney function (such as ALT, AST, creatinine, urea, uric acid, total protein, and bilirubin) are all assessed in this thorough evaluation. By examining these factors, this study aims to clarify any possible harmful consequences linked to different garlic administration times and dosages.</w:t>
      </w:r>
    </w:p>
    <w:p w14:paraId="6C9A1017" w14:textId="77777777" w:rsidR="00C40D46" w:rsidRPr="00C50FD6" w:rsidRDefault="00000000">
      <w:pPr>
        <w:pStyle w:val="Heading1"/>
      </w:pPr>
      <w:r w:rsidRPr="00C50FD6">
        <w:rPr>
          <w:rFonts w:ascii="Times New Roman" w:hAnsi="Times New Roman"/>
        </w:rPr>
        <w:t>Materials and Methods</w:t>
      </w:r>
    </w:p>
    <w:p w14:paraId="6D683DAF" w14:textId="77777777" w:rsidR="00C40D46" w:rsidRPr="00C50FD6" w:rsidRDefault="00000000">
      <w:pPr>
        <w:pStyle w:val="Heading2"/>
      </w:pPr>
      <w:r w:rsidRPr="00C50FD6">
        <w:rPr>
          <w:rFonts w:ascii="Times New Roman" w:hAnsi="Times New Roman"/>
          <w:sz w:val="24"/>
        </w:rPr>
        <w:t>Processing of garlic into powder</w:t>
      </w:r>
    </w:p>
    <w:p w14:paraId="5313622D" w14:textId="77777777" w:rsidR="00C40D46" w:rsidRPr="00C50FD6" w:rsidRDefault="00000000">
      <w:r w:rsidRPr="00C50FD6">
        <w:t>The garlic was purchased from a nearby market. Cloves of garlic were peeled, diced, dried at 55 degrees Celsius in an oven, and then ground into a powder. The garlic powder was kept at 4°C in the refrigerator (Senani et al., 2024).</w:t>
      </w:r>
    </w:p>
    <w:p w14:paraId="29AA3F13" w14:textId="77777777" w:rsidR="00C40D46" w:rsidRPr="00C50FD6" w:rsidRDefault="00000000">
      <w:pPr>
        <w:pStyle w:val="Heading2"/>
      </w:pPr>
      <w:r w:rsidRPr="00C50FD6">
        <w:rPr>
          <w:rFonts w:ascii="Times New Roman" w:hAnsi="Times New Roman"/>
          <w:sz w:val="24"/>
        </w:rPr>
        <w:t>The design of experiments</w:t>
      </w:r>
    </w:p>
    <w:p w14:paraId="034296DF" w14:textId="77777777" w:rsidR="00C40D46" w:rsidRPr="00C50FD6" w:rsidRDefault="00000000">
      <w:r w:rsidRPr="00C50FD6">
        <w:t xml:space="preserve">In the experimental, thirty five male Sprague Dawley rats with weight between 180 and 220 g for the male rats are used, When the rats arrived, they were put in polypropylene plastic cages with two rats per cage, wood chips for bedding, commercial chew, and tap water for drinking. In the second week of the acute toxicity research, the rats were split into three groups at random, each consisting of five rats, and each group received a single oral gavage dose. Group A obtained sterile water and served as control. Groups B obtained doses of garlic extract at 2000 mg/kg and C obtained doses of garlic extract at 5000 </w:t>
      </w:r>
      <w:r w:rsidRPr="00C50FD6">
        <w:lastRenderedPageBreak/>
        <w:t>mg/kg. In sub-acute toxicity study The rats were split into four groups of five at random, and for four weeks, oral gavage was given to each group every day. Group A obtained sterile water and served as control. Groups B, C and D obtained doses of garlic extract at 2000 mg/kg, 3000 mg/kg and 5000 mg/kg body weight, respectively. The rats were anesthetised using xylazine and ketamine mixture, the organ brain, lungs, heart, liver, kidneys, spleen, thymus, ADGL, Following necropsy, the testes were blotted dry and weighed right away.</w:t>
      </w:r>
    </w:p>
    <w:p w14:paraId="2CA289C2" w14:textId="77777777" w:rsidR="00C40D46" w:rsidRPr="00C50FD6" w:rsidRDefault="00000000">
      <w:pPr>
        <w:pStyle w:val="Heading2"/>
      </w:pPr>
      <w:r w:rsidRPr="00C50FD6">
        <w:rPr>
          <w:rFonts w:ascii="Times New Roman" w:hAnsi="Times New Roman"/>
          <w:sz w:val="24"/>
        </w:rPr>
        <w:t>Parameters measured</w:t>
      </w:r>
    </w:p>
    <w:p w14:paraId="728B996A" w14:textId="77777777" w:rsidR="00C40D46" w:rsidRPr="00C50FD6" w:rsidRDefault="00000000">
      <w:pPr>
        <w:pStyle w:val="Heading3"/>
      </w:pPr>
      <w:r w:rsidRPr="00C50FD6">
        <w:rPr>
          <w:rFonts w:ascii="Times New Roman" w:hAnsi="Times New Roman"/>
        </w:rPr>
        <w:t>Biochemistry of blood</w:t>
      </w:r>
    </w:p>
    <w:p w14:paraId="7089625A" w14:textId="77777777" w:rsidR="00C40D46" w:rsidRPr="00C50FD6" w:rsidRDefault="00000000">
      <w:r w:rsidRPr="00C50FD6">
        <w:t>Each rat's heart was used to extract blood, which was then collected into serum vacuum-sealed blood collection containers. The blood samples were centrifuged for five minutes at 5000 rpm using a Hettich Zent EBA20, Germany. Collections of serum were gathered, placed in microcentrifuge tubes, and kept at -20°C. Alanine transaminase (ALT), aspartate transaminase (AST), direct bilirubin, albumin, total protein, creatinine, uric acid, and urea were all measured in the serum samples using an automatic biochemistry analyzer.</w:t>
      </w:r>
    </w:p>
    <w:p w14:paraId="618F17CC" w14:textId="77777777" w:rsidR="00C40D46" w:rsidRPr="00C50FD6" w:rsidRDefault="00000000">
      <w:pPr>
        <w:pStyle w:val="Heading3"/>
      </w:pPr>
      <w:r w:rsidRPr="00C50FD6">
        <w:rPr>
          <w:rFonts w:ascii="Times New Roman" w:hAnsi="Times New Roman"/>
        </w:rPr>
        <w:t>Statistical analysis</w:t>
      </w:r>
    </w:p>
    <w:p w14:paraId="4990C5C0" w14:textId="77777777" w:rsidR="00C40D46" w:rsidRPr="00C50FD6" w:rsidRDefault="00000000">
      <w:r w:rsidRPr="00C50FD6">
        <w:t>The data were analyzed by comparing results between groups using the ONE WAY ANOVA test, the Kruskal Wallis non-parametric ANOVA test and Mann-Whitney U test.</w:t>
      </w:r>
    </w:p>
    <w:p w14:paraId="51FF2C05" w14:textId="77777777" w:rsidR="00C40D46" w:rsidRPr="00C50FD6" w:rsidRDefault="00000000">
      <w:pPr>
        <w:pStyle w:val="Heading1"/>
      </w:pPr>
      <w:r w:rsidRPr="00C50FD6">
        <w:rPr>
          <w:rFonts w:ascii="Times New Roman" w:hAnsi="Times New Roman"/>
        </w:rPr>
        <w:t>Results and Discussion</w:t>
      </w:r>
    </w:p>
    <w:p w14:paraId="45488A6B" w14:textId="77777777" w:rsidR="00C40D46" w:rsidRPr="00C50FD6" w:rsidRDefault="00000000">
      <w:pPr>
        <w:pStyle w:val="Heading2"/>
      </w:pPr>
      <w:r w:rsidRPr="00C50FD6">
        <w:rPr>
          <w:rFonts w:ascii="Times New Roman" w:hAnsi="Times New Roman"/>
          <w:sz w:val="24"/>
        </w:rPr>
        <w:t>The impact of Allium sativum extract on body weight in acute and subacute oral toxicity tests</w:t>
      </w:r>
    </w:p>
    <w:p w14:paraId="0AF2F31B" w14:textId="77777777" w:rsidR="00C40D46" w:rsidRPr="00C50FD6" w:rsidRDefault="00000000">
      <w:r w:rsidRPr="00C50FD6">
        <w:t>The body weight of the control group and Allium sativum treated rats were as showing in Table 1A and Table 1B. In the acute toxicity studies, Allium sativum administration caused no significant changes in body weight compared with the control group (p &gt; 0.05). In sub-acute study, group B show significant (p &lt; 0.05) increase in week 2 and 3 when compare with control group.</w:t>
      </w:r>
    </w:p>
    <w:p w14:paraId="25650A2F" w14:textId="77777777" w:rsidR="00C40D46" w:rsidRPr="00C50FD6" w:rsidRDefault="00000000">
      <w:r w:rsidRPr="00C50FD6">
        <w:t>Body-weight stability is an important screening indicator in oral toxicity studies because persistent loss of body mass may reflect reduced food intake, metabolic stress, dehydration, or systemic toxicity. The absence of acute body-weight reduction in the present study is consistent with previous animal work in which garlic did not produce marked body-weight depression at tolerated doses (Fowotade et al., 2017; Aprioku &amp; Amah-Tariah, 2017). The transient increase observed in the 2000 mg/kg sub-acute group should be interpreted cautiously because it was not dose-dependent and was not accompanied by parallel deterioration in liver or kidney biochemical indices (Dorrigiv et al., 2020).</w:t>
      </w:r>
    </w:p>
    <w:tbl>
      <w:tblPr>
        <w:tblStyle w:val="TableGrid"/>
        <w:tblW w:w="0" w:type="auto"/>
        <w:jc w:val="center"/>
        <w:tblLook w:val="04A0" w:firstRow="1" w:lastRow="0" w:firstColumn="1" w:lastColumn="0" w:noHBand="0" w:noVBand="1"/>
      </w:tblPr>
      <w:tblGrid>
        <w:gridCol w:w="2520"/>
        <w:gridCol w:w="2520"/>
        <w:gridCol w:w="2520"/>
        <w:gridCol w:w="2520"/>
      </w:tblGrid>
      <w:tr w:rsidR="00C40D46" w:rsidRPr="00C50FD6" w14:paraId="2FE3F9B9" w14:textId="77777777">
        <w:trPr>
          <w:jc w:val="center"/>
        </w:trPr>
        <w:tc>
          <w:tcPr>
            <w:tcW w:w="2520" w:type="dxa"/>
            <w:shd w:val="clear" w:color="auto" w:fill="D9EAF7"/>
          </w:tcPr>
          <w:p w14:paraId="30446978" w14:textId="77777777" w:rsidR="00C40D46" w:rsidRPr="00C50FD6" w:rsidRDefault="00000000">
            <w:pPr>
              <w:jc w:val="center"/>
            </w:pPr>
            <w:r w:rsidRPr="00C50FD6">
              <w:rPr>
                <w:b/>
                <w:sz w:val="16"/>
              </w:rPr>
              <w:t>Group</w:t>
            </w:r>
          </w:p>
        </w:tc>
        <w:tc>
          <w:tcPr>
            <w:tcW w:w="2520" w:type="dxa"/>
            <w:shd w:val="clear" w:color="auto" w:fill="D9EAF7"/>
          </w:tcPr>
          <w:p w14:paraId="4B8EE381" w14:textId="77777777" w:rsidR="00C40D46" w:rsidRPr="00C50FD6" w:rsidRDefault="00000000">
            <w:pPr>
              <w:jc w:val="center"/>
            </w:pPr>
            <w:r w:rsidRPr="00C50FD6">
              <w:rPr>
                <w:b/>
                <w:sz w:val="16"/>
              </w:rPr>
              <w:t>Week 1 (mean ± S.D)</w:t>
            </w:r>
          </w:p>
        </w:tc>
        <w:tc>
          <w:tcPr>
            <w:tcW w:w="2520" w:type="dxa"/>
            <w:shd w:val="clear" w:color="auto" w:fill="D9EAF7"/>
          </w:tcPr>
          <w:p w14:paraId="43BAAD92" w14:textId="77777777" w:rsidR="00C40D46" w:rsidRPr="00C50FD6" w:rsidRDefault="00000000">
            <w:pPr>
              <w:jc w:val="center"/>
            </w:pPr>
            <w:r w:rsidRPr="00C50FD6">
              <w:rPr>
                <w:b/>
                <w:sz w:val="16"/>
              </w:rPr>
              <w:t>Week 2 (mean ± S.D)</w:t>
            </w:r>
          </w:p>
        </w:tc>
        <w:tc>
          <w:tcPr>
            <w:tcW w:w="2520" w:type="dxa"/>
            <w:shd w:val="clear" w:color="auto" w:fill="D9EAF7"/>
          </w:tcPr>
          <w:p w14:paraId="6BA18E7B" w14:textId="77777777" w:rsidR="00C40D46" w:rsidRPr="00C50FD6" w:rsidRDefault="00000000">
            <w:pPr>
              <w:jc w:val="center"/>
            </w:pPr>
            <w:r w:rsidRPr="00C50FD6">
              <w:rPr>
                <w:b/>
                <w:sz w:val="16"/>
              </w:rPr>
              <w:t>Week 3 (mean ± S.D)</w:t>
            </w:r>
          </w:p>
        </w:tc>
      </w:tr>
      <w:tr w:rsidR="00C40D46" w:rsidRPr="00C50FD6" w14:paraId="0611ECD7" w14:textId="77777777">
        <w:trPr>
          <w:jc w:val="center"/>
        </w:trPr>
        <w:tc>
          <w:tcPr>
            <w:tcW w:w="2520" w:type="dxa"/>
            <w:vAlign w:val="center"/>
          </w:tcPr>
          <w:p w14:paraId="57EFFD8E" w14:textId="77777777" w:rsidR="00C40D46" w:rsidRPr="00C50FD6" w:rsidRDefault="00000000">
            <w:pPr>
              <w:jc w:val="center"/>
            </w:pPr>
            <w:r w:rsidRPr="00C50FD6">
              <w:rPr>
                <w:sz w:val="16"/>
              </w:rPr>
              <w:t>A control</w:t>
            </w:r>
          </w:p>
        </w:tc>
        <w:tc>
          <w:tcPr>
            <w:tcW w:w="2520" w:type="dxa"/>
            <w:vAlign w:val="center"/>
          </w:tcPr>
          <w:p w14:paraId="2CDF1823" w14:textId="77777777" w:rsidR="00C40D46" w:rsidRPr="00C50FD6" w:rsidRDefault="00000000">
            <w:pPr>
              <w:jc w:val="center"/>
            </w:pPr>
            <w:r w:rsidRPr="00C50FD6">
              <w:rPr>
                <w:sz w:val="16"/>
              </w:rPr>
              <w:t>202ᵃ ± 18.5</w:t>
            </w:r>
          </w:p>
        </w:tc>
        <w:tc>
          <w:tcPr>
            <w:tcW w:w="2520" w:type="dxa"/>
            <w:vAlign w:val="center"/>
          </w:tcPr>
          <w:p w14:paraId="05ADD19B" w14:textId="77777777" w:rsidR="00C40D46" w:rsidRPr="00C50FD6" w:rsidRDefault="00000000">
            <w:pPr>
              <w:jc w:val="center"/>
            </w:pPr>
            <w:r w:rsidRPr="00C50FD6">
              <w:rPr>
                <w:sz w:val="16"/>
              </w:rPr>
              <w:t>242ᵃ ± 33.2</w:t>
            </w:r>
          </w:p>
        </w:tc>
        <w:tc>
          <w:tcPr>
            <w:tcW w:w="2520" w:type="dxa"/>
            <w:vAlign w:val="center"/>
          </w:tcPr>
          <w:p w14:paraId="784EE772" w14:textId="77777777" w:rsidR="00C40D46" w:rsidRPr="00C50FD6" w:rsidRDefault="00000000">
            <w:pPr>
              <w:jc w:val="center"/>
            </w:pPr>
            <w:r w:rsidRPr="00C50FD6">
              <w:rPr>
                <w:sz w:val="16"/>
              </w:rPr>
              <w:t>275.4ᵃ ± 33.1</w:t>
            </w:r>
          </w:p>
        </w:tc>
      </w:tr>
      <w:tr w:rsidR="00C40D46" w:rsidRPr="00C50FD6" w14:paraId="77973B46" w14:textId="77777777">
        <w:trPr>
          <w:jc w:val="center"/>
        </w:trPr>
        <w:tc>
          <w:tcPr>
            <w:tcW w:w="2520" w:type="dxa"/>
            <w:vAlign w:val="center"/>
          </w:tcPr>
          <w:p w14:paraId="78B7A149" w14:textId="77777777" w:rsidR="00C40D46" w:rsidRPr="00C50FD6" w:rsidRDefault="00000000">
            <w:pPr>
              <w:jc w:val="center"/>
            </w:pPr>
            <w:r w:rsidRPr="00C50FD6">
              <w:rPr>
                <w:sz w:val="16"/>
              </w:rPr>
              <w:t>B (A. sativum 3000 mg/kg)</w:t>
            </w:r>
          </w:p>
        </w:tc>
        <w:tc>
          <w:tcPr>
            <w:tcW w:w="2520" w:type="dxa"/>
            <w:vAlign w:val="center"/>
          </w:tcPr>
          <w:p w14:paraId="37B35BAA" w14:textId="77777777" w:rsidR="00C40D46" w:rsidRPr="00C50FD6" w:rsidRDefault="00000000">
            <w:pPr>
              <w:jc w:val="center"/>
            </w:pPr>
            <w:r w:rsidRPr="00C50FD6">
              <w:rPr>
                <w:sz w:val="16"/>
              </w:rPr>
              <w:t>200.8ᵃ ± 9.7</w:t>
            </w:r>
          </w:p>
        </w:tc>
        <w:tc>
          <w:tcPr>
            <w:tcW w:w="2520" w:type="dxa"/>
            <w:vAlign w:val="center"/>
          </w:tcPr>
          <w:p w14:paraId="76D06331" w14:textId="77777777" w:rsidR="00C40D46" w:rsidRPr="00C50FD6" w:rsidRDefault="00000000">
            <w:pPr>
              <w:jc w:val="center"/>
            </w:pPr>
            <w:r w:rsidRPr="00C50FD6">
              <w:rPr>
                <w:sz w:val="16"/>
              </w:rPr>
              <w:t>241ᵃ ± 11.6</w:t>
            </w:r>
          </w:p>
        </w:tc>
        <w:tc>
          <w:tcPr>
            <w:tcW w:w="2520" w:type="dxa"/>
            <w:vAlign w:val="center"/>
          </w:tcPr>
          <w:p w14:paraId="337A5838" w14:textId="77777777" w:rsidR="00C40D46" w:rsidRPr="00C50FD6" w:rsidRDefault="00000000">
            <w:pPr>
              <w:jc w:val="center"/>
            </w:pPr>
            <w:r w:rsidRPr="00C50FD6">
              <w:rPr>
                <w:sz w:val="16"/>
              </w:rPr>
              <w:t>278.2ᵃ ± 12.9</w:t>
            </w:r>
          </w:p>
        </w:tc>
      </w:tr>
      <w:tr w:rsidR="00C40D46" w:rsidRPr="00C50FD6" w14:paraId="131E7DF5" w14:textId="77777777">
        <w:trPr>
          <w:jc w:val="center"/>
        </w:trPr>
        <w:tc>
          <w:tcPr>
            <w:tcW w:w="2520" w:type="dxa"/>
            <w:vAlign w:val="center"/>
          </w:tcPr>
          <w:p w14:paraId="7FC9F1F3" w14:textId="77777777" w:rsidR="00C40D46" w:rsidRPr="00C50FD6" w:rsidRDefault="00000000">
            <w:pPr>
              <w:jc w:val="center"/>
            </w:pPr>
            <w:r w:rsidRPr="00C50FD6">
              <w:rPr>
                <w:sz w:val="16"/>
              </w:rPr>
              <w:t>C (A. sativum 5000 mg/kg)</w:t>
            </w:r>
          </w:p>
        </w:tc>
        <w:tc>
          <w:tcPr>
            <w:tcW w:w="2520" w:type="dxa"/>
            <w:vAlign w:val="center"/>
          </w:tcPr>
          <w:p w14:paraId="0153EB7F" w14:textId="77777777" w:rsidR="00C40D46" w:rsidRPr="00C50FD6" w:rsidRDefault="00000000">
            <w:pPr>
              <w:jc w:val="center"/>
            </w:pPr>
            <w:r w:rsidRPr="00C50FD6">
              <w:rPr>
                <w:sz w:val="16"/>
              </w:rPr>
              <w:t>198.2ᵃ ± 32.8</w:t>
            </w:r>
          </w:p>
        </w:tc>
        <w:tc>
          <w:tcPr>
            <w:tcW w:w="2520" w:type="dxa"/>
            <w:vAlign w:val="center"/>
          </w:tcPr>
          <w:p w14:paraId="0B7E1020" w14:textId="77777777" w:rsidR="00C40D46" w:rsidRPr="00C50FD6" w:rsidRDefault="00000000">
            <w:pPr>
              <w:jc w:val="center"/>
            </w:pPr>
            <w:r w:rsidRPr="00C50FD6">
              <w:rPr>
                <w:sz w:val="16"/>
              </w:rPr>
              <w:t>231.4ᵃ ± 38.7</w:t>
            </w:r>
          </w:p>
        </w:tc>
        <w:tc>
          <w:tcPr>
            <w:tcW w:w="2520" w:type="dxa"/>
            <w:vAlign w:val="center"/>
          </w:tcPr>
          <w:p w14:paraId="7E3D5CCF" w14:textId="77777777" w:rsidR="00C40D46" w:rsidRPr="00C50FD6" w:rsidRDefault="00000000">
            <w:pPr>
              <w:jc w:val="center"/>
            </w:pPr>
            <w:r w:rsidRPr="00C50FD6">
              <w:rPr>
                <w:sz w:val="16"/>
              </w:rPr>
              <w:t>254.8ᵃ ± 40.2</w:t>
            </w:r>
          </w:p>
        </w:tc>
      </w:tr>
    </w:tbl>
    <w:p w14:paraId="13D2C88B" w14:textId="77777777" w:rsidR="00C40D46" w:rsidRPr="00C50FD6" w:rsidRDefault="00000000">
      <w:r w:rsidRPr="00C50FD6">
        <w:t>Superscript a indicates no significant difference compared with control (p &gt; 0.05).</w:t>
      </w:r>
    </w:p>
    <w:p w14:paraId="18643A3D" w14:textId="77777777" w:rsidR="00C40D46" w:rsidRPr="00C50FD6" w:rsidRDefault="00000000">
      <w:r w:rsidRPr="00C50FD6">
        <w:rPr>
          <w:b/>
        </w:rPr>
        <w:t>Table 1A. Effect of garlic on body weight in the acute oral toxicity test.</w:t>
      </w:r>
    </w:p>
    <w:tbl>
      <w:tblPr>
        <w:tblStyle w:val="TableGrid"/>
        <w:tblW w:w="0" w:type="auto"/>
        <w:jc w:val="center"/>
        <w:tblLook w:val="04A0" w:firstRow="1" w:lastRow="0" w:firstColumn="1" w:lastColumn="0" w:noHBand="0" w:noVBand="1"/>
      </w:tblPr>
      <w:tblGrid>
        <w:gridCol w:w="1680"/>
        <w:gridCol w:w="1680"/>
        <w:gridCol w:w="1680"/>
        <w:gridCol w:w="1680"/>
        <w:gridCol w:w="1680"/>
        <w:gridCol w:w="1680"/>
      </w:tblGrid>
      <w:tr w:rsidR="00C40D46" w:rsidRPr="00C50FD6" w14:paraId="4DD97E4C" w14:textId="77777777">
        <w:trPr>
          <w:jc w:val="center"/>
        </w:trPr>
        <w:tc>
          <w:tcPr>
            <w:tcW w:w="1680" w:type="dxa"/>
            <w:shd w:val="clear" w:color="auto" w:fill="D9EAF7"/>
          </w:tcPr>
          <w:p w14:paraId="581B0369" w14:textId="77777777" w:rsidR="00C40D46" w:rsidRPr="00C50FD6" w:rsidRDefault="00000000">
            <w:pPr>
              <w:jc w:val="center"/>
            </w:pPr>
            <w:r w:rsidRPr="00C50FD6">
              <w:rPr>
                <w:b/>
                <w:sz w:val="16"/>
              </w:rPr>
              <w:t>Group</w:t>
            </w:r>
          </w:p>
        </w:tc>
        <w:tc>
          <w:tcPr>
            <w:tcW w:w="1680" w:type="dxa"/>
            <w:shd w:val="clear" w:color="auto" w:fill="D9EAF7"/>
          </w:tcPr>
          <w:p w14:paraId="1F5EB767" w14:textId="77777777" w:rsidR="00C40D46" w:rsidRPr="00C50FD6" w:rsidRDefault="00000000">
            <w:pPr>
              <w:jc w:val="center"/>
            </w:pPr>
            <w:r w:rsidRPr="00C50FD6">
              <w:rPr>
                <w:b/>
                <w:sz w:val="16"/>
              </w:rPr>
              <w:t>Week 1 (mean ± S.D)</w:t>
            </w:r>
          </w:p>
        </w:tc>
        <w:tc>
          <w:tcPr>
            <w:tcW w:w="1680" w:type="dxa"/>
            <w:shd w:val="clear" w:color="auto" w:fill="D9EAF7"/>
          </w:tcPr>
          <w:p w14:paraId="0FAE9F3F" w14:textId="77777777" w:rsidR="00C40D46" w:rsidRPr="00C50FD6" w:rsidRDefault="00000000">
            <w:pPr>
              <w:jc w:val="center"/>
            </w:pPr>
            <w:r w:rsidRPr="00C50FD6">
              <w:rPr>
                <w:b/>
                <w:sz w:val="16"/>
              </w:rPr>
              <w:t>Week 2 (mean ± S.D)</w:t>
            </w:r>
          </w:p>
        </w:tc>
        <w:tc>
          <w:tcPr>
            <w:tcW w:w="1680" w:type="dxa"/>
            <w:shd w:val="clear" w:color="auto" w:fill="D9EAF7"/>
          </w:tcPr>
          <w:p w14:paraId="391FE989" w14:textId="77777777" w:rsidR="00C40D46" w:rsidRPr="00C50FD6" w:rsidRDefault="00000000">
            <w:pPr>
              <w:jc w:val="center"/>
            </w:pPr>
            <w:r w:rsidRPr="00C50FD6">
              <w:rPr>
                <w:b/>
                <w:sz w:val="16"/>
              </w:rPr>
              <w:t>Week 3 (mean ± S.D)</w:t>
            </w:r>
          </w:p>
        </w:tc>
        <w:tc>
          <w:tcPr>
            <w:tcW w:w="1680" w:type="dxa"/>
            <w:shd w:val="clear" w:color="auto" w:fill="D9EAF7"/>
          </w:tcPr>
          <w:p w14:paraId="184F08B6" w14:textId="77777777" w:rsidR="00C40D46" w:rsidRPr="00C50FD6" w:rsidRDefault="00000000">
            <w:pPr>
              <w:jc w:val="center"/>
            </w:pPr>
            <w:r w:rsidRPr="00C50FD6">
              <w:rPr>
                <w:b/>
                <w:sz w:val="16"/>
              </w:rPr>
              <w:t>Week 4 (mean ± S.D)</w:t>
            </w:r>
          </w:p>
        </w:tc>
        <w:tc>
          <w:tcPr>
            <w:tcW w:w="1680" w:type="dxa"/>
            <w:shd w:val="clear" w:color="auto" w:fill="D9EAF7"/>
          </w:tcPr>
          <w:p w14:paraId="2B0DDCB9" w14:textId="77777777" w:rsidR="00C40D46" w:rsidRPr="00C50FD6" w:rsidRDefault="00000000">
            <w:pPr>
              <w:jc w:val="center"/>
            </w:pPr>
            <w:r w:rsidRPr="00C50FD6">
              <w:rPr>
                <w:b/>
                <w:sz w:val="16"/>
              </w:rPr>
              <w:t>Week 5 (mean ± S.D)</w:t>
            </w:r>
          </w:p>
        </w:tc>
      </w:tr>
      <w:tr w:rsidR="00C40D46" w:rsidRPr="00C50FD6" w14:paraId="4CA8D5EC" w14:textId="77777777">
        <w:trPr>
          <w:jc w:val="center"/>
        </w:trPr>
        <w:tc>
          <w:tcPr>
            <w:tcW w:w="1680" w:type="dxa"/>
            <w:vAlign w:val="center"/>
          </w:tcPr>
          <w:p w14:paraId="2BCF0253" w14:textId="77777777" w:rsidR="00C40D46" w:rsidRPr="00C50FD6" w:rsidRDefault="00000000">
            <w:pPr>
              <w:jc w:val="center"/>
            </w:pPr>
            <w:r w:rsidRPr="00C50FD6">
              <w:rPr>
                <w:sz w:val="16"/>
              </w:rPr>
              <w:t>A control</w:t>
            </w:r>
          </w:p>
        </w:tc>
        <w:tc>
          <w:tcPr>
            <w:tcW w:w="1680" w:type="dxa"/>
            <w:vAlign w:val="center"/>
          </w:tcPr>
          <w:p w14:paraId="3F990664" w14:textId="77777777" w:rsidR="00C40D46" w:rsidRPr="00C50FD6" w:rsidRDefault="00000000">
            <w:pPr>
              <w:jc w:val="center"/>
            </w:pPr>
            <w:r w:rsidRPr="00C50FD6">
              <w:rPr>
                <w:sz w:val="16"/>
              </w:rPr>
              <w:t>189.8ᵃ ± 6.4</w:t>
            </w:r>
          </w:p>
        </w:tc>
        <w:tc>
          <w:tcPr>
            <w:tcW w:w="1680" w:type="dxa"/>
            <w:vAlign w:val="center"/>
          </w:tcPr>
          <w:p w14:paraId="6C96F4CE" w14:textId="77777777" w:rsidR="00C40D46" w:rsidRPr="00C50FD6" w:rsidRDefault="00000000">
            <w:pPr>
              <w:jc w:val="center"/>
            </w:pPr>
            <w:r w:rsidRPr="00C50FD6">
              <w:rPr>
                <w:sz w:val="16"/>
              </w:rPr>
              <w:t>229ᵃ ± 16.5</w:t>
            </w:r>
          </w:p>
        </w:tc>
        <w:tc>
          <w:tcPr>
            <w:tcW w:w="1680" w:type="dxa"/>
            <w:vAlign w:val="center"/>
          </w:tcPr>
          <w:p w14:paraId="763A71CD" w14:textId="77777777" w:rsidR="00C40D46" w:rsidRPr="00C50FD6" w:rsidRDefault="00000000">
            <w:pPr>
              <w:jc w:val="center"/>
            </w:pPr>
            <w:r w:rsidRPr="00C50FD6">
              <w:rPr>
                <w:sz w:val="16"/>
              </w:rPr>
              <w:t>254.8ᵃ ± 27.5</w:t>
            </w:r>
          </w:p>
        </w:tc>
        <w:tc>
          <w:tcPr>
            <w:tcW w:w="1680" w:type="dxa"/>
            <w:vAlign w:val="center"/>
          </w:tcPr>
          <w:p w14:paraId="3B2CC620" w14:textId="77777777" w:rsidR="00C40D46" w:rsidRPr="00C50FD6" w:rsidRDefault="00000000">
            <w:pPr>
              <w:jc w:val="center"/>
            </w:pPr>
            <w:r w:rsidRPr="00C50FD6">
              <w:rPr>
                <w:sz w:val="16"/>
              </w:rPr>
              <w:t>322.2ᵃ ± 7.6</w:t>
            </w:r>
          </w:p>
        </w:tc>
        <w:tc>
          <w:tcPr>
            <w:tcW w:w="1680" w:type="dxa"/>
            <w:vAlign w:val="center"/>
          </w:tcPr>
          <w:p w14:paraId="3FB98ED2" w14:textId="77777777" w:rsidR="00C40D46" w:rsidRPr="00C50FD6" w:rsidRDefault="00000000">
            <w:pPr>
              <w:jc w:val="center"/>
            </w:pPr>
            <w:r w:rsidRPr="00C50FD6">
              <w:rPr>
                <w:sz w:val="16"/>
              </w:rPr>
              <w:t>354.2ᵃ ± 21.1</w:t>
            </w:r>
          </w:p>
        </w:tc>
      </w:tr>
      <w:tr w:rsidR="00C40D46" w:rsidRPr="00C50FD6" w14:paraId="5D0C42CC" w14:textId="77777777">
        <w:trPr>
          <w:jc w:val="center"/>
        </w:trPr>
        <w:tc>
          <w:tcPr>
            <w:tcW w:w="1680" w:type="dxa"/>
            <w:vAlign w:val="center"/>
          </w:tcPr>
          <w:p w14:paraId="04238B17" w14:textId="77777777" w:rsidR="00C40D46" w:rsidRPr="00C50FD6" w:rsidRDefault="00000000">
            <w:pPr>
              <w:jc w:val="center"/>
            </w:pPr>
            <w:r w:rsidRPr="00C50FD6">
              <w:rPr>
                <w:sz w:val="16"/>
              </w:rPr>
              <w:t xml:space="preserve">B (A. sativum 2000 </w:t>
            </w:r>
            <w:r w:rsidRPr="00C50FD6">
              <w:rPr>
                <w:sz w:val="16"/>
              </w:rPr>
              <w:lastRenderedPageBreak/>
              <w:t>mg/kg)</w:t>
            </w:r>
          </w:p>
        </w:tc>
        <w:tc>
          <w:tcPr>
            <w:tcW w:w="1680" w:type="dxa"/>
            <w:vAlign w:val="center"/>
          </w:tcPr>
          <w:p w14:paraId="629BA85A" w14:textId="77777777" w:rsidR="00C40D46" w:rsidRPr="00C50FD6" w:rsidRDefault="00000000">
            <w:pPr>
              <w:jc w:val="center"/>
            </w:pPr>
            <w:r w:rsidRPr="00C50FD6">
              <w:rPr>
                <w:sz w:val="16"/>
              </w:rPr>
              <w:lastRenderedPageBreak/>
              <w:t>212.6ᵃ ± 7.6</w:t>
            </w:r>
          </w:p>
        </w:tc>
        <w:tc>
          <w:tcPr>
            <w:tcW w:w="1680" w:type="dxa"/>
            <w:vAlign w:val="center"/>
          </w:tcPr>
          <w:p w14:paraId="08966AFA" w14:textId="77777777" w:rsidR="00C40D46" w:rsidRPr="00C50FD6" w:rsidRDefault="00000000">
            <w:pPr>
              <w:jc w:val="center"/>
            </w:pPr>
            <w:r w:rsidRPr="00C50FD6">
              <w:rPr>
                <w:sz w:val="16"/>
              </w:rPr>
              <w:t>259.8ᵇ ± 19.1</w:t>
            </w:r>
          </w:p>
        </w:tc>
        <w:tc>
          <w:tcPr>
            <w:tcW w:w="1680" w:type="dxa"/>
            <w:vAlign w:val="center"/>
          </w:tcPr>
          <w:p w14:paraId="0D92A9FA" w14:textId="77777777" w:rsidR="00C40D46" w:rsidRPr="00C50FD6" w:rsidRDefault="00000000">
            <w:pPr>
              <w:jc w:val="center"/>
            </w:pPr>
            <w:r w:rsidRPr="00C50FD6">
              <w:rPr>
                <w:sz w:val="16"/>
              </w:rPr>
              <w:t>289.4ᵇ ± 22.6</w:t>
            </w:r>
          </w:p>
        </w:tc>
        <w:tc>
          <w:tcPr>
            <w:tcW w:w="1680" w:type="dxa"/>
            <w:vAlign w:val="center"/>
          </w:tcPr>
          <w:p w14:paraId="4E8F954A" w14:textId="77777777" w:rsidR="00C40D46" w:rsidRPr="00C50FD6" w:rsidRDefault="00000000">
            <w:pPr>
              <w:jc w:val="center"/>
            </w:pPr>
            <w:r w:rsidRPr="00C50FD6">
              <w:rPr>
                <w:sz w:val="16"/>
              </w:rPr>
              <w:t>334.4ᵃ ± 61.1</w:t>
            </w:r>
          </w:p>
        </w:tc>
        <w:tc>
          <w:tcPr>
            <w:tcW w:w="1680" w:type="dxa"/>
            <w:vAlign w:val="center"/>
          </w:tcPr>
          <w:p w14:paraId="755F1DEF" w14:textId="77777777" w:rsidR="00C40D46" w:rsidRPr="00C50FD6" w:rsidRDefault="00000000">
            <w:pPr>
              <w:jc w:val="center"/>
            </w:pPr>
            <w:r w:rsidRPr="00C50FD6">
              <w:rPr>
                <w:sz w:val="16"/>
              </w:rPr>
              <w:t>348.2ᵃ ± 55.5</w:t>
            </w:r>
          </w:p>
        </w:tc>
      </w:tr>
      <w:tr w:rsidR="00C40D46" w:rsidRPr="00C50FD6" w14:paraId="0457F2D9" w14:textId="77777777">
        <w:trPr>
          <w:jc w:val="center"/>
        </w:trPr>
        <w:tc>
          <w:tcPr>
            <w:tcW w:w="1680" w:type="dxa"/>
            <w:vAlign w:val="center"/>
          </w:tcPr>
          <w:p w14:paraId="3A6B7862" w14:textId="77777777" w:rsidR="00C40D46" w:rsidRPr="00C50FD6" w:rsidRDefault="00000000">
            <w:pPr>
              <w:jc w:val="center"/>
            </w:pPr>
            <w:r w:rsidRPr="00C50FD6">
              <w:rPr>
                <w:sz w:val="16"/>
              </w:rPr>
              <w:t>C (A. sativum 3000 mg/kg)</w:t>
            </w:r>
          </w:p>
        </w:tc>
        <w:tc>
          <w:tcPr>
            <w:tcW w:w="1680" w:type="dxa"/>
            <w:vAlign w:val="center"/>
          </w:tcPr>
          <w:p w14:paraId="47F60D23" w14:textId="77777777" w:rsidR="00C40D46" w:rsidRPr="00C50FD6" w:rsidRDefault="00000000">
            <w:pPr>
              <w:jc w:val="center"/>
            </w:pPr>
            <w:r w:rsidRPr="00C50FD6">
              <w:rPr>
                <w:sz w:val="16"/>
              </w:rPr>
              <w:t>197.6ᵃ ± 22.3</w:t>
            </w:r>
          </w:p>
        </w:tc>
        <w:tc>
          <w:tcPr>
            <w:tcW w:w="1680" w:type="dxa"/>
            <w:vAlign w:val="center"/>
          </w:tcPr>
          <w:p w14:paraId="4562C0C5" w14:textId="77777777" w:rsidR="00C40D46" w:rsidRPr="00C50FD6" w:rsidRDefault="00000000">
            <w:pPr>
              <w:jc w:val="center"/>
            </w:pPr>
            <w:r w:rsidRPr="00C50FD6">
              <w:rPr>
                <w:sz w:val="16"/>
              </w:rPr>
              <w:t>249.2ᵃ ± 19.0</w:t>
            </w:r>
          </w:p>
        </w:tc>
        <w:tc>
          <w:tcPr>
            <w:tcW w:w="1680" w:type="dxa"/>
            <w:vAlign w:val="center"/>
          </w:tcPr>
          <w:p w14:paraId="788A2339" w14:textId="77777777" w:rsidR="00C40D46" w:rsidRPr="00C50FD6" w:rsidRDefault="00000000">
            <w:pPr>
              <w:jc w:val="center"/>
            </w:pPr>
            <w:r w:rsidRPr="00C50FD6">
              <w:rPr>
                <w:sz w:val="16"/>
              </w:rPr>
              <w:t>282ᵃ ± 18.4</w:t>
            </w:r>
          </w:p>
        </w:tc>
        <w:tc>
          <w:tcPr>
            <w:tcW w:w="1680" w:type="dxa"/>
            <w:vAlign w:val="center"/>
          </w:tcPr>
          <w:p w14:paraId="667643DB" w14:textId="77777777" w:rsidR="00C40D46" w:rsidRPr="00C50FD6" w:rsidRDefault="00000000">
            <w:pPr>
              <w:jc w:val="center"/>
            </w:pPr>
            <w:r w:rsidRPr="00C50FD6">
              <w:rPr>
                <w:sz w:val="16"/>
              </w:rPr>
              <w:t>328.2ᵃ ± 20.5</w:t>
            </w:r>
          </w:p>
        </w:tc>
        <w:tc>
          <w:tcPr>
            <w:tcW w:w="1680" w:type="dxa"/>
            <w:vAlign w:val="center"/>
          </w:tcPr>
          <w:p w14:paraId="62161607" w14:textId="77777777" w:rsidR="00C40D46" w:rsidRPr="00C50FD6" w:rsidRDefault="00000000">
            <w:pPr>
              <w:jc w:val="center"/>
            </w:pPr>
            <w:r w:rsidRPr="00C50FD6">
              <w:rPr>
                <w:sz w:val="16"/>
              </w:rPr>
              <w:t>344.8ᵃ ± 18.8</w:t>
            </w:r>
          </w:p>
        </w:tc>
      </w:tr>
      <w:tr w:rsidR="00C40D46" w:rsidRPr="00C50FD6" w14:paraId="4E746579" w14:textId="77777777">
        <w:trPr>
          <w:jc w:val="center"/>
        </w:trPr>
        <w:tc>
          <w:tcPr>
            <w:tcW w:w="1680" w:type="dxa"/>
            <w:vAlign w:val="center"/>
          </w:tcPr>
          <w:p w14:paraId="3D0C1C50" w14:textId="77777777" w:rsidR="00C40D46" w:rsidRPr="00C50FD6" w:rsidRDefault="00000000">
            <w:pPr>
              <w:jc w:val="center"/>
            </w:pPr>
            <w:r w:rsidRPr="00C50FD6">
              <w:rPr>
                <w:sz w:val="16"/>
              </w:rPr>
              <w:t>D (A. sativum 5000 mg/kg)</w:t>
            </w:r>
          </w:p>
        </w:tc>
        <w:tc>
          <w:tcPr>
            <w:tcW w:w="1680" w:type="dxa"/>
            <w:vAlign w:val="center"/>
          </w:tcPr>
          <w:p w14:paraId="14A70CB8" w14:textId="77777777" w:rsidR="00C40D46" w:rsidRPr="00C50FD6" w:rsidRDefault="00000000">
            <w:pPr>
              <w:jc w:val="center"/>
            </w:pPr>
            <w:r w:rsidRPr="00C50FD6">
              <w:rPr>
                <w:sz w:val="16"/>
              </w:rPr>
              <w:t>189.8ᵃ ± 29.9</w:t>
            </w:r>
          </w:p>
        </w:tc>
        <w:tc>
          <w:tcPr>
            <w:tcW w:w="1680" w:type="dxa"/>
            <w:vAlign w:val="center"/>
          </w:tcPr>
          <w:p w14:paraId="679FB8A5" w14:textId="77777777" w:rsidR="00C40D46" w:rsidRPr="00C50FD6" w:rsidRDefault="00000000">
            <w:pPr>
              <w:jc w:val="center"/>
            </w:pPr>
            <w:r w:rsidRPr="00C50FD6">
              <w:rPr>
                <w:sz w:val="16"/>
              </w:rPr>
              <w:t>241ᵃ ± 19.1</w:t>
            </w:r>
          </w:p>
        </w:tc>
        <w:tc>
          <w:tcPr>
            <w:tcW w:w="1680" w:type="dxa"/>
            <w:vAlign w:val="center"/>
          </w:tcPr>
          <w:p w14:paraId="757B8EEB" w14:textId="77777777" w:rsidR="00C40D46" w:rsidRPr="00C50FD6" w:rsidRDefault="00000000">
            <w:pPr>
              <w:jc w:val="center"/>
            </w:pPr>
            <w:r w:rsidRPr="00C50FD6">
              <w:rPr>
                <w:sz w:val="16"/>
              </w:rPr>
              <w:t>267.2ᵃ ± 17.3</w:t>
            </w:r>
          </w:p>
        </w:tc>
        <w:tc>
          <w:tcPr>
            <w:tcW w:w="1680" w:type="dxa"/>
            <w:vAlign w:val="center"/>
          </w:tcPr>
          <w:p w14:paraId="2026CCAD" w14:textId="77777777" w:rsidR="00C40D46" w:rsidRPr="00C50FD6" w:rsidRDefault="00000000">
            <w:pPr>
              <w:jc w:val="center"/>
            </w:pPr>
            <w:r w:rsidRPr="00C50FD6">
              <w:rPr>
                <w:sz w:val="16"/>
              </w:rPr>
              <w:t>339.4ᵃ ± 25.1</w:t>
            </w:r>
          </w:p>
        </w:tc>
        <w:tc>
          <w:tcPr>
            <w:tcW w:w="1680" w:type="dxa"/>
            <w:vAlign w:val="center"/>
          </w:tcPr>
          <w:p w14:paraId="0B86D3B4" w14:textId="77777777" w:rsidR="00C40D46" w:rsidRPr="00C50FD6" w:rsidRDefault="00000000">
            <w:pPr>
              <w:jc w:val="center"/>
            </w:pPr>
            <w:r w:rsidRPr="00C50FD6">
              <w:rPr>
                <w:sz w:val="16"/>
              </w:rPr>
              <w:t>357.8ᵃ ± 33.0</w:t>
            </w:r>
          </w:p>
        </w:tc>
      </w:tr>
    </w:tbl>
    <w:p w14:paraId="6265BEED" w14:textId="77777777" w:rsidR="00C40D46" w:rsidRPr="00C50FD6" w:rsidRDefault="00000000">
      <w:r w:rsidRPr="00C50FD6">
        <w:t>Superscript a indicates no significant difference compared with control (p &gt; 0.05); superscript b indicates a significant increase compared with control (p &lt; 0.05).</w:t>
      </w:r>
    </w:p>
    <w:p w14:paraId="745A807B" w14:textId="77777777" w:rsidR="00C40D46" w:rsidRPr="00C50FD6" w:rsidRDefault="00000000">
      <w:r w:rsidRPr="00C50FD6">
        <w:rPr>
          <w:b/>
        </w:rPr>
        <w:t>Table 1B. Effect of garlic on body weight in the sub-acute oral toxicity test.</w:t>
      </w:r>
    </w:p>
    <w:p w14:paraId="4EFFEE96" w14:textId="77777777" w:rsidR="00C40D46" w:rsidRPr="00C50FD6" w:rsidRDefault="00000000">
      <w:pPr>
        <w:pStyle w:val="Heading2"/>
      </w:pPr>
      <w:r w:rsidRPr="00C50FD6">
        <w:rPr>
          <w:rFonts w:ascii="Times New Roman" w:hAnsi="Times New Roman"/>
          <w:sz w:val="24"/>
        </w:rPr>
        <w:t>The impact of Allium sativum extract on organ weight in acute and subacute oral toxicity tests</w:t>
      </w:r>
    </w:p>
    <w:p w14:paraId="4B70CCBB" w14:textId="77777777" w:rsidR="00C40D46" w:rsidRPr="00C50FD6" w:rsidRDefault="00000000">
      <w:r w:rsidRPr="00C50FD6">
        <w:t>The acute garlic toxicity test showed no significant differences (p &gt; 0.05) among groups A, B and C, While in the sub-acute garlic toxicity tests the relative liver weights show significant decrease (p &lt; 0.05) practically in group B when compare with control group. Table 2A and Table 2B.</w:t>
      </w:r>
    </w:p>
    <w:p w14:paraId="416AEC6A" w14:textId="77777777" w:rsidR="00C40D46" w:rsidRPr="00C50FD6" w:rsidRDefault="00000000">
      <w:r w:rsidRPr="00C50FD6">
        <w:t>Relative organ weight is useful for detecting target-organ changes, but isolated organ-weight variation should be interpreted together with clinical chemistry and histological evidence where available. In this study, the liver-weight reduction in the 2000 mg/kg sub-acute group was not dose-dependent and was not accompanied by an ALT increase, which limits the strength of any inference of direct hepatocellular injury. Earlier reports similarly indicate that garlic-related hepatic effects can vary with dose, preparation, and exposure conditions (Fowotade et al., 2017; Ujoh &amp; Ohanu, 2023), while reviews describe garlic organosulfur compounds as modulators of oxidative and metabolic pathways rather than uniform toxicants (Trio et al., 2014; El-Saadony et al., 2024).</w:t>
      </w:r>
    </w:p>
    <w:tbl>
      <w:tblPr>
        <w:tblStyle w:val="TableGrid"/>
        <w:tblW w:w="0" w:type="auto"/>
        <w:jc w:val="center"/>
        <w:tblLook w:val="04A0" w:firstRow="1" w:lastRow="0" w:firstColumn="1" w:lastColumn="0" w:noHBand="0" w:noVBand="1"/>
      </w:tblPr>
      <w:tblGrid>
        <w:gridCol w:w="1002"/>
        <w:gridCol w:w="1063"/>
        <w:gridCol w:w="1024"/>
        <w:gridCol w:w="1024"/>
        <w:gridCol w:w="1024"/>
        <w:gridCol w:w="1024"/>
        <w:gridCol w:w="1024"/>
        <w:gridCol w:w="1063"/>
        <w:gridCol w:w="1024"/>
        <w:gridCol w:w="1024"/>
      </w:tblGrid>
      <w:tr w:rsidR="00C40D46" w:rsidRPr="00C50FD6" w14:paraId="0994275D" w14:textId="77777777">
        <w:trPr>
          <w:jc w:val="center"/>
        </w:trPr>
        <w:tc>
          <w:tcPr>
            <w:tcW w:w="1008" w:type="dxa"/>
            <w:shd w:val="clear" w:color="auto" w:fill="D9EAF7"/>
          </w:tcPr>
          <w:p w14:paraId="3DFC671D" w14:textId="77777777" w:rsidR="00C40D46" w:rsidRPr="00C50FD6" w:rsidRDefault="00000000">
            <w:pPr>
              <w:jc w:val="center"/>
            </w:pPr>
            <w:r w:rsidRPr="00C50FD6">
              <w:rPr>
                <w:b/>
                <w:sz w:val="16"/>
              </w:rPr>
              <w:t>Parameters</w:t>
            </w:r>
          </w:p>
        </w:tc>
        <w:tc>
          <w:tcPr>
            <w:tcW w:w="1008" w:type="dxa"/>
            <w:shd w:val="clear" w:color="auto" w:fill="D9EAF7"/>
          </w:tcPr>
          <w:p w14:paraId="170C9DC0" w14:textId="77777777" w:rsidR="00C40D46" w:rsidRPr="00C50FD6" w:rsidRDefault="00000000">
            <w:pPr>
              <w:jc w:val="center"/>
            </w:pPr>
            <w:r w:rsidRPr="00C50FD6">
              <w:rPr>
                <w:b/>
                <w:sz w:val="16"/>
              </w:rPr>
              <w:t>Liver (mean±S.D)</w:t>
            </w:r>
          </w:p>
        </w:tc>
        <w:tc>
          <w:tcPr>
            <w:tcW w:w="1008" w:type="dxa"/>
            <w:shd w:val="clear" w:color="auto" w:fill="D9EAF7"/>
          </w:tcPr>
          <w:p w14:paraId="5A0C9CE6" w14:textId="77777777" w:rsidR="00C40D46" w:rsidRPr="00C50FD6" w:rsidRDefault="00000000">
            <w:pPr>
              <w:jc w:val="center"/>
            </w:pPr>
            <w:r w:rsidRPr="00C50FD6">
              <w:rPr>
                <w:b/>
                <w:sz w:val="16"/>
              </w:rPr>
              <w:t>Lung (mean±S.D)</w:t>
            </w:r>
          </w:p>
        </w:tc>
        <w:tc>
          <w:tcPr>
            <w:tcW w:w="1008" w:type="dxa"/>
            <w:shd w:val="clear" w:color="auto" w:fill="D9EAF7"/>
          </w:tcPr>
          <w:p w14:paraId="30EC0EB4" w14:textId="77777777" w:rsidR="00C40D46" w:rsidRPr="00C50FD6" w:rsidRDefault="00000000">
            <w:pPr>
              <w:jc w:val="center"/>
            </w:pPr>
            <w:r w:rsidRPr="00C50FD6">
              <w:rPr>
                <w:b/>
                <w:sz w:val="16"/>
              </w:rPr>
              <w:t>Kidney (mean±S.D)</w:t>
            </w:r>
          </w:p>
        </w:tc>
        <w:tc>
          <w:tcPr>
            <w:tcW w:w="1008" w:type="dxa"/>
            <w:shd w:val="clear" w:color="auto" w:fill="D9EAF7"/>
          </w:tcPr>
          <w:p w14:paraId="6AFCDF7D" w14:textId="77777777" w:rsidR="00C40D46" w:rsidRPr="00C50FD6" w:rsidRDefault="00000000">
            <w:pPr>
              <w:jc w:val="center"/>
            </w:pPr>
            <w:r w:rsidRPr="00C50FD6">
              <w:rPr>
                <w:b/>
                <w:sz w:val="16"/>
              </w:rPr>
              <w:t>Spleen (mean±S.D)</w:t>
            </w:r>
          </w:p>
        </w:tc>
        <w:tc>
          <w:tcPr>
            <w:tcW w:w="1008" w:type="dxa"/>
            <w:shd w:val="clear" w:color="auto" w:fill="D9EAF7"/>
          </w:tcPr>
          <w:p w14:paraId="02169EEC" w14:textId="77777777" w:rsidR="00C40D46" w:rsidRPr="00C50FD6" w:rsidRDefault="00000000">
            <w:pPr>
              <w:jc w:val="center"/>
            </w:pPr>
            <w:r w:rsidRPr="00C50FD6">
              <w:rPr>
                <w:b/>
                <w:sz w:val="16"/>
              </w:rPr>
              <w:t>Heart (mean±S.D)</w:t>
            </w:r>
          </w:p>
        </w:tc>
        <w:tc>
          <w:tcPr>
            <w:tcW w:w="1008" w:type="dxa"/>
            <w:shd w:val="clear" w:color="auto" w:fill="D9EAF7"/>
          </w:tcPr>
          <w:p w14:paraId="38DB756A" w14:textId="77777777" w:rsidR="00C40D46" w:rsidRPr="00C50FD6" w:rsidRDefault="00000000">
            <w:pPr>
              <w:jc w:val="center"/>
            </w:pPr>
            <w:r w:rsidRPr="00C50FD6">
              <w:rPr>
                <w:b/>
                <w:sz w:val="16"/>
              </w:rPr>
              <w:t>Thymus (mean±S.D)</w:t>
            </w:r>
          </w:p>
        </w:tc>
        <w:tc>
          <w:tcPr>
            <w:tcW w:w="1008" w:type="dxa"/>
            <w:shd w:val="clear" w:color="auto" w:fill="D9EAF7"/>
          </w:tcPr>
          <w:p w14:paraId="56342765" w14:textId="77777777" w:rsidR="00C40D46" w:rsidRPr="00C50FD6" w:rsidRDefault="00000000">
            <w:pPr>
              <w:jc w:val="center"/>
            </w:pPr>
            <w:r w:rsidRPr="00C50FD6">
              <w:rPr>
                <w:b/>
                <w:sz w:val="16"/>
              </w:rPr>
              <w:t>ADGL (mean±S.D)</w:t>
            </w:r>
          </w:p>
        </w:tc>
        <w:tc>
          <w:tcPr>
            <w:tcW w:w="1008" w:type="dxa"/>
            <w:shd w:val="clear" w:color="auto" w:fill="D9EAF7"/>
          </w:tcPr>
          <w:p w14:paraId="29D82DE7" w14:textId="77777777" w:rsidR="00C40D46" w:rsidRPr="00C50FD6" w:rsidRDefault="00000000">
            <w:pPr>
              <w:jc w:val="center"/>
            </w:pPr>
            <w:r w:rsidRPr="00C50FD6">
              <w:rPr>
                <w:b/>
                <w:sz w:val="16"/>
              </w:rPr>
              <w:t>Brain (mean±S.D)</w:t>
            </w:r>
          </w:p>
        </w:tc>
        <w:tc>
          <w:tcPr>
            <w:tcW w:w="1008" w:type="dxa"/>
            <w:shd w:val="clear" w:color="auto" w:fill="D9EAF7"/>
          </w:tcPr>
          <w:p w14:paraId="6565B315" w14:textId="77777777" w:rsidR="00C40D46" w:rsidRPr="00C50FD6" w:rsidRDefault="00000000">
            <w:pPr>
              <w:jc w:val="center"/>
            </w:pPr>
            <w:r w:rsidRPr="00C50FD6">
              <w:rPr>
                <w:b/>
                <w:sz w:val="16"/>
              </w:rPr>
              <w:t>Testes (mean±S.D)</w:t>
            </w:r>
          </w:p>
        </w:tc>
      </w:tr>
      <w:tr w:rsidR="00C40D46" w:rsidRPr="00C50FD6" w14:paraId="1EEA1712" w14:textId="77777777">
        <w:trPr>
          <w:jc w:val="center"/>
        </w:trPr>
        <w:tc>
          <w:tcPr>
            <w:tcW w:w="1008" w:type="dxa"/>
            <w:vAlign w:val="center"/>
          </w:tcPr>
          <w:p w14:paraId="13B6E27F" w14:textId="77777777" w:rsidR="00C40D46" w:rsidRPr="00C50FD6" w:rsidRDefault="00000000">
            <w:pPr>
              <w:jc w:val="center"/>
            </w:pPr>
            <w:r w:rsidRPr="00C50FD6">
              <w:rPr>
                <w:sz w:val="16"/>
              </w:rPr>
              <w:t>A control</w:t>
            </w:r>
          </w:p>
        </w:tc>
        <w:tc>
          <w:tcPr>
            <w:tcW w:w="1008" w:type="dxa"/>
            <w:vAlign w:val="center"/>
          </w:tcPr>
          <w:p w14:paraId="6A1BCF17" w14:textId="77777777" w:rsidR="00C40D46" w:rsidRPr="00C50FD6" w:rsidRDefault="00000000">
            <w:pPr>
              <w:jc w:val="center"/>
            </w:pPr>
            <w:r w:rsidRPr="00C50FD6">
              <w:rPr>
                <w:sz w:val="16"/>
              </w:rPr>
              <w:t>10.91±2.10</w:t>
            </w:r>
          </w:p>
        </w:tc>
        <w:tc>
          <w:tcPr>
            <w:tcW w:w="1008" w:type="dxa"/>
            <w:vAlign w:val="center"/>
          </w:tcPr>
          <w:p w14:paraId="47E4A4F5" w14:textId="77777777" w:rsidR="00C40D46" w:rsidRPr="00C50FD6" w:rsidRDefault="00000000">
            <w:pPr>
              <w:jc w:val="center"/>
            </w:pPr>
            <w:r w:rsidRPr="00C50FD6">
              <w:rPr>
                <w:sz w:val="16"/>
              </w:rPr>
              <w:t>1.75±0.15</w:t>
            </w:r>
          </w:p>
        </w:tc>
        <w:tc>
          <w:tcPr>
            <w:tcW w:w="1008" w:type="dxa"/>
            <w:vAlign w:val="center"/>
          </w:tcPr>
          <w:p w14:paraId="299931A8" w14:textId="77777777" w:rsidR="00C40D46" w:rsidRPr="00C50FD6" w:rsidRDefault="00000000">
            <w:pPr>
              <w:jc w:val="center"/>
            </w:pPr>
            <w:r w:rsidRPr="00C50FD6">
              <w:rPr>
                <w:sz w:val="16"/>
              </w:rPr>
              <w:t>2.75±0.39</w:t>
            </w:r>
          </w:p>
        </w:tc>
        <w:tc>
          <w:tcPr>
            <w:tcW w:w="1008" w:type="dxa"/>
            <w:vAlign w:val="center"/>
          </w:tcPr>
          <w:p w14:paraId="7512CE06" w14:textId="77777777" w:rsidR="00C40D46" w:rsidRPr="00C50FD6" w:rsidRDefault="00000000">
            <w:pPr>
              <w:jc w:val="center"/>
            </w:pPr>
            <w:r w:rsidRPr="00C50FD6">
              <w:rPr>
                <w:sz w:val="16"/>
              </w:rPr>
              <w:t>0.65±0.10</w:t>
            </w:r>
          </w:p>
        </w:tc>
        <w:tc>
          <w:tcPr>
            <w:tcW w:w="1008" w:type="dxa"/>
            <w:vAlign w:val="center"/>
          </w:tcPr>
          <w:p w14:paraId="6D76ADC5" w14:textId="77777777" w:rsidR="00C40D46" w:rsidRPr="00C50FD6" w:rsidRDefault="00000000">
            <w:pPr>
              <w:jc w:val="center"/>
            </w:pPr>
            <w:r w:rsidRPr="00C50FD6">
              <w:rPr>
                <w:sz w:val="16"/>
              </w:rPr>
              <w:t>0.95±0.08</w:t>
            </w:r>
          </w:p>
        </w:tc>
        <w:tc>
          <w:tcPr>
            <w:tcW w:w="1008" w:type="dxa"/>
            <w:vAlign w:val="center"/>
          </w:tcPr>
          <w:p w14:paraId="7CF5467D" w14:textId="77777777" w:rsidR="00C40D46" w:rsidRPr="00C50FD6" w:rsidRDefault="00000000">
            <w:pPr>
              <w:jc w:val="center"/>
            </w:pPr>
            <w:r w:rsidRPr="00C50FD6">
              <w:rPr>
                <w:sz w:val="16"/>
              </w:rPr>
              <w:t>0.70±0.02</w:t>
            </w:r>
          </w:p>
        </w:tc>
        <w:tc>
          <w:tcPr>
            <w:tcW w:w="1008" w:type="dxa"/>
            <w:vAlign w:val="center"/>
          </w:tcPr>
          <w:p w14:paraId="689E2736" w14:textId="77777777" w:rsidR="00C40D46" w:rsidRPr="00C50FD6" w:rsidRDefault="00000000">
            <w:pPr>
              <w:jc w:val="center"/>
            </w:pPr>
            <w:r w:rsidRPr="00C50FD6">
              <w:rPr>
                <w:sz w:val="16"/>
              </w:rPr>
              <w:t>0.088±0.19</w:t>
            </w:r>
          </w:p>
        </w:tc>
        <w:tc>
          <w:tcPr>
            <w:tcW w:w="1008" w:type="dxa"/>
            <w:vAlign w:val="center"/>
          </w:tcPr>
          <w:p w14:paraId="165341EC" w14:textId="77777777" w:rsidR="00C40D46" w:rsidRPr="00C50FD6" w:rsidRDefault="00000000">
            <w:pPr>
              <w:jc w:val="center"/>
            </w:pPr>
            <w:r w:rsidRPr="00C50FD6">
              <w:rPr>
                <w:sz w:val="16"/>
              </w:rPr>
              <w:t>1.988±0.11</w:t>
            </w:r>
          </w:p>
        </w:tc>
        <w:tc>
          <w:tcPr>
            <w:tcW w:w="1008" w:type="dxa"/>
            <w:vAlign w:val="center"/>
          </w:tcPr>
          <w:p w14:paraId="1314C584" w14:textId="77777777" w:rsidR="00C40D46" w:rsidRPr="00C50FD6" w:rsidRDefault="00000000">
            <w:pPr>
              <w:jc w:val="center"/>
            </w:pPr>
            <w:r w:rsidRPr="00C50FD6">
              <w:rPr>
                <w:sz w:val="16"/>
              </w:rPr>
              <w:t>2.78±0.41</w:t>
            </w:r>
          </w:p>
        </w:tc>
      </w:tr>
      <w:tr w:rsidR="00C40D46" w:rsidRPr="00C50FD6" w14:paraId="46F5DE26" w14:textId="77777777">
        <w:trPr>
          <w:jc w:val="center"/>
        </w:trPr>
        <w:tc>
          <w:tcPr>
            <w:tcW w:w="1008" w:type="dxa"/>
            <w:vAlign w:val="center"/>
          </w:tcPr>
          <w:p w14:paraId="1583D745" w14:textId="77777777" w:rsidR="00C40D46" w:rsidRPr="00C50FD6" w:rsidRDefault="00000000">
            <w:pPr>
              <w:jc w:val="center"/>
            </w:pPr>
            <w:r w:rsidRPr="00C50FD6">
              <w:rPr>
                <w:sz w:val="16"/>
              </w:rPr>
              <w:t>B (A. sativum 2000 mg/kg)</w:t>
            </w:r>
          </w:p>
        </w:tc>
        <w:tc>
          <w:tcPr>
            <w:tcW w:w="1008" w:type="dxa"/>
            <w:vAlign w:val="center"/>
          </w:tcPr>
          <w:p w14:paraId="7DE641B6" w14:textId="77777777" w:rsidR="00C40D46" w:rsidRPr="00C50FD6" w:rsidRDefault="00000000">
            <w:pPr>
              <w:jc w:val="center"/>
            </w:pPr>
            <w:r w:rsidRPr="00C50FD6">
              <w:rPr>
                <w:sz w:val="16"/>
              </w:rPr>
              <w:t>10.488ᵃ±1.20</w:t>
            </w:r>
          </w:p>
        </w:tc>
        <w:tc>
          <w:tcPr>
            <w:tcW w:w="1008" w:type="dxa"/>
            <w:vAlign w:val="center"/>
          </w:tcPr>
          <w:p w14:paraId="0573E68C" w14:textId="77777777" w:rsidR="00C40D46" w:rsidRPr="00C50FD6" w:rsidRDefault="00000000">
            <w:pPr>
              <w:jc w:val="center"/>
            </w:pPr>
            <w:r w:rsidRPr="00C50FD6">
              <w:rPr>
                <w:sz w:val="16"/>
              </w:rPr>
              <w:t>1.692ᵃ±1.69</w:t>
            </w:r>
          </w:p>
        </w:tc>
        <w:tc>
          <w:tcPr>
            <w:tcW w:w="1008" w:type="dxa"/>
            <w:vAlign w:val="center"/>
          </w:tcPr>
          <w:p w14:paraId="4A602D0D" w14:textId="77777777" w:rsidR="00C40D46" w:rsidRPr="00C50FD6" w:rsidRDefault="00000000">
            <w:pPr>
              <w:jc w:val="center"/>
            </w:pPr>
            <w:r w:rsidRPr="00C50FD6">
              <w:rPr>
                <w:sz w:val="16"/>
              </w:rPr>
              <w:t>2.558ᵃ±0.31</w:t>
            </w:r>
          </w:p>
        </w:tc>
        <w:tc>
          <w:tcPr>
            <w:tcW w:w="1008" w:type="dxa"/>
            <w:vAlign w:val="center"/>
          </w:tcPr>
          <w:p w14:paraId="66AD1B4B" w14:textId="77777777" w:rsidR="00C40D46" w:rsidRPr="00C50FD6" w:rsidRDefault="00000000">
            <w:pPr>
              <w:jc w:val="center"/>
            </w:pPr>
            <w:r w:rsidRPr="00C50FD6">
              <w:rPr>
                <w:sz w:val="16"/>
              </w:rPr>
              <w:t>0.714ᵃ±0.13</w:t>
            </w:r>
          </w:p>
        </w:tc>
        <w:tc>
          <w:tcPr>
            <w:tcW w:w="1008" w:type="dxa"/>
            <w:vAlign w:val="center"/>
          </w:tcPr>
          <w:p w14:paraId="19FD08B4" w14:textId="77777777" w:rsidR="00C40D46" w:rsidRPr="00C50FD6" w:rsidRDefault="00000000">
            <w:pPr>
              <w:jc w:val="center"/>
            </w:pPr>
            <w:r w:rsidRPr="00C50FD6">
              <w:rPr>
                <w:sz w:val="16"/>
              </w:rPr>
              <w:t>0.946ᵃ±0.11</w:t>
            </w:r>
          </w:p>
        </w:tc>
        <w:tc>
          <w:tcPr>
            <w:tcW w:w="1008" w:type="dxa"/>
            <w:vAlign w:val="center"/>
          </w:tcPr>
          <w:p w14:paraId="1B43AFEB" w14:textId="77777777" w:rsidR="00C40D46" w:rsidRPr="00C50FD6" w:rsidRDefault="00000000">
            <w:pPr>
              <w:jc w:val="center"/>
            </w:pPr>
            <w:r w:rsidRPr="00C50FD6">
              <w:rPr>
                <w:sz w:val="16"/>
              </w:rPr>
              <w:t>0.704ᵃ±0.16</w:t>
            </w:r>
          </w:p>
        </w:tc>
        <w:tc>
          <w:tcPr>
            <w:tcW w:w="1008" w:type="dxa"/>
            <w:vAlign w:val="center"/>
          </w:tcPr>
          <w:p w14:paraId="0EC08BA3" w14:textId="77777777" w:rsidR="00C40D46" w:rsidRPr="00C50FD6" w:rsidRDefault="00000000">
            <w:pPr>
              <w:jc w:val="center"/>
            </w:pPr>
            <w:r w:rsidRPr="00C50FD6">
              <w:rPr>
                <w:sz w:val="16"/>
              </w:rPr>
              <w:t>0.088ᵃ±0.17</w:t>
            </w:r>
          </w:p>
        </w:tc>
        <w:tc>
          <w:tcPr>
            <w:tcW w:w="1008" w:type="dxa"/>
            <w:vAlign w:val="center"/>
          </w:tcPr>
          <w:p w14:paraId="0BB9A7B6" w14:textId="77777777" w:rsidR="00C40D46" w:rsidRPr="00C50FD6" w:rsidRDefault="00000000">
            <w:pPr>
              <w:jc w:val="center"/>
            </w:pPr>
            <w:r w:rsidRPr="00C50FD6">
              <w:rPr>
                <w:sz w:val="16"/>
              </w:rPr>
              <w:t>2.066ᵃ±0.21</w:t>
            </w:r>
          </w:p>
        </w:tc>
        <w:tc>
          <w:tcPr>
            <w:tcW w:w="1008" w:type="dxa"/>
            <w:vAlign w:val="center"/>
          </w:tcPr>
          <w:p w14:paraId="6C63AD22" w14:textId="77777777" w:rsidR="00C40D46" w:rsidRPr="00C50FD6" w:rsidRDefault="00000000">
            <w:pPr>
              <w:jc w:val="center"/>
            </w:pPr>
            <w:r w:rsidRPr="00C50FD6">
              <w:rPr>
                <w:sz w:val="16"/>
              </w:rPr>
              <w:t>2.886±0.18</w:t>
            </w:r>
          </w:p>
        </w:tc>
      </w:tr>
      <w:tr w:rsidR="00C40D46" w:rsidRPr="00C50FD6" w14:paraId="376D61B4" w14:textId="77777777">
        <w:trPr>
          <w:jc w:val="center"/>
        </w:trPr>
        <w:tc>
          <w:tcPr>
            <w:tcW w:w="1008" w:type="dxa"/>
            <w:vAlign w:val="center"/>
          </w:tcPr>
          <w:p w14:paraId="615827C0" w14:textId="77777777" w:rsidR="00C40D46" w:rsidRPr="00C50FD6" w:rsidRDefault="00000000">
            <w:pPr>
              <w:jc w:val="center"/>
            </w:pPr>
            <w:r w:rsidRPr="00C50FD6">
              <w:rPr>
                <w:sz w:val="16"/>
              </w:rPr>
              <w:t>C (A. sativum 5000 mg/kg)</w:t>
            </w:r>
          </w:p>
        </w:tc>
        <w:tc>
          <w:tcPr>
            <w:tcW w:w="1008" w:type="dxa"/>
            <w:vAlign w:val="center"/>
          </w:tcPr>
          <w:p w14:paraId="0DF9E9B0" w14:textId="77777777" w:rsidR="00C40D46" w:rsidRPr="00C50FD6" w:rsidRDefault="00000000">
            <w:pPr>
              <w:jc w:val="center"/>
            </w:pPr>
            <w:r w:rsidRPr="00C50FD6">
              <w:rPr>
                <w:sz w:val="16"/>
              </w:rPr>
              <w:t>10.782ᵃ±2.43</w:t>
            </w:r>
          </w:p>
        </w:tc>
        <w:tc>
          <w:tcPr>
            <w:tcW w:w="1008" w:type="dxa"/>
            <w:vAlign w:val="center"/>
          </w:tcPr>
          <w:p w14:paraId="4786BEDB" w14:textId="77777777" w:rsidR="00C40D46" w:rsidRPr="00C50FD6" w:rsidRDefault="00000000">
            <w:pPr>
              <w:jc w:val="center"/>
            </w:pPr>
            <w:r w:rsidRPr="00C50FD6">
              <w:rPr>
                <w:sz w:val="16"/>
              </w:rPr>
              <w:t>1.97ᵃ±0.43</w:t>
            </w:r>
          </w:p>
        </w:tc>
        <w:tc>
          <w:tcPr>
            <w:tcW w:w="1008" w:type="dxa"/>
            <w:vAlign w:val="center"/>
          </w:tcPr>
          <w:p w14:paraId="1754C10F" w14:textId="77777777" w:rsidR="00C40D46" w:rsidRPr="00C50FD6" w:rsidRDefault="00000000">
            <w:pPr>
              <w:jc w:val="center"/>
            </w:pPr>
            <w:r w:rsidRPr="00C50FD6">
              <w:rPr>
                <w:sz w:val="16"/>
              </w:rPr>
              <w:t>2.648ᵃ±0.34</w:t>
            </w:r>
          </w:p>
        </w:tc>
        <w:tc>
          <w:tcPr>
            <w:tcW w:w="1008" w:type="dxa"/>
            <w:vAlign w:val="center"/>
          </w:tcPr>
          <w:p w14:paraId="297F2CB3" w14:textId="77777777" w:rsidR="00C40D46" w:rsidRPr="00C50FD6" w:rsidRDefault="00000000">
            <w:pPr>
              <w:jc w:val="center"/>
            </w:pPr>
            <w:r w:rsidRPr="00C50FD6">
              <w:rPr>
                <w:sz w:val="16"/>
              </w:rPr>
              <w:t>0.622ᵃ±0.16</w:t>
            </w:r>
          </w:p>
        </w:tc>
        <w:tc>
          <w:tcPr>
            <w:tcW w:w="1008" w:type="dxa"/>
            <w:vAlign w:val="center"/>
          </w:tcPr>
          <w:p w14:paraId="0EE2971D" w14:textId="77777777" w:rsidR="00C40D46" w:rsidRPr="00C50FD6" w:rsidRDefault="00000000">
            <w:pPr>
              <w:jc w:val="center"/>
            </w:pPr>
            <w:r w:rsidRPr="00C50FD6">
              <w:rPr>
                <w:sz w:val="16"/>
              </w:rPr>
              <w:t>0.978ᵃ±0.22</w:t>
            </w:r>
          </w:p>
        </w:tc>
        <w:tc>
          <w:tcPr>
            <w:tcW w:w="1008" w:type="dxa"/>
            <w:vAlign w:val="center"/>
          </w:tcPr>
          <w:p w14:paraId="25CBDCF9" w14:textId="77777777" w:rsidR="00C40D46" w:rsidRPr="00C50FD6" w:rsidRDefault="00000000">
            <w:pPr>
              <w:jc w:val="center"/>
            </w:pPr>
            <w:r w:rsidRPr="00C50FD6">
              <w:rPr>
                <w:sz w:val="16"/>
              </w:rPr>
              <w:t>0.71ᵃ±0.22</w:t>
            </w:r>
          </w:p>
        </w:tc>
        <w:tc>
          <w:tcPr>
            <w:tcW w:w="1008" w:type="dxa"/>
            <w:vAlign w:val="center"/>
          </w:tcPr>
          <w:p w14:paraId="18E90118" w14:textId="77777777" w:rsidR="00C40D46" w:rsidRPr="00C50FD6" w:rsidRDefault="00000000">
            <w:pPr>
              <w:jc w:val="center"/>
            </w:pPr>
            <w:r w:rsidRPr="00C50FD6">
              <w:rPr>
                <w:sz w:val="16"/>
              </w:rPr>
              <w:t>0.074ᵃ±0.021</w:t>
            </w:r>
          </w:p>
        </w:tc>
        <w:tc>
          <w:tcPr>
            <w:tcW w:w="1008" w:type="dxa"/>
            <w:vAlign w:val="center"/>
          </w:tcPr>
          <w:p w14:paraId="3DDBB7E2" w14:textId="77777777" w:rsidR="00C40D46" w:rsidRPr="00C50FD6" w:rsidRDefault="00000000">
            <w:pPr>
              <w:jc w:val="center"/>
            </w:pPr>
            <w:r w:rsidRPr="00C50FD6">
              <w:rPr>
                <w:sz w:val="16"/>
              </w:rPr>
              <w:t>2.122ᵃ±0.19</w:t>
            </w:r>
          </w:p>
        </w:tc>
        <w:tc>
          <w:tcPr>
            <w:tcW w:w="1008" w:type="dxa"/>
            <w:vAlign w:val="center"/>
          </w:tcPr>
          <w:p w14:paraId="312A1B7D" w14:textId="77777777" w:rsidR="00C40D46" w:rsidRPr="00C50FD6" w:rsidRDefault="00000000">
            <w:pPr>
              <w:jc w:val="center"/>
            </w:pPr>
            <w:r w:rsidRPr="00C50FD6">
              <w:rPr>
                <w:sz w:val="16"/>
              </w:rPr>
              <w:t>2.416±1.3</w:t>
            </w:r>
          </w:p>
        </w:tc>
      </w:tr>
    </w:tbl>
    <w:p w14:paraId="7A4A0151" w14:textId="77777777" w:rsidR="00C40D46" w:rsidRPr="00C50FD6" w:rsidRDefault="00000000">
      <w:r w:rsidRPr="00C50FD6">
        <w:t>Superscript a indicates no significant difference compared with control (p &gt; 0.05).</w:t>
      </w:r>
    </w:p>
    <w:p w14:paraId="042172D8" w14:textId="77777777" w:rsidR="00C40D46" w:rsidRPr="00C50FD6" w:rsidRDefault="00000000">
      <w:r w:rsidRPr="00C50FD6">
        <w:rPr>
          <w:b/>
        </w:rPr>
        <w:t>Table 2A. Effect of garlic on organ weight in the acute oral toxicity test.</w:t>
      </w:r>
    </w:p>
    <w:tbl>
      <w:tblPr>
        <w:tblStyle w:val="TableGrid"/>
        <w:tblW w:w="0" w:type="auto"/>
        <w:jc w:val="center"/>
        <w:tblLook w:val="04A0" w:firstRow="1" w:lastRow="0" w:firstColumn="1" w:lastColumn="0" w:noHBand="0" w:noVBand="1"/>
      </w:tblPr>
      <w:tblGrid>
        <w:gridCol w:w="1008"/>
        <w:gridCol w:w="1029"/>
        <w:gridCol w:w="1029"/>
        <w:gridCol w:w="1029"/>
        <w:gridCol w:w="1029"/>
        <w:gridCol w:w="1029"/>
        <w:gridCol w:w="1029"/>
        <w:gridCol w:w="1029"/>
        <w:gridCol w:w="1029"/>
        <w:gridCol w:w="1029"/>
      </w:tblGrid>
      <w:tr w:rsidR="00C40D46" w:rsidRPr="00C50FD6" w14:paraId="7AB9343F" w14:textId="77777777">
        <w:trPr>
          <w:jc w:val="center"/>
        </w:trPr>
        <w:tc>
          <w:tcPr>
            <w:tcW w:w="1008" w:type="dxa"/>
            <w:shd w:val="clear" w:color="auto" w:fill="D9EAF7"/>
          </w:tcPr>
          <w:p w14:paraId="123F8A09" w14:textId="77777777" w:rsidR="00C40D46" w:rsidRPr="00C50FD6" w:rsidRDefault="00000000">
            <w:pPr>
              <w:jc w:val="center"/>
            </w:pPr>
            <w:r w:rsidRPr="00C50FD6">
              <w:rPr>
                <w:b/>
                <w:sz w:val="16"/>
              </w:rPr>
              <w:t>Parameters</w:t>
            </w:r>
          </w:p>
        </w:tc>
        <w:tc>
          <w:tcPr>
            <w:tcW w:w="1008" w:type="dxa"/>
            <w:shd w:val="clear" w:color="auto" w:fill="D9EAF7"/>
          </w:tcPr>
          <w:p w14:paraId="2A9F2C46" w14:textId="77777777" w:rsidR="00C40D46" w:rsidRPr="00C50FD6" w:rsidRDefault="00000000">
            <w:pPr>
              <w:jc w:val="center"/>
            </w:pPr>
            <w:r w:rsidRPr="00C50FD6">
              <w:rPr>
                <w:b/>
                <w:sz w:val="16"/>
              </w:rPr>
              <w:t>Liver (mean±S.D)</w:t>
            </w:r>
          </w:p>
        </w:tc>
        <w:tc>
          <w:tcPr>
            <w:tcW w:w="1008" w:type="dxa"/>
            <w:shd w:val="clear" w:color="auto" w:fill="D9EAF7"/>
          </w:tcPr>
          <w:p w14:paraId="37724B54" w14:textId="77777777" w:rsidR="00C40D46" w:rsidRPr="00C50FD6" w:rsidRDefault="00000000">
            <w:pPr>
              <w:jc w:val="center"/>
            </w:pPr>
            <w:r w:rsidRPr="00C50FD6">
              <w:rPr>
                <w:b/>
                <w:sz w:val="16"/>
              </w:rPr>
              <w:t>Lung (mean±S.D)</w:t>
            </w:r>
          </w:p>
        </w:tc>
        <w:tc>
          <w:tcPr>
            <w:tcW w:w="1008" w:type="dxa"/>
            <w:shd w:val="clear" w:color="auto" w:fill="D9EAF7"/>
          </w:tcPr>
          <w:p w14:paraId="36C09D73" w14:textId="77777777" w:rsidR="00C40D46" w:rsidRPr="00C50FD6" w:rsidRDefault="00000000">
            <w:pPr>
              <w:jc w:val="center"/>
            </w:pPr>
            <w:r w:rsidRPr="00C50FD6">
              <w:rPr>
                <w:b/>
                <w:sz w:val="16"/>
              </w:rPr>
              <w:t>Kidney (mean±S.D)</w:t>
            </w:r>
          </w:p>
        </w:tc>
        <w:tc>
          <w:tcPr>
            <w:tcW w:w="1008" w:type="dxa"/>
            <w:shd w:val="clear" w:color="auto" w:fill="D9EAF7"/>
          </w:tcPr>
          <w:p w14:paraId="166506A4" w14:textId="77777777" w:rsidR="00C40D46" w:rsidRPr="00C50FD6" w:rsidRDefault="00000000">
            <w:pPr>
              <w:jc w:val="center"/>
            </w:pPr>
            <w:r w:rsidRPr="00C50FD6">
              <w:rPr>
                <w:b/>
                <w:sz w:val="16"/>
              </w:rPr>
              <w:t>Spleen (mean±S.D)</w:t>
            </w:r>
          </w:p>
        </w:tc>
        <w:tc>
          <w:tcPr>
            <w:tcW w:w="1008" w:type="dxa"/>
            <w:shd w:val="clear" w:color="auto" w:fill="D9EAF7"/>
          </w:tcPr>
          <w:p w14:paraId="3CBC8E75" w14:textId="77777777" w:rsidR="00C40D46" w:rsidRPr="00C50FD6" w:rsidRDefault="00000000">
            <w:pPr>
              <w:jc w:val="center"/>
            </w:pPr>
            <w:r w:rsidRPr="00C50FD6">
              <w:rPr>
                <w:b/>
                <w:sz w:val="16"/>
              </w:rPr>
              <w:t>Heart (mean±S.D)</w:t>
            </w:r>
          </w:p>
        </w:tc>
        <w:tc>
          <w:tcPr>
            <w:tcW w:w="1008" w:type="dxa"/>
            <w:shd w:val="clear" w:color="auto" w:fill="D9EAF7"/>
          </w:tcPr>
          <w:p w14:paraId="28B1DFEB" w14:textId="77777777" w:rsidR="00C40D46" w:rsidRPr="00C50FD6" w:rsidRDefault="00000000">
            <w:pPr>
              <w:jc w:val="center"/>
            </w:pPr>
            <w:r w:rsidRPr="00C50FD6">
              <w:rPr>
                <w:b/>
                <w:sz w:val="16"/>
              </w:rPr>
              <w:t>Thymus (mean±S.D)</w:t>
            </w:r>
          </w:p>
        </w:tc>
        <w:tc>
          <w:tcPr>
            <w:tcW w:w="1008" w:type="dxa"/>
            <w:shd w:val="clear" w:color="auto" w:fill="D9EAF7"/>
          </w:tcPr>
          <w:p w14:paraId="4AE803CD" w14:textId="77777777" w:rsidR="00C40D46" w:rsidRPr="00C50FD6" w:rsidRDefault="00000000">
            <w:pPr>
              <w:jc w:val="center"/>
            </w:pPr>
            <w:r w:rsidRPr="00C50FD6">
              <w:rPr>
                <w:b/>
                <w:sz w:val="16"/>
              </w:rPr>
              <w:t>ADGL (mean±S.D)</w:t>
            </w:r>
          </w:p>
        </w:tc>
        <w:tc>
          <w:tcPr>
            <w:tcW w:w="1008" w:type="dxa"/>
            <w:shd w:val="clear" w:color="auto" w:fill="D9EAF7"/>
          </w:tcPr>
          <w:p w14:paraId="41E6A99D" w14:textId="77777777" w:rsidR="00C40D46" w:rsidRPr="00C50FD6" w:rsidRDefault="00000000">
            <w:pPr>
              <w:jc w:val="center"/>
            </w:pPr>
            <w:r w:rsidRPr="00C50FD6">
              <w:rPr>
                <w:b/>
                <w:sz w:val="16"/>
              </w:rPr>
              <w:t>Brain (mean±S.D)</w:t>
            </w:r>
          </w:p>
        </w:tc>
        <w:tc>
          <w:tcPr>
            <w:tcW w:w="1008" w:type="dxa"/>
            <w:shd w:val="clear" w:color="auto" w:fill="D9EAF7"/>
          </w:tcPr>
          <w:p w14:paraId="4905B338" w14:textId="77777777" w:rsidR="00C40D46" w:rsidRPr="00C50FD6" w:rsidRDefault="00000000">
            <w:pPr>
              <w:jc w:val="center"/>
            </w:pPr>
            <w:r w:rsidRPr="00C50FD6">
              <w:rPr>
                <w:b/>
                <w:sz w:val="16"/>
              </w:rPr>
              <w:t>Testes (mean±S.D)</w:t>
            </w:r>
          </w:p>
        </w:tc>
      </w:tr>
      <w:tr w:rsidR="00C40D46" w:rsidRPr="00C50FD6" w14:paraId="360420BD" w14:textId="77777777">
        <w:trPr>
          <w:jc w:val="center"/>
        </w:trPr>
        <w:tc>
          <w:tcPr>
            <w:tcW w:w="1008" w:type="dxa"/>
            <w:vAlign w:val="center"/>
          </w:tcPr>
          <w:p w14:paraId="2E164AFA" w14:textId="77777777" w:rsidR="00C40D46" w:rsidRPr="00C50FD6" w:rsidRDefault="00000000">
            <w:pPr>
              <w:jc w:val="center"/>
            </w:pPr>
            <w:r w:rsidRPr="00C50FD6">
              <w:rPr>
                <w:sz w:val="16"/>
              </w:rPr>
              <w:t>A control</w:t>
            </w:r>
          </w:p>
        </w:tc>
        <w:tc>
          <w:tcPr>
            <w:tcW w:w="1008" w:type="dxa"/>
            <w:vAlign w:val="center"/>
          </w:tcPr>
          <w:p w14:paraId="2847167D" w14:textId="77777777" w:rsidR="00C40D46" w:rsidRPr="00C50FD6" w:rsidRDefault="00000000">
            <w:pPr>
              <w:jc w:val="center"/>
            </w:pPr>
            <w:r w:rsidRPr="00C50FD6">
              <w:rPr>
                <w:sz w:val="16"/>
              </w:rPr>
              <w:t>13.796±0.86</w:t>
            </w:r>
          </w:p>
        </w:tc>
        <w:tc>
          <w:tcPr>
            <w:tcW w:w="1008" w:type="dxa"/>
            <w:vAlign w:val="center"/>
          </w:tcPr>
          <w:p w14:paraId="4A367FB1" w14:textId="77777777" w:rsidR="00C40D46" w:rsidRPr="00C50FD6" w:rsidRDefault="00000000">
            <w:pPr>
              <w:jc w:val="center"/>
            </w:pPr>
            <w:r w:rsidRPr="00C50FD6">
              <w:rPr>
                <w:sz w:val="16"/>
              </w:rPr>
              <w:t>2.042±0.23</w:t>
            </w:r>
          </w:p>
        </w:tc>
        <w:tc>
          <w:tcPr>
            <w:tcW w:w="1008" w:type="dxa"/>
            <w:vAlign w:val="center"/>
          </w:tcPr>
          <w:p w14:paraId="27CD91AD" w14:textId="77777777" w:rsidR="00C40D46" w:rsidRPr="00C50FD6" w:rsidRDefault="00000000">
            <w:pPr>
              <w:jc w:val="center"/>
            </w:pPr>
            <w:r w:rsidRPr="00C50FD6">
              <w:rPr>
                <w:sz w:val="16"/>
              </w:rPr>
              <w:t>2.544±0.04</w:t>
            </w:r>
          </w:p>
        </w:tc>
        <w:tc>
          <w:tcPr>
            <w:tcW w:w="1008" w:type="dxa"/>
            <w:vAlign w:val="center"/>
          </w:tcPr>
          <w:p w14:paraId="145A74AA" w14:textId="77777777" w:rsidR="00C40D46" w:rsidRPr="00C50FD6" w:rsidRDefault="00000000">
            <w:pPr>
              <w:jc w:val="center"/>
            </w:pPr>
            <w:r w:rsidRPr="00C50FD6">
              <w:rPr>
                <w:sz w:val="16"/>
              </w:rPr>
              <w:t>0.664±0.04</w:t>
            </w:r>
          </w:p>
        </w:tc>
        <w:tc>
          <w:tcPr>
            <w:tcW w:w="1008" w:type="dxa"/>
            <w:vAlign w:val="center"/>
          </w:tcPr>
          <w:p w14:paraId="6D3A56ED" w14:textId="77777777" w:rsidR="00C40D46" w:rsidRPr="00C50FD6" w:rsidRDefault="00000000">
            <w:pPr>
              <w:jc w:val="center"/>
            </w:pPr>
            <w:r w:rsidRPr="00C50FD6">
              <w:rPr>
                <w:sz w:val="16"/>
              </w:rPr>
              <w:t>1.14±0.05</w:t>
            </w:r>
          </w:p>
        </w:tc>
        <w:tc>
          <w:tcPr>
            <w:tcW w:w="1008" w:type="dxa"/>
            <w:vAlign w:val="center"/>
          </w:tcPr>
          <w:p w14:paraId="7225B2A3" w14:textId="77777777" w:rsidR="00C40D46" w:rsidRPr="00C50FD6" w:rsidRDefault="00000000">
            <w:pPr>
              <w:jc w:val="center"/>
            </w:pPr>
            <w:r w:rsidRPr="00C50FD6">
              <w:rPr>
                <w:sz w:val="16"/>
              </w:rPr>
              <w:t>0.668±0.12</w:t>
            </w:r>
          </w:p>
        </w:tc>
        <w:tc>
          <w:tcPr>
            <w:tcW w:w="1008" w:type="dxa"/>
            <w:vAlign w:val="center"/>
          </w:tcPr>
          <w:p w14:paraId="2B4310D3" w14:textId="77777777" w:rsidR="00C40D46" w:rsidRPr="00C50FD6" w:rsidRDefault="00000000">
            <w:pPr>
              <w:jc w:val="center"/>
            </w:pPr>
            <w:r w:rsidRPr="00C50FD6">
              <w:rPr>
                <w:sz w:val="16"/>
              </w:rPr>
              <w:t>0.082±0.004</w:t>
            </w:r>
          </w:p>
        </w:tc>
        <w:tc>
          <w:tcPr>
            <w:tcW w:w="1008" w:type="dxa"/>
            <w:vAlign w:val="center"/>
          </w:tcPr>
          <w:p w14:paraId="46E94100" w14:textId="77777777" w:rsidR="00C40D46" w:rsidRPr="00C50FD6" w:rsidRDefault="00000000">
            <w:pPr>
              <w:jc w:val="center"/>
            </w:pPr>
            <w:r w:rsidRPr="00C50FD6">
              <w:rPr>
                <w:sz w:val="16"/>
              </w:rPr>
              <w:t>1.648±0.16</w:t>
            </w:r>
          </w:p>
        </w:tc>
        <w:tc>
          <w:tcPr>
            <w:tcW w:w="1008" w:type="dxa"/>
            <w:vAlign w:val="center"/>
          </w:tcPr>
          <w:p w14:paraId="7D6F6860" w14:textId="77777777" w:rsidR="00C40D46" w:rsidRPr="00C50FD6" w:rsidRDefault="00000000">
            <w:pPr>
              <w:jc w:val="center"/>
            </w:pPr>
            <w:r w:rsidRPr="00C50FD6">
              <w:rPr>
                <w:sz w:val="16"/>
              </w:rPr>
              <w:t>3.18±0.12</w:t>
            </w:r>
          </w:p>
        </w:tc>
      </w:tr>
      <w:tr w:rsidR="00C40D46" w:rsidRPr="00C50FD6" w14:paraId="5E442C55" w14:textId="77777777">
        <w:trPr>
          <w:jc w:val="center"/>
        </w:trPr>
        <w:tc>
          <w:tcPr>
            <w:tcW w:w="1008" w:type="dxa"/>
            <w:vAlign w:val="center"/>
          </w:tcPr>
          <w:p w14:paraId="5768C1DC" w14:textId="77777777" w:rsidR="00C40D46" w:rsidRPr="00C50FD6" w:rsidRDefault="00000000">
            <w:pPr>
              <w:jc w:val="center"/>
            </w:pPr>
            <w:r w:rsidRPr="00C50FD6">
              <w:rPr>
                <w:sz w:val="16"/>
              </w:rPr>
              <w:t>B (A. sativum 2000 mg/kg)</w:t>
            </w:r>
          </w:p>
        </w:tc>
        <w:tc>
          <w:tcPr>
            <w:tcW w:w="1008" w:type="dxa"/>
            <w:vAlign w:val="center"/>
          </w:tcPr>
          <w:p w14:paraId="68E1EE89" w14:textId="77777777" w:rsidR="00C40D46" w:rsidRPr="00C50FD6" w:rsidRDefault="00000000">
            <w:pPr>
              <w:jc w:val="center"/>
            </w:pPr>
            <w:r w:rsidRPr="00C50FD6">
              <w:rPr>
                <w:sz w:val="16"/>
              </w:rPr>
              <w:t>10.782ᵇ±1.7</w:t>
            </w:r>
          </w:p>
        </w:tc>
        <w:tc>
          <w:tcPr>
            <w:tcW w:w="1008" w:type="dxa"/>
            <w:vAlign w:val="center"/>
          </w:tcPr>
          <w:p w14:paraId="3E88E0E6" w14:textId="77777777" w:rsidR="00C40D46" w:rsidRPr="00C50FD6" w:rsidRDefault="00000000">
            <w:pPr>
              <w:jc w:val="center"/>
            </w:pPr>
            <w:r w:rsidRPr="00C50FD6">
              <w:rPr>
                <w:sz w:val="16"/>
              </w:rPr>
              <w:t>1.69ᵃ±0.32</w:t>
            </w:r>
          </w:p>
        </w:tc>
        <w:tc>
          <w:tcPr>
            <w:tcW w:w="1008" w:type="dxa"/>
            <w:vAlign w:val="center"/>
          </w:tcPr>
          <w:p w14:paraId="2428BD4F" w14:textId="77777777" w:rsidR="00C40D46" w:rsidRPr="00C50FD6" w:rsidRDefault="00000000">
            <w:pPr>
              <w:jc w:val="center"/>
            </w:pPr>
            <w:r w:rsidRPr="00C50FD6">
              <w:rPr>
                <w:sz w:val="16"/>
              </w:rPr>
              <w:t>2.38ᵃ±0.63</w:t>
            </w:r>
          </w:p>
        </w:tc>
        <w:tc>
          <w:tcPr>
            <w:tcW w:w="1008" w:type="dxa"/>
            <w:vAlign w:val="center"/>
          </w:tcPr>
          <w:p w14:paraId="49F34CCD" w14:textId="77777777" w:rsidR="00C40D46" w:rsidRPr="00C50FD6" w:rsidRDefault="00000000">
            <w:pPr>
              <w:jc w:val="center"/>
            </w:pPr>
            <w:r w:rsidRPr="00C50FD6">
              <w:rPr>
                <w:sz w:val="16"/>
              </w:rPr>
              <w:t>0.712ᵃ±0.63</w:t>
            </w:r>
          </w:p>
        </w:tc>
        <w:tc>
          <w:tcPr>
            <w:tcW w:w="1008" w:type="dxa"/>
            <w:vAlign w:val="center"/>
          </w:tcPr>
          <w:p w14:paraId="15D62ACB" w14:textId="77777777" w:rsidR="00C40D46" w:rsidRPr="00C50FD6" w:rsidRDefault="00000000">
            <w:pPr>
              <w:jc w:val="center"/>
            </w:pPr>
            <w:r w:rsidRPr="00C50FD6">
              <w:rPr>
                <w:sz w:val="16"/>
              </w:rPr>
              <w:t>1.1ᵃ±0.20</w:t>
            </w:r>
          </w:p>
        </w:tc>
        <w:tc>
          <w:tcPr>
            <w:tcW w:w="1008" w:type="dxa"/>
            <w:vAlign w:val="center"/>
          </w:tcPr>
          <w:p w14:paraId="54346AD0" w14:textId="77777777" w:rsidR="00C40D46" w:rsidRPr="00C50FD6" w:rsidRDefault="00000000">
            <w:pPr>
              <w:jc w:val="center"/>
            </w:pPr>
            <w:r w:rsidRPr="00C50FD6">
              <w:rPr>
                <w:sz w:val="16"/>
              </w:rPr>
              <w:t>0.486ᵃ±0.11</w:t>
            </w:r>
          </w:p>
        </w:tc>
        <w:tc>
          <w:tcPr>
            <w:tcW w:w="1008" w:type="dxa"/>
            <w:vAlign w:val="center"/>
          </w:tcPr>
          <w:p w14:paraId="79F288D2" w14:textId="77777777" w:rsidR="00C40D46" w:rsidRPr="00C50FD6" w:rsidRDefault="00000000">
            <w:pPr>
              <w:jc w:val="center"/>
            </w:pPr>
            <w:r w:rsidRPr="00C50FD6">
              <w:rPr>
                <w:sz w:val="16"/>
              </w:rPr>
              <w:t>0.11ᵃ±0.01</w:t>
            </w:r>
          </w:p>
        </w:tc>
        <w:tc>
          <w:tcPr>
            <w:tcW w:w="1008" w:type="dxa"/>
            <w:vAlign w:val="center"/>
          </w:tcPr>
          <w:p w14:paraId="6877E9A1" w14:textId="77777777" w:rsidR="00C40D46" w:rsidRPr="00C50FD6" w:rsidRDefault="00000000">
            <w:pPr>
              <w:jc w:val="center"/>
            </w:pPr>
            <w:r w:rsidRPr="00C50FD6">
              <w:rPr>
                <w:sz w:val="16"/>
              </w:rPr>
              <w:t>1.778ᵃ±0.22</w:t>
            </w:r>
          </w:p>
        </w:tc>
        <w:tc>
          <w:tcPr>
            <w:tcW w:w="1008" w:type="dxa"/>
            <w:vAlign w:val="center"/>
          </w:tcPr>
          <w:p w14:paraId="5B4AC3BE" w14:textId="77777777" w:rsidR="00C40D46" w:rsidRPr="00C50FD6" w:rsidRDefault="00000000">
            <w:pPr>
              <w:jc w:val="center"/>
            </w:pPr>
            <w:r w:rsidRPr="00C50FD6">
              <w:rPr>
                <w:sz w:val="16"/>
              </w:rPr>
              <w:t>2.896±0.46</w:t>
            </w:r>
          </w:p>
        </w:tc>
      </w:tr>
      <w:tr w:rsidR="00C40D46" w:rsidRPr="00C50FD6" w14:paraId="13C2D2DB" w14:textId="77777777">
        <w:trPr>
          <w:jc w:val="center"/>
        </w:trPr>
        <w:tc>
          <w:tcPr>
            <w:tcW w:w="1008" w:type="dxa"/>
            <w:vAlign w:val="center"/>
          </w:tcPr>
          <w:p w14:paraId="7865B0B0" w14:textId="77777777" w:rsidR="00C40D46" w:rsidRPr="00C50FD6" w:rsidRDefault="00000000">
            <w:pPr>
              <w:jc w:val="center"/>
            </w:pPr>
            <w:r w:rsidRPr="00C50FD6">
              <w:rPr>
                <w:sz w:val="16"/>
              </w:rPr>
              <w:t>C (A. sativum 3000 mg/kg)</w:t>
            </w:r>
          </w:p>
        </w:tc>
        <w:tc>
          <w:tcPr>
            <w:tcW w:w="1008" w:type="dxa"/>
            <w:vAlign w:val="center"/>
          </w:tcPr>
          <w:p w14:paraId="70383AC8" w14:textId="77777777" w:rsidR="00C40D46" w:rsidRPr="00C50FD6" w:rsidRDefault="00000000">
            <w:pPr>
              <w:jc w:val="center"/>
            </w:pPr>
            <w:r w:rsidRPr="00C50FD6">
              <w:rPr>
                <w:sz w:val="16"/>
              </w:rPr>
              <w:t>11.302±1.5</w:t>
            </w:r>
          </w:p>
        </w:tc>
        <w:tc>
          <w:tcPr>
            <w:tcW w:w="1008" w:type="dxa"/>
            <w:vAlign w:val="center"/>
          </w:tcPr>
          <w:p w14:paraId="38340BC2" w14:textId="77777777" w:rsidR="00C40D46" w:rsidRPr="00C50FD6" w:rsidRDefault="00000000">
            <w:pPr>
              <w:jc w:val="center"/>
            </w:pPr>
            <w:r w:rsidRPr="00C50FD6">
              <w:rPr>
                <w:sz w:val="16"/>
              </w:rPr>
              <w:t>1.704±0.10</w:t>
            </w:r>
          </w:p>
        </w:tc>
        <w:tc>
          <w:tcPr>
            <w:tcW w:w="1008" w:type="dxa"/>
            <w:vAlign w:val="center"/>
          </w:tcPr>
          <w:p w14:paraId="3FB3EA1E" w14:textId="77777777" w:rsidR="00C40D46" w:rsidRPr="00C50FD6" w:rsidRDefault="00000000">
            <w:pPr>
              <w:jc w:val="center"/>
            </w:pPr>
            <w:r w:rsidRPr="00C50FD6">
              <w:rPr>
                <w:sz w:val="16"/>
              </w:rPr>
              <w:t>2.37±0.21</w:t>
            </w:r>
          </w:p>
        </w:tc>
        <w:tc>
          <w:tcPr>
            <w:tcW w:w="1008" w:type="dxa"/>
            <w:vAlign w:val="center"/>
          </w:tcPr>
          <w:p w14:paraId="7429562A" w14:textId="77777777" w:rsidR="00C40D46" w:rsidRPr="00C50FD6" w:rsidRDefault="00000000">
            <w:pPr>
              <w:jc w:val="center"/>
            </w:pPr>
            <w:r w:rsidRPr="00C50FD6">
              <w:rPr>
                <w:sz w:val="16"/>
              </w:rPr>
              <w:t>0.622±0.09</w:t>
            </w:r>
          </w:p>
        </w:tc>
        <w:tc>
          <w:tcPr>
            <w:tcW w:w="1008" w:type="dxa"/>
            <w:vAlign w:val="center"/>
          </w:tcPr>
          <w:p w14:paraId="70DB7E38" w14:textId="77777777" w:rsidR="00C40D46" w:rsidRPr="00C50FD6" w:rsidRDefault="00000000">
            <w:pPr>
              <w:jc w:val="center"/>
            </w:pPr>
            <w:r w:rsidRPr="00C50FD6">
              <w:rPr>
                <w:sz w:val="16"/>
              </w:rPr>
              <w:t>1.122±0.06</w:t>
            </w:r>
          </w:p>
        </w:tc>
        <w:tc>
          <w:tcPr>
            <w:tcW w:w="1008" w:type="dxa"/>
            <w:vAlign w:val="center"/>
          </w:tcPr>
          <w:p w14:paraId="2F861904" w14:textId="77777777" w:rsidR="00C40D46" w:rsidRPr="00C50FD6" w:rsidRDefault="00000000">
            <w:pPr>
              <w:jc w:val="center"/>
            </w:pPr>
            <w:r w:rsidRPr="00C50FD6">
              <w:rPr>
                <w:sz w:val="16"/>
              </w:rPr>
              <w:t>0.486±0.03</w:t>
            </w:r>
          </w:p>
        </w:tc>
        <w:tc>
          <w:tcPr>
            <w:tcW w:w="1008" w:type="dxa"/>
            <w:vAlign w:val="center"/>
          </w:tcPr>
          <w:p w14:paraId="467A6CDE" w14:textId="77777777" w:rsidR="00C40D46" w:rsidRPr="00C50FD6" w:rsidRDefault="00000000">
            <w:pPr>
              <w:jc w:val="center"/>
            </w:pPr>
            <w:r w:rsidRPr="00C50FD6">
              <w:rPr>
                <w:sz w:val="16"/>
              </w:rPr>
              <w:t>0.114±0.02</w:t>
            </w:r>
          </w:p>
        </w:tc>
        <w:tc>
          <w:tcPr>
            <w:tcW w:w="1008" w:type="dxa"/>
            <w:vAlign w:val="center"/>
          </w:tcPr>
          <w:p w14:paraId="61AF6640" w14:textId="77777777" w:rsidR="00C40D46" w:rsidRPr="00C50FD6" w:rsidRDefault="00000000">
            <w:pPr>
              <w:jc w:val="center"/>
            </w:pPr>
            <w:r w:rsidRPr="00C50FD6">
              <w:rPr>
                <w:sz w:val="16"/>
              </w:rPr>
              <w:t>1.672±0.22</w:t>
            </w:r>
          </w:p>
        </w:tc>
        <w:tc>
          <w:tcPr>
            <w:tcW w:w="1008" w:type="dxa"/>
            <w:vAlign w:val="center"/>
          </w:tcPr>
          <w:p w14:paraId="20F28AC8" w14:textId="77777777" w:rsidR="00C40D46" w:rsidRPr="00C50FD6" w:rsidRDefault="00000000">
            <w:pPr>
              <w:jc w:val="center"/>
            </w:pPr>
            <w:r w:rsidRPr="00C50FD6">
              <w:rPr>
                <w:sz w:val="16"/>
              </w:rPr>
              <w:t>3.028±0.27</w:t>
            </w:r>
          </w:p>
        </w:tc>
      </w:tr>
      <w:tr w:rsidR="00C40D46" w:rsidRPr="00C50FD6" w14:paraId="5D37D5A3" w14:textId="77777777">
        <w:trPr>
          <w:jc w:val="center"/>
        </w:trPr>
        <w:tc>
          <w:tcPr>
            <w:tcW w:w="1008" w:type="dxa"/>
            <w:vAlign w:val="center"/>
          </w:tcPr>
          <w:p w14:paraId="341FD7E0" w14:textId="77777777" w:rsidR="00C40D46" w:rsidRPr="00C50FD6" w:rsidRDefault="00000000">
            <w:pPr>
              <w:jc w:val="center"/>
            </w:pPr>
            <w:r w:rsidRPr="00C50FD6">
              <w:rPr>
                <w:sz w:val="16"/>
              </w:rPr>
              <w:t>D (A. sativum 5000 mg/kg)</w:t>
            </w:r>
          </w:p>
        </w:tc>
        <w:tc>
          <w:tcPr>
            <w:tcW w:w="1008" w:type="dxa"/>
            <w:vAlign w:val="center"/>
          </w:tcPr>
          <w:p w14:paraId="44A98EAE" w14:textId="77777777" w:rsidR="00C40D46" w:rsidRPr="00C50FD6" w:rsidRDefault="00000000">
            <w:pPr>
              <w:jc w:val="center"/>
            </w:pPr>
            <w:r w:rsidRPr="00C50FD6">
              <w:rPr>
                <w:sz w:val="16"/>
              </w:rPr>
              <w:t>11.814ᵃ±1.7</w:t>
            </w:r>
          </w:p>
        </w:tc>
        <w:tc>
          <w:tcPr>
            <w:tcW w:w="1008" w:type="dxa"/>
            <w:vAlign w:val="center"/>
          </w:tcPr>
          <w:p w14:paraId="37D38F0A" w14:textId="77777777" w:rsidR="00C40D46" w:rsidRPr="00C50FD6" w:rsidRDefault="00000000">
            <w:pPr>
              <w:jc w:val="center"/>
            </w:pPr>
            <w:r w:rsidRPr="00C50FD6">
              <w:rPr>
                <w:sz w:val="16"/>
              </w:rPr>
              <w:t>1.732ᵃ±0.29</w:t>
            </w:r>
          </w:p>
        </w:tc>
        <w:tc>
          <w:tcPr>
            <w:tcW w:w="1008" w:type="dxa"/>
            <w:vAlign w:val="center"/>
          </w:tcPr>
          <w:p w14:paraId="4A2346B4" w14:textId="77777777" w:rsidR="00C40D46" w:rsidRPr="00C50FD6" w:rsidRDefault="00000000">
            <w:pPr>
              <w:jc w:val="center"/>
            </w:pPr>
            <w:r w:rsidRPr="00C50FD6">
              <w:rPr>
                <w:sz w:val="16"/>
              </w:rPr>
              <w:t>2.578ᵃ±0.43</w:t>
            </w:r>
          </w:p>
        </w:tc>
        <w:tc>
          <w:tcPr>
            <w:tcW w:w="1008" w:type="dxa"/>
            <w:vAlign w:val="center"/>
          </w:tcPr>
          <w:p w14:paraId="465C3996" w14:textId="77777777" w:rsidR="00C40D46" w:rsidRPr="00C50FD6" w:rsidRDefault="00000000">
            <w:pPr>
              <w:jc w:val="center"/>
            </w:pPr>
            <w:r w:rsidRPr="00C50FD6">
              <w:rPr>
                <w:sz w:val="16"/>
              </w:rPr>
              <w:t>0.63ᵃ±0.18</w:t>
            </w:r>
          </w:p>
        </w:tc>
        <w:tc>
          <w:tcPr>
            <w:tcW w:w="1008" w:type="dxa"/>
            <w:vAlign w:val="center"/>
          </w:tcPr>
          <w:p w14:paraId="5B1A134C" w14:textId="77777777" w:rsidR="00C40D46" w:rsidRPr="00C50FD6" w:rsidRDefault="00000000">
            <w:pPr>
              <w:jc w:val="center"/>
            </w:pPr>
            <w:r w:rsidRPr="00C50FD6">
              <w:rPr>
                <w:sz w:val="16"/>
              </w:rPr>
              <w:t>1.112ᵃ±0.14</w:t>
            </w:r>
          </w:p>
        </w:tc>
        <w:tc>
          <w:tcPr>
            <w:tcW w:w="1008" w:type="dxa"/>
            <w:vAlign w:val="center"/>
          </w:tcPr>
          <w:p w14:paraId="1263225A" w14:textId="77777777" w:rsidR="00C40D46" w:rsidRPr="00C50FD6" w:rsidRDefault="00000000">
            <w:pPr>
              <w:jc w:val="center"/>
            </w:pPr>
            <w:r w:rsidRPr="00C50FD6">
              <w:rPr>
                <w:sz w:val="16"/>
              </w:rPr>
              <w:t>0.666ᵃ±0.08</w:t>
            </w:r>
          </w:p>
        </w:tc>
        <w:tc>
          <w:tcPr>
            <w:tcW w:w="1008" w:type="dxa"/>
            <w:vAlign w:val="center"/>
          </w:tcPr>
          <w:p w14:paraId="0029A513" w14:textId="77777777" w:rsidR="00C40D46" w:rsidRPr="00C50FD6" w:rsidRDefault="00000000">
            <w:pPr>
              <w:jc w:val="center"/>
            </w:pPr>
            <w:r w:rsidRPr="00C50FD6">
              <w:rPr>
                <w:sz w:val="16"/>
              </w:rPr>
              <w:t>0.102ᵃ±0.01</w:t>
            </w:r>
          </w:p>
        </w:tc>
        <w:tc>
          <w:tcPr>
            <w:tcW w:w="1008" w:type="dxa"/>
            <w:vAlign w:val="center"/>
          </w:tcPr>
          <w:p w14:paraId="58AE7D3A" w14:textId="77777777" w:rsidR="00C40D46" w:rsidRPr="00C50FD6" w:rsidRDefault="00000000">
            <w:pPr>
              <w:jc w:val="center"/>
            </w:pPr>
            <w:r w:rsidRPr="00C50FD6">
              <w:rPr>
                <w:sz w:val="16"/>
              </w:rPr>
              <w:t>1.692ᵃ±0.10</w:t>
            </w:r>
          </w:p>
        </w:tc>
        <w:tc>
          <w:tcPr>
            <w:tcW w:w="1008" w:type="dxa"/>
            <w:vAlign w:val="center"/>
          </w:tcPr>
          <w:p w14:paraId="3907042C" w14:textId="77777777" w:rsidR="00C40D46" w:rsidRPr="00C50FD6" w:rsidRDefault="00000000">
            <w:pPr>
              <w:jc w:val="center"/>
            </w:pPr>
            <w:r w:rsidRPr="00C50FD6">
              <w:rPr>
                <w:sz w:val="16"/>
              </w:rPr>
              <w:t>3.118±0.56</w:t>
            </w:r>
          </w:p>
        </w:tc>
      </w:tr>
    </w:tbl>
    <w:p w14:paraId="420BBD42" w14:textId="77777777" w:rsidR="00C40D46" w:rsidRPr="00C50FD6" w:rsidRDefault="00000000">
      <w:r w:rsidRPr="00C50FD6">
        <w:t>Superscript a indicates no significant difference compared with control (p &gt; 0.05); superscript b indicates a significant decrease compared with control (p &lt; 0.05).</w:t>
      </w:r>
    </w:p>
    <w:p w14:paraId="57686E28" w14:textId="77777777" w:rsidR="00C40D46" w:rsidRPr="00C50FD6" w:rsidRDefault="00000000">
      <w:r w:rsidRPr="00C50FD6">
        <w:rPr>
          <w:b/>
        </w:rPr>
        <w:lastRenderedPageBreak/>
        <w:t>Table 2B. Effect of garlic on organ weight in the sub-acute oral toxicity test.</w:t>
      </w:r>
    </w:p>
    <w:p w14:paraId="5C56E4EC" w14:textId="77777777" w:rsidR="00C40D46" w:rsidRPr="00C50FD6" w:rsidRDefault="00000000">
      <w:pPr>
        <w:pStyle w:val="Heading2"/>
      </w:pPr>
      <w:r w:rsidRPr="00C50FD6">
        <w:rPr>
          <w:rFonts w:ascii="Times New Roman" w:hAnsi="Times New Roman"/>
          <w:sz w:val="24"/>
        </w:rPr>
        <w:t>The impact of Allium sativum extract on blood biochemistry parameters in acute and sub-acute oral toxicity tests</w:t>
      </w:r>
    </w:p>
    <w:p w14:paraId="0C991D43" w14:textId="77777777" w:rsidR="00C40D46" w:rsidRPr="00C50FD6" w:rsidRDefault="00000000">
      <w:r w:rsidRPr="00C50FD6">
        <w:t>The Biochemical parameters of liver function were evaluated in rats treated with Allium sativum in two experimental models: acute and sub-acute, compared to a control group Table 3A and Table 3B. The measured parameters included alanine aminotransferase (ALT), aspartate aminotransferase (AST), total protein, albumin, and direct bilirubin. The acute oral administration of Allium sativum at group B and C show insignificant (p &gt; 0.05) in liver and kidney biochemical parameters. In the sub-acute model, Administration of Allium sativum resulted in minimal alterations in liver biochemical parameters compared with the control group. A increase (p &lt; 0.05) in AST was observed in group B; however, this change was not dose-dependent and was not accompanied by a significant increase in ALT. While direct bilirubin showed significant increase (p &lt; 0.05) in group B. Total protein and albumin, did not showed significant (p &gt; 0.05).</w:t>
      </w:r>
    </w:p>
    <w:p w14:paraId="6904398D" w14:textId="77777777" w:rsidR="00C40D46" w:rsidRPr="00C50FD6" w:rsidRDefault="00000000">
      <w:r w:rsidRPr="00C50FD6">
        <w:t>ALT is generally regarded as more liver-specific than AST, whereas AST may also originate from extrahepatic tissues, including skeletal and cardiac muscle; therefore, an isolated AST increase should not be overinterpreted as hepatocellular damage without concordant ALT elevation or histopathological support (Giannini et al., 2005). The observed bilirubin change in the 2000 mg/kg sub-acute group may reflect a mild alteration in bilirubin handling, but the absence of dose-response and the stability of albumin and total protein argue against a strong conclusion of impaired hepatic synthetic function. Previous studies have reported both enzyme elevations at higher or prolonged exposures and protective effects under oxidative-stress models, supporting a cautious, preparation-specific interpretation of garlic safety (Fowotade et al., 2017; Kumar et al., 2017; Dorrigiv et al., 2020).</w:t>
      </w:r>
    </w:p>
    <w:tbl>
      <w:tblPr>
        <w:tblStyle w:val="TableGrid"/>
        <w:tblW w:w="0" w:type="auto"/>
        <w:jc w:val="center"/>
        <w:tblLook w:val="04A0" w:firstRow="1" w:lastRow="0" w:firstColumn="1" w:lastColumn="0" w:noHBand="0" w:noVBand="1"/>
      </w:tblPr>
      <w:tblGrid>
        <w:gridCol w:w="1680"/>
        <w:gridCol w:w="1680"/>
        <w:gridCol w:w="1680"/>
        <w:gridCol w:w="1680"/>
        <w:gridCol w:w="1680"/>
        <w:gridCol w:w="1680"/>
      </w:tblGrid>
      <w:tr w:rsidR="00C40D46" w:rsidRPr="00C50FD6" w14:paraId="44CDEC29" w14:textId="77777777">
        <w:trPr>
          <w:jc w:val="center"/>
        </w:trPr>
        <w:tc>
          <w:tcPr>
            <w:tcW w:w="1680" w:type="dxa"/>
            <w:shd w:val="clear" w:color="auto" w:fill="D9EAF7"/>
          </w:tcPr>
          <w:p w14:paraId="6220C87D" w14:textId="77777777" w:rsidR="00C40D46" w:rsidRPr="00C50FD6" w:rsidRDefault="00000000">
            <w:pPr>
              <w:jc w:val="center"/>
            </w:pPr>
            <w:r w:rsidRPr="00C50FD6">
              <w:rPr>
                <w:b/>
                <w:sz w:val="16"/>
              </w:rPr>
              <w:t>Group</w:t>
            </w:r>
          </w:p>
        </w:tc>
        <w:tc>
          <w:tcPr>
            <w:tcW w:w="1680" w:type="dxa"/>
            <w:shd w:val="clear" w:color="auto" w:fill="D9EAF7"/>
          </w:tcPr>
          <w:p w14:paraId="1EB83D54" w14:textId="77777777" w:rsidR="00C40D46" w:rsidRPr="00C50FD6" w:rsidRDefault="00000000">
            <w:pPr>
              <w:jc w:val="center"/>
            </w:pPr>
            <w:r w:rsidRPr="00C50FD6">
              <w:rPr>
                <w:b/>
                <w:sz w:val="16"/>
              </w:rPr>
              <w:t>ALT (IU/L) (mean±S.D)</w:t>
            </w:r>
          </w:p>
        </w:tc>
        <w:tc>
          <w:tcPr>
            <w:tcW w:w="1680" w:type="dxa"/>
            <w:shd w:val="clear" w:color="auto" w:fill="D9EAF7"/>
          </w:tcPr>
          <w:p w14:paraId="1D1571CC" w14:textId="77777777" w:rsidR="00C40D46" w:rsidRPr="00C50FD6" w:rsidRDefault="00000000">
            <w:pPr>
              <w:jc w:val="center"/>
            </w:pPr>
            <w:r w:rsidRPr="00C50FD6">
              <w:rPr>
                <w:b/>
                <w:sz w:val="16"/>
              </w:rPr>
              <w:t>AST (IU/L) (mean±S.D)</w:t>
            </w:r>
          </w:p>
        </w:tc>
        <w:tc>
          <w:tcPr>
            <w:tcW w:w="1680" w:type="dxa"/>
            <w:shd w:val="clear" w:color="auto" w:fill="D9EAF7"/>
          </w:tcPr>
          <w:p w14:paraId="5ABB4E03" w14:textId="77777777" w:rsidR="00C40D46" w:rsidRPr="00C50FD6" w:rsidRDefault="00000000">
            <w:pPr>
              <w:jc w:val="center"/>
            </w:pPr>
            <w:r w:rsidRPr="00C50FD6">
              <w:rPr>
                <w:b/>
                <w:sz w:val="16"/>
              </w:rPr>
              <w:t>T. Protein (g/L) (mean±S.D)</w:t>
            </w:r>
          </w:p>
        </w:tc>
        <w:tc>
          <w:tcPr>
            <w:tcW w:w="1680" w:type="dxa"/>
            <w:shd w:val="clear" w:color="auto" w:fill="D9EAF7"/>
          </w:tcPr>
          <w:p w14:paraId="5EACBE0D" w14:textId="77777777" w:rsidR="00C40D46" w:rsidRPr="00C50FD6" w:rsidRDefault="00000000">
            <w:pPr>
              <w:jc w:val="center"/>
            </w:pPr>
            <w:r w:rsidRPr="00C50FD6">
              <w:rPr>
                <w:b/>
                <w:sz w:val="16"/>
              </w:rPr>
              <w:t>Albumin (g/L) (mean±S.D)</w:t>
            </w:r>
          </w:p>
        </w:tc>
        <w:tc>
          <w:tcPr>
            <w:tcW w:w="1680" w:type="dxa"/>
            <w:shd w:val="clear" w:color="auto" w:fill="D9EAF7"/>
          </w:tcPr>
          <w:p w14:paraId="2403E752" w14:textId="77777777" w:rsidR="00C40D46" w:rsidRPr="00C50FD6" w:rsidRDefault="00000000">
            <w:pPr>
              <w:jc w:val="center"/>
            </w:pPr>
            <w:r w:rsidRPr="00C50FD6">
              <w:rPr>
                <w:b/>
                <w:sz w:val="16"/>
              </w:rPr>
              <w:t>D. Bilirubin (µmol/L) (mean±S.D)</w:t>
            </w:r>
          </w:p>
        </w:tc>
      </w:tr>
      <w:tr w:rsidR="00C40D46" w:rsidRPr="00C50FD6" w14:paraId="4EB056FC" w14:textId="77777777">
        <w:trPr>
          <w:jc w:val="center"/>
        </w:trPr>
        <w:tc>
          <w:tcPr>
            <w:tcW w:w="1680" w:type="dxa"/>
            <w:vAlign w:val="center"/>
          </w:tcPr>
          <w:p w14:paraId="2AE9C3A7" w14:textId="77777777" w:rsidR="00C40D46" w:rsidRPr="00C50FD6" w:rsidRDefault="00000000">
            <w:pPr>
              <w:jc w:val="center"/>
            </w:pPr>
            <w:r w:rsidRPr="00C50FD6">
              <w:rPr>
                <w:sz w:val="16"/>
              </w:rPr>
              <w:t>A control</w:t>
            </w:r>
          </w:p>
        </w:tc>
        <w:tc>
          <w:tcPr>
            <w:tcW w:w="1680" w:type="dxa"/>
            <w:vAlign w:val="center"/>
          </w:tcPr>
          <w:p w14:paraId="6503A094" w14:textId="77777777" w:rsidR="00C40D46" w:rsidRPr="00C50FD6" w:rsidRDefault="00000000">
            <w:pPr>
              <w:jc w:val="center"/>
            </w:pPr>
            <w:r w:rsidRPr="00C50FD6">
              <w:rPr>
                <w:sz w:val="16"/>
              </w:rPr>
              <w:t>19.03±4.15</w:t>
            </w:r>
          </w:p>
        </w:tc>
        <w:tc>
          <w:tcPr>
            <w:tcW w:w="1680" w:type="dxa"/>
            <w:vAlign w:val="center"/>
          </w:tcPr>
          <w:p w14:paraId="57342F79" w14:textId="77777777" w:rsidR="00C40D46" w:rsidRPr="00C50FD6" w:rsidRDefault="00000000">
            <w:pPr>
              <w:jc w:val="center"/>
            </w:pPr>
            <w:r w:rsidRPr="00C50FD6">
              <w:rPr>
                <w:sz w:val="16"/>
              </w:rPr>
              <w:t>174.33±82</w:t>
            </w:r>
          </w:p>
        </w:tc>
        <w:tc>
          <w:tcPr>
            <w:tcW w:w="1680" w:type="dxa"/>
            <w:vAlign w:val="center"/>
          </w:tcPr>
          <w:p w14:paraId="080E0968" w14:textId="77777777" w:rsidR="00C40D46" w:rsidRPr="00C50FD6" w:rsidRDefault="00000000">
            <w:pPr>
              <w:jc w:val="center"/>
            </w:pPr>
            <w:r w:rsidRPr="00C50FD6">
              <w:rPr>
                <w:sz w:val="16"/>
              </w:rPr>
              <w:t>57.33±10.90</w:t>
            </w:r>
          </w:p>
        </w:tc>
        <w:tc>
          <w:tcPr>
            <w:tcW w:w="1680" w:type="dxa"/>
            <w:vAlign w:val="center"/>
          </w:tcPr>
          <w:p w14:paraId="1D8B8318" w14:textId="77777777" w:rsidR="00C40D46" w:rsidRPr="00C50FD6" w:rsidRDefault="00000000">
            <w:pPr>
              <w:jc w:val="center"/>
            </w:pPr>
            <w:r w:rsidRPr="00C50FD6">
              <w:rPr>
                <w:sz w:val="16"/>
              </w:rPr>
              <w:t>34.26±6.16</w:t>
            </w:r>
          </w:p>
        </w:tc>
        <w:tc>
          <w:tcPr>
            <w:tcW w:w="1680" w:type="dxa"/>
            <w:vAlign w:val="center"/>
          </w:tcPr>
          <w:p w14:paraId="0C30FEEC" w14:textId="77777777" w:rsidR="00C40D46" w:rsidRPr="00C50FD6" w:rsidRDefault="00000000">
            <w:pPr>
              <w:jc w:val="center"/>
            </w:pPr>
            <w:r w:rsidRPr="00C50FD6">
              <w:rPr>
                <w:sz w:val="16"/>
              </w:rPr>
              <w:t>0.21±0.22</w:t>
            </w:r>
          </w:p>
        </w:tc>
      </w:tr>
      <w:tr w:rsidR="00C40D46" w:rsidRPr="00C50FD6" w14:paraId="1921F812" w14:textId="77777777">
        <w:trPr>
          <w:jc w:val="center"/>
        </w:trPr>
        <w:tc>
          <w:tcPr>
            <w:tcW w:w="1680" w:type="dxa"/>
            <w:vAlign w:val="center"/>
          </w:tcPr>
          <w:p w14:paraId="5E05E4AD" w14:textId="77777777" w:rsidR="00C40D46" w:rsidRPr="00C50FD6" w:rsidRDefault="00000000">
            <w:pPr>
              <w:jc w:val="center"/>
            </w:pPr>
            <w:r w:rsidRPr="00C50FD6">
              <w:rPr>
                <w:sz w:val="16"/>
              </w:rPr>
              <w:t>B (A. sativum 2000 mg/kg)</w:t>
            </w:r>
          </w:p>
        </w:tc>
        <w:tc>
          <w:tcPr>
            <w:tcW w:w="1680" w:type="dxa"/>
            <w:vAlign w:val="center"/>
          </w:tcPr>
          <w:p w14:paraId="2322A69A" w14:textId="77777777" w:rsidR="00C40D46" w:rsidRPr="00C50FD6" w:rsidRDefault="00000000">
            <w:pPr>
              <w:jc w:val="center"/>
            </w:pPr>
            <w:r w:rsidRPr="00C50FD6">
              <w:rPr>
                <w:sz w:val="16"/>
              </w:rPr>
              <w:t>22ᵃ±9.30</w:t>
            </w:r>
          </w:p>
        </w:tc>
        <w:tc>
          <w:tcPr>
            <w:tcW w:w="1680" w:type="dxa"/>
            <w:vAlign w:val="center"/>
          </w:tcPr>
          <w:p w14:paraId="035E2F0D" w14:textId="77777777" w:rsidR="00C40D46" w:rsidRPr="00C50FD6" w:rsidRDefault="00000000">
            <w:pPr>
              <w:jc w:val="center"/>
            </w:pPr>
            <w:r w:rsidRPr="00C50FD6">
              <w:rPr>
                <w:sz w:val="16"/>
              </w:rPr>
              <w:t>184.25ᵃ±60.2</w:t>
            </w:r>
          </w:p>
        </w:tc>
        <w:tc>
          <w:tcPr>
            <w:tcW w:w="1680" w:type="dxa"/>
            <w:vAlign w:val="center"/>
          </w:tcPr>
          <w:p w14:paraId="4F3FB5AD" w14:textId="77777777" w:rsidR="00C40D46" w:rsidRPr="00C50FD6" w:rsidRDefault="00000000">
            <w:pPr>
              <w:jc w:val="center"/>
            </w:pPr>
            <w:r w:rsidRPr="00C50FD6">
              <w:rPr>
                <w:sz w:val="16"/>
              </w:rPr>
              <w:t>51.5ᵃ±5.47</w:t>
            </w:r>
          </w:p>
        </w:tc>
        <w:tc>
          <w:tcPr>
            <w:tcW w:w="1680" w:type="dxa"/>
            <w:vAlign w:val="center"/>
          </w:tcPr>
          <w:p w14:paraId="5A299147" w14:textId="77777777" w:rsidR="00C40D46" w:rsidRPr="00C50FD6" w:rsidRDefault="00000000">
            <w:pPr>
              <w:jc w:val="center"/>
            </w:pPr>
            <w:r w:rsidRPr="00C50FD6">
              <w:rPr>
                <w:sz w:val="16"/>
              </w:rPr>
              <w:t>32.87ᵃ±4.09</w:t>
            </w:r>
          </w:p>
        </w:tc>
        <w:tc>
          <w:tcPr>
            <w:tcW w:w="1680" w:type="dxa"/>
            <w:vAlign w:val="center"/>
          </w:tcPr>
          <w:p w14:paraId="07B72C0F" w14:textId="77777777" w:rsidR="00C40D46" w:rsidRPr="00C50FD6" w:rsidRDefault="00000000">
            <w:pPr>
              <w:jc w:val="center"/>
            </w:pPr>
            <w:r w:rsidRPr="00C50FD6">
              <w:rPr>
                <w:sz w:val="16"/>
              </w:rPr>
              <w:t>0.46ᵃ±0.11</w:t>
            </w:r>
          </w:p>
        </w:tc>
      </w:tr>
      <w:tr w:rsidR="00C40D46" w:rsidRPr="00C50FD6" w14:paraId="01B2C7DD" w14:textId="77777777">
        <w:trPr>
          <w:jc w:val="center"/>
        </w:trPr>
        <w:tc>
          <w:tcPr>
            <w:tcW w:w="1680" w:type="dxa"/>
            <w:vAlign w:val="center"/>
          </w:tcPr>
          <w:p w14:paraId="47367BFE" w14:textId="77777777" w:rsidR="00C40D46" w:rsidRPr="00C50FD6" w:rsidRDefault="00000000">
            <w:pPr>
              <w:jc w:val="center"/>
            </w:pPr>
            <w:r w:rsidRPr="00C50FD6">
              <w:rPr>
                <w:sz w:val="16"/>
              </w:rPr>
              <w:t>C (A. sativum 5000 mg/kg)</w:t>
            </w:r>
          </w:p>
        </w:tc>
        <w:tc>
          <w:tcPr>
            <w:tcW w:w="1680" w:type="dxa"/>
            <w:vAlign w:val="center"/>
          </w:tcPr>
          <w:p w14:paraId="103F949F" w14:textId="77777777" w:rsidR="00C40D46" w:rsidRPr="00C50FD6" w:rsidRDefault="00000000">
            <w:pPr>
              <w:jc w:val="center"/>
            </w:pPr>
            <w:r w:rsidRPr="00C50FD6">
              <w:rPr>
                <w:sz w:val="16"/>
              </w:rPr>
              <w:t>14.1ᵃ±1.50</w:t>
            </w:r>
          </w:p>
        </w:tc>
        <w:tc>
          <w:tcPr>
            <w:tcW w:w="1680" w:type="dxa"/>
            <w:vAlign w:val="center"/>
          </w:tcPr>
          <w:p w14:paraId="723546F7" w14:textId="77777777" w:rsidR="00C40D46" w:rsidRPr="00C50FD6" w:rsidRDefault="00000000">
            <w:pPr>
              <w:jc w:val="center"/>
            </w:pPr>
            <w:r w:rsidRPr="00C50FD6">
              <w:rPr>
                <w:sz w:val="16"/>
              </w:rPr>
              <w:t>180.5ᵃ±15.32</w:t>
            </w:r>
          </w:p>
        </w:tc>
        <w:tc>
          <w:tcPr>
            <w:tcW w:w="1680" w:type="dxa"/>
            <w:vAlign w:val="center"/>
          </w:tcPr>
          <w:p w14:paraId="00F05C35" w14:textId="77777777" w:rsidR="00C40D46" w:rsidRPr="00C50FD6" w:rsidRDefault="00000000">
            <w:pPr>
              <w:jc w:val="center"/>
            </w:pPr>
            <w:r w:rsidRPr="00C50FD6">
              <w:rPr>
                <w:sz w:val="16"/>
              </w:rPr>
              <w:t>47.62ᵃ±11.07</w:t>
            </w:r>
          </w:p>
        </w:tc>
        <w:tc>
          <w:tcPr>
            <w:tcW w:w="1680" w:type="dxa"/>
            <w:vAlign w:val="center"/>
          </w:tcPr>
          <w:p w14:paraId="200E1514" w14:textId="77777777" w:rsidR="00C40D46" w:rsidRPr="00C50FD6" w:rsidRDefault="00000000">
            <w:pPr>
              <w:jc w:val="center"/>
            </w:pPr>
            <w:r w:rsidRPr="00C50FD6">
              <w:rPr>
                <w:sz w:val="16"/>
              </w:rPr>
              <w:t>30.17ᵃ±6.02</w:t>
            </w:r>
          </w:p>
        </w:tc>
        <w:tc>
          <w:tcPr>
            <w:tcW w:w="1680" w:type="dxa"/>
            <w:vAlign w:val="center"/>
          </w:tcPr>
          <w:p w14:paraId="574B601B" w14:textId="77777777" w:rsidR="00C40D46" w:rsidRPr="00C50FD6" w:rsidRDefault="00000000">
            <w:pPr>
              <w:jc w:val="center"/>
            </w:pPr>
            <w:r w:rsidRPr="00C50FD6">
              <w:rPr>
                <w:sz w:val="16"/>
              </w:rPr>
              <w:t>0.42ᵃ±0.09</w:t>
            </w:r>
          </w:p>
        </w:tc>
      </w:tr>
    </w:tbl>
    <w:p w14:paraId="42AA0F33" w14:textId="77777777" w:rsidR="00C40D46" w:rsidRPr="00C50FD6" w:rsidRDefault="00000000">
      <w:r w:rsidRPr="00C50FD6">
        <w:t>Superscript a indicates no significant difference compared with control (p &gt; 0.05).</w:t>
      </w:r>
    </w:p>
    <w:p w14:paraId="1115EDED" w14:textId="77777777" w:rsidR="00C40D46" w:rsidRPr="00C50FD6" w:rsidRDefault="00000000">
      <w:r w:rsidRPr="00C50FD6">
        <w:rPr>
          <w:b/>
        </w:rPr>
        <w:t>Table 3A. Effect of garlic on biochemical parameters of liver function in the acute oral toxicity test.</w:t>
      </w:r>
    </w:p>
    <w:tbl>
      <w:tblPr>
        <w:tblStyle w:val="TableGrid"/>
        <w:tblW w:w="0" w:type="auto"/>
        <w:jc w:val="center"/>
        <w:tblLook w:val="04A0" w:firstRow="1" w:lastRow="0" w:firstColumn="1" w:lastColumn="0" w:noHBand="0" w:noVBand="1"/>
      </w:tblPr>
      <w:tblGrid>
        <w:gridCol w:w="1680"/>
        <w:gridCol w:w="1680"/>
        <w:gridCol w:w="1680"/>
        <w:gridCol w:w="1680"/>
        <w:gridCol w:w="1680"/>
        <w:gridCol w:w="1680"/>
      </w:tblGrid>
      <w:tr w:rsidR="00C40D46" w:rsidRPr="00C50FD6" w14:paraId="604A5912" w14:textId="77777777">
        <w:trPr>
          <w:jc w:val="center"/>
        </w:trPr>
        <w:tc>
          <w:tcPr>
            <w:tcW w:w="1680" w:type="dxa"/>
            <w:shd w:val="clear" w:color="auto" w:fill="D9EAF7"/>
          </w:tcPr>
          <w:p w14:paraId="115551C7" w14:textId="77777777" w:rsidR="00C40D46" w:rsidRPr="00C50FD6" w:rsidRDefault="00000000">
            <w:pPr>
              <w:jc w:val="center"/>
            </w:pPr>
            <w:r w:rsidRPr="00C50FD6">
              <w:rPr>
                <w:b/>
                <w:sz w:val="16"/>
              </w:rPr>
              <w:t>Group</w:t>
            </w:r>
          </w:p>
        </w:tc>
        <w:tc>
          <w:tcPr>
            <w:tcW w:w="1680" w:type="dxa"/>
            <w:shd w:val="clear" w:color="auto" w:fill="D9EAF7"/>
          </w:tcPr>
          <w:p w14:paraId="112EE702" w14:textId="77777777" w:rsidR="00C40D46" w:rsidRPr="00C50FD6" w:rsidRDefault="00000000">
            <w:pPr>
              <w:jc w:val="center"/>
            </w:pPr>
            <w:r w:rsidRPr="00C50FD6">
              <w:rPr>
                <w:b/>
                <w:sz w:val="16"/>
              </w:rPr>
              <w:t>ALT (IU/L) (mean±S.D)</w:t>
            </w:r>
          </w:p>
        </w:tc>
        <w:tc>
          <w:tcPr>
            <w:tcW w:w="1680" w:type="dxa"/>
            <w:shd w:val="clear" w:color="auto" w:fill="D9EAF7"/>
          </w:tcPr>
          <w:p w14:paraId="4F60F58B" w14:textId="77777777" w:rsidR="00C40D46" w:rsidRPr="00C50FD6" w:rsidRDefault="00000000">
            <w:pPr>
              <w:jc w:val="center"/>
            </w:pPr>
            <w:r w:rsidRPr="00C50FD6">
              <w:rPr>
                <w:b/>
                <w:sz w:val="16"/>
              </w:rPr>
              <w:t>AST (IU/L) (mean±S.D)</w:t>
            </w:r>
          </w:p>
        </w:tc>
        <w:tc>
          <w:tcPr>
            <w:tcW w:w="1680" w:type="dxa"/>
            <w:shd w:val="clear" w:color="auto" w:fill="D9EAF7"/>
          </w:tcPr>
          <w:p w14:paraId="55B8A9B7" w14:textId="77777777" w:rsidR="00C40D46" w:rsidRPr="00C50FD6" w:rsidRDefault="00000000">
            <w:pPr>
              <w:jc w:val="center"/>
            </w:pPr>
            <w:r w:rsidRPr="00C50FD6">
              <w:rPr>
                <w:b/>
                <w:sz w:val="16"/>
              </w:rPr>
              <w:t>T. Protein (g/L) (mean±S.D)</w:t>
            </w:r>
          </w:p>
        </w:tc>
        <w:tc>
          <w:tcPr>
            <w:tcW w:w="1680" w:type="dxa"/>
            <w:shd w:val="clear" w:color="auto" w:fill="D9EAF7"/>
          </w:tcPr>
          <w:p w14:paraId="2853B19E" w14:textId="77777777" w:rsidR="00C40D46" w:rsidRPr="00C50FD6" w:rsidRDefault="00000000">
            <w:pPr>
              <w:jc w:val="center"/>
            </w:pPr>
            <w:r w:rsidRPr="00C50FD6">
              <w:rPr>
                <w:b/>
                <w:sz w:val="16"/>
              </w:rPr>
              <w:t>Albumin (g/L) (mean±S.D)</w:t>
            </w:r>
          </w:p>
        </w:tc>
        <w:tc>
          <w:tcPr>
            <w:tcW w:w="1680" w:type="dxa"/>
            <w:shd w:val="clear" w:color="auto" w:fill="D9EAF7"/>
          </w:tcPr>
          <w:p w14:paraId="2DD1AF99" w14:textId="77777777" w:rsidR="00C40D46" w:rsidRPr="00C50FD6" w:rsidRDefault="00000000">
            <w:pPr>
              <w:jc w:val="center"/>
            </w:pPr>
            <w:r w:rsidRPr="00C50FD6">
              <w:rPr>
                <w:b/>
                <w:sz w:val="16"/>
              </w:rPr>
              <w:t>D. Bilirubin (µmol/L) (mean±S.D)</w:t>
            </w:r>
          </w:p>
        </w:tc>
      </w:tr>
      <w:tr w:rsidR="00C40D46" w:rsidRPr="00C50FD6" w14:paraId="6CD6C3A6" w14:textId="77777777">
        <w:trPr>
          <w:jc w:val="center"/>
        </w:trPr>
        <w:tc>
          <w:tcPr>
            <w:tcW w:w="1680" w:type="dxa"/>
            <w:vAlign w:val="center"/>
          </w:tcPr>
          <w:p w14:paraId="1F47F53D" w14:textId="77777777" w:rsidR="00C40D46" w:rsidRPr="00C50FD6" w:rsidRDefault="00000000">
            <w:pPr>
              <w:jc w:val="center"/>
            </w:pPr>
            <w:r w:rsidRPr="00C50FD6">
              <w:rPr>
                <w:sz w:val="16"/>
              </w:rPr>
              <w:t>A control</w:t>
            </w:r>
          </w:p>
        </w:tc>
        <w:tc>
          <w:tcPr>
            <w:tcW w:w="1680" w:type="dxa"/>
            <w:vAlign w:val="center"/>
          </w:tcPr>
          <w:p w14:paraId="2697D5A4" w14:textId="77777777" w:rsidR="00C40D46" w:rsidRPr="00C50FD6" w:rsidRDefault="00000000">
            <w:pPr>
              <w:jc w:val="center"/>
            </w:pPr>
            <w:r w:rsidRPr="00C50FD6">
              <w:rPr>
                <w:sz w:val="16"/>
              </w:rPr>
              <w:t>48.4±16.45</w:t>
            </w:r>
          </w:p>
        </w:tc>
        <w:tc>
          <w:tcPr>
            <w:tcW w:w="1680" w:type="dxa"/>
            <w:vAlign w:val="center"/>
          </w:tcPr>
          <w:p w14:paraId="29EBBC10" w14:textId="77777777" w:rsidR="00C40D46" w:rsidRPr="00C50FD6" w:rsidRDefault="00000000">
            <w:pPr>
              <w:jc w:val="center"/>
            </w:pPr>
            <w:r w:rsidRPr="00C50FD6">
              <w:rPr>
                <w:sz w:val="16"/>
              </w:rPr>
              <w:t>110.33±15.14</w:t>
            </w:r>
          </w:p>
        </w:tc>
        <w:tc>
          <w:tcPr>
            <w:tcW w:w="1680" w:type="dxa"/>
            <w:vAlign w:val="center"/>
          </w:tcPr>
          <w:p w14:paraId="539A703A" w14:textId="77777777" w:rsidR="00C40D46" w:rsidRPr="00C50FD6" w:rsidRDefault="00000000">
            <w:pPr>
              <w:jc w:val="center"/>
            </w:pPr>
            <w:r w:rsidRPr="00C50FD6">
              <w:rPr>
                <w:sz w:val="16"/>
              </w:rPr>
              <w:t>88.36±28.14</w:t>
            </w:r>
          </w:p>
        </w:tc>
        <w:tc>
          <w:tcPr>
            <w:tcW w:w="1680" w:type="dxa"/>
            <w:vAlign w:val="center"/>
          </w:tcPr>
          <w:p w14:paraId="66D046AC" w14:textId="77777777" w:rsidR="00C40D46" w:rsidRPr="00C50FD6" w:rsidRDefault="00000000">
            <w:pPr>
              <w:jc w:val="center"/>
            </w:pPr>
            <w:r w:rsidRPr="00C50FD6">
              <w:rPr>
                <w:sz w:val="16"/>
              </w:rPr>
              <w:t>46.93±14.03</w:t>
            </w:r>
          </w:p>
        </w:tc>
        <w:tc>
          <w:tcPr>
            <w:tcW w:w="1680" w:type="dxa"/>
            <w:vAlign w:val="center"/>
          </w:tcPr>
          <w:p w14:paraId="5F341A03" w14:textId="77777777" w:rsidR="00C40D46" w:rsidRPr="00C50FD6" w:rsidRDefault="00000000">
            <w:pPr>
              <w:jc w:val="center"/>
            </w:pPr>
            <w:r w:rsidRPr="00C50FD6">
              <w:rPr>
                <w:sz w:val="16"/>
              </w:rPr>
              <w:t>0.196±0.07</w:t>
            </w:r>
          </w:p>
        </w:tc>
      </w:tr>
      <w:tr w:rsidR="00C40D46" w:rsidRPr="00C50FD6" w14:paraId="62BB19FD" w14:textId="77777777">
        <w:trPr>
          <w:jc w:val="center"/>
        </w:trPr>
        <w:tc>
          <w:tcPr>
            <w:tcW w:w="1680" w:type="dxa"/>
            <w:vAlign w:val="center"/>
          </w:tcPr>
          <w:p w14:paraId="061C99FD" w14:textId="77777777" w:rsidR="00C40D46" w:rsidRPr="00C50FD6" w:rsidRDefault="00000000">
            <w:pPr>
              <w:jc w:val="center"/>
            </w:pPr>
            <w:r w:rsidRPr="00C50FD6">
              <w:rPr>
                <w:sz w:val="16"/>
              </w:rPr>
              <w:t>B (A. sativum 2000 mg/kg)</w:t>
            </w:r>
          </w:p>
        </w:tc>
        <w:tc>
          <w:tcPr>
            <w:tcW w:w="1680" w:type="dxa"/>
            <w:vAlign w:val="center"/>
          </w:tcPr>
          <w:p w14:paraId="124C3AEE" w14:textId="77777777" w:rsidR="00C40D46" w:rsidRPr="00C50FD6" w:rsidRDefault="00000000">
            <w:pPr>
              <w:jc w:val="center"/>
            </w:pPr>
            <w:r w:rsidRPr="00C50FD6">
              <w:rPr>
                <w:sz w:val="16"/>
              </w:rPr>
              <w:t>31.36ᵃ±6.79</w:t>
            </w:r>
          </w:p>
        </w:tc>
        <w:tc>
          <w:tcPr>
            <w:tcW w:w="1680" w:type="dxa"/>
            <w:vAlign w:val="center"/>
          </w:tcPr>
          <w:p w14:paraId="117D82E6" w14:textId="77777777" w:rsidR="00C40D46" w:rsidRPr="00C50FD6" w:rsidRDefault="00000000">
            <w:pPr>
              <w:jc w:val="center"/>
            </w:pPr>
            <w:r w:rsidRPr="00C50FD6">
              <w:rPr>
                <w:sz w:val="16"/>
              </w:rPr>
              <w:t>211.4ᵇ±99.65</w:t>
            </w:r>
          </w:p>
        </w:tc>
        <w:tc>
          <w:tcPr>
            <w:tcW w:w="1680" w:type="dxa"/>
            <w:vAlign w:val="center"/>
          </w:tcPr>
          <w:p w14:paraId="17135B25" w14:textId="77777777" w:rsidR="00C40D46" w:rsidRPr="00C50FD6" w:rsidRDefault="00000000">
            <w:pPr>
              <w:jc w:val="center"/>
            </w:pPr>
            <w:r w:rsidRPr="00C50FD6">
              <w:rPr>
                <w:sz w:val="16"/>
              </w:rPr>
              <w:t>92.12ᵃ±36.20</w:t>
            </w:r>
          </w:p>
        </w:tc>
        <w:tc>
          <w:tcPr>
            <w:tcW w:w="1680" w:type="dxa"/>
            <w:vAlign w:val="center"/>
          </w:tcPr>
          <w:p w14:paraId="5C9C46A6" w14:textId="77777777" w:rsidR="00C40D46" w:rsidRPr="00C50FD6" w:rsidRDefault="00000000">
            <w:pPr>
              <w:jc w:val="center"/>
            </w:pPr>
            <w:r w:rsidRPr="00C50FD6">
              <w:rPr>
                <w:sz w:val="16"/>
              </w:rPr>
              <w:t>49.78ᵃ±8.63</w:t>
            </w:r>
          </w:p>
        </w:tc>
        <w:tc>
          <w:tcPr>
            <w:tcW w:w="1680" w:type="dxa"/>
            <w:vAlign w:val="center"/>
          </w:tcPr>
          <w:p w14:paraId="724F2E96" w14:textId="77777777" w:rsidR="00C40D46" w:rsidRPr="00C50FD6" w:rsidRDefault="00000000">
            <w:pPr>
              <w:jc w:val="center"/>
            </w:pPr>
            <w:r w:rsidRPr="00C50FD6">
              <w:rPr>
                <w:sz w:val="16"/>
              </w:rPr>
              <w:t>0.352ᶜ±0.09</w:t>
            </w:r>
          </w:p>
        </w:tc>
      </w:tr>
      <w:tr w:rsidR="00C40D46" w:rsidRPr="00C50FD6" w14:paraId="3AC46E4F" w14:textId="77777777">
        <w:trPr>
          <w:jc w:val="center"/>
        </w:trPr>
        <w:tc>
          <w:tcPr>
            <w:tcW w:w="1680" w:type="dxa"/>
            <w:vAlign w:val="center"/>
          </w:tcPr>
          <w:p w14:paraId="3EE0F586" w14:textId="77777777" w:rsidR="00C40D46" w:rsidRPr="00C50FD6" w:rsidRDefault="00000000">
            <w:pPr>
              <w:jc w:val="center"/>
            </w:pPr>
            <w:r w:rsidRPr="00C50FD6">
              <w:rPr>
                <w:sz w:val="16"/>
              </w:rPr>
              <w:t>C (A. sativum 3000 mg/kg)</w:t>
            </w:r>
          </w:p>
        </w:tc>
        <w:tc>
          <w:tcPr>
            <w:tcW w:w="1680" w:type="dxa"/>
            <w:vAlign w:val="center"/>
          </w:tcPr>
          <w:p w14:paraId="5737DDC2" w14:textId="77777777" w:rsidR="00C40D46" w:rsidRPr="00C50FD6" w:rsidRDefault="00000000">
            <w:pPr>
              <w:jc w:val="center"/>
            </w:pPr>
            <w:r w:rsidRPr="00C50FD6">
              <w:rPr>
                <w:sz w:val="16"/>
              </w:rPr>
              <w:t>31.48ᵃ±13.14</w:t>
            </w:r>
          </w:p>
        </w:tc>
        <w:tc>
          <w:tcPr>
            <w:tcW w:w="1680" w:type="dxa"/>
            <w:vAlign w:val="center"/>
          </w:tcPr>
          <w:p w14:paraId="154351A4" w14:textId="77777777" w:rsidR="00C40D46" w:rsidRPr="00C50FD6" w:rsidRDefault="00000000">
            <w:pPr>
              <w:jc w:val="center"/>
            </w:pPr>
            <w:r w:rsidRPr="00C50FD6">
              <w:rPr>
                <w:sz w:val="16"/>
              </w:rPr>
              <w:t>85.16ᵃ±22.87</w:t>
            </w:r>
          </w:p>
        </w:tc>
        <w:tc>
          <w:tcPr>
            <w:tcW w:w="1680" w:type="dxa"/>
            <w:vAlign w:val="center"/>
          </w:tcPr>
          <w:p w14:paraId="529FC536" w14:textId="77777777" w:rsidR="00C40D46" w:rsidRPr="00C50FD6" w:rsidRDefault="00000000">
            <w:pPr>
              <w:jc w:val="center"/>
            </w:pPr>
            <w:r w:rsidRPr="00C50FD6">
              <w:rPr>
                <w:sz w:val="16"/>
              </w:rPr>
              <w:t>82.3ᵃ±20.23</w:t>
            </w:r>
          </w:p>
        </w:tc>
        <w:tc>
          <w:tcPr>
            <w:tcW w:w="1680" w:type="dxa"/>
            <w:vAlign w:val="center"/>
          </w:tcPr>
          <w:p w14:paraId="565D9124" w14:textId="77777777" w:rsidR="00C40D46" w:rsidRPr="00C50FD6" w:rsidRDefault="00000000">
            <w:pPr>
              <w:jc w:val="center"/>
            </w:pPr>
            <w:r w:rsidRPr="00C50FD6">
              <w:rPr>
                <w:sz w:val="16"/>
              </w:rPr>
              <w:t>46.11ᵃ±9.28</w:t>
            </w:r>
          </w:p>
        </w:tc>
        <w:tc>
          <w:tcPr>
            <w:tcW w:w="1680" w:type="dxa"/>
            <w:vAlign w:val="center"/>
          </w:tcPr>
          <w:p w14:paraId="5E95FAD4" w14:textId="77777777" w:rsidR="00C40D46" w:rsidRPr="00C50FD6" w:rsidRDefault="00000000">
            <w:pPr>
              <w:jc w:val="center"/>
            </w:pPr>
            <w:r w:rsidRPr="00C50FD6">
              <w:rPr>
                <w:sz w:val="16"/>
              </w:rPr>
              <w:t>0.186ᵃ±0.10</w:t>
            </w:r>
          </w:p>
        </w:tc>
      </w:tr>
      <w:tr w:rsidR="00C40D46" w:rsidRPr="00C50FD6" w14:paraId="534C0CFC" w14:textId="77777777">
        <w:trPr>
          <w:jc w:val="center"/>
        </w:trPr>
        <w:tc>
          <w:tcPr>
            <w:tcW w:w="1680" w:type="dxa"/>
            <w:vAlign w:val="center"/>
          </w:tcPr>
          <w:p w14:paraId="1CC897A1" w14:textId="77777777" w:rsidR="00C40D46" w:rsidRPr="00C50FD6" w:rsidRDefault="00000000">
            <w:pPr>
              <w:jc w:val="center"/>
            </w:pPr>
            <w:r w:rsidRPr="00C50FD6">
              <w:rPr>
                <w:sz w:val="16"/>
              </w:rPr>
              <w:t>D (A. sativum 5000 mg/kg)</w:t>
            </w:r>
          </w:p>
        </w:tc>
        <w:tc>
          <w:tcPr>
            <w:tcW w:w="1680" w:type="dxa"/>
            <w:vAlign w:val="center"/>
          </w:tcPr>
          <w:p w14:paraId="566DC78A" w14:textId="77777777" w:rsidR="00C40D46" w:rsidRPr="00C50FD6" w:rsidRDefault="00000000">
            <w:pPr>
              <w:jc w:val="center"/>
            </w:pPr>
            <w:r w:rsidRPr="00C50FD6">
              <w:rPr>
                <w:sz w:val="16"/>
              </w:rPr>
              <w:t>19.65ᵃ±14.26</w:t>
            </w:r>
          </w:p>
        </w:tc>
        <w:tc>
          <w:tcPr>
            <w:tcW w:w="1680" w:type="dxa"/>
            <w:vAlign w:val="center"/>
          </w:tcPr>
          <w:p w14:paraId="4C8CE0FC" w14:textId="77777777" w:rsidR="00C40D46" w:rsidRPr="00C50FD6" w:rsidRDefault="00000000">
            <w:pPr>
              <w:jc w:val="center"/>
            </w:pPr>
            <w:r w:rsidRPr="00C50FD6">
              <w:rPr>
                <w:sz w:val="16"/>
              </w:rPr>
              <w:t>105.67ᵃ±32.49</w:t>
            </w:r>
          </w:p>
        </w:tc>
        <w:tc>
          <w:tcPr>
            <w:tcW w:w="1680" w:type="dxa"/>
            <w:vAlign w:val="center"/>
          </w:tcPr>
          <w:p w14:paraId="539FF3F2" w14:textId="77777777" w:rsidR="00C40D46" w:rsidRPr="00C50FD6" w:rsidRDefault="00000000">
            <w:pPr>
              <w:jc w:val="center"/>
            </w:pPr>
            <w:r w:rsidRPr="00C50FD6">
              <w:rPr>
                <w:sz w:val="16"/>
              </w:rPr>
              <w:t>66.28ᵃ±295</w:t>
            </w:r>
          </w:p>
        </w:tc>
        <w:tc>
          <w:tcPr>
            <w:tcW w:w="1680" w:type="dxa"/>
            <w:vAlign w:val="center"/>
          </w:tcPr>
          <w:p w14:paraId="3A5E60EF" w14:textId="77777777" w:rsidR="00C40D46" w:rsidRPr="00C50FD6" w:rsidRDefault="00000000">
            <w:pPr>
              <w:jc w:val="center"/>
            </w:pPr>
            <w:r w:rsidRPr="00C50FD6">
              <w:rPr>
                <w:sz w:val="16"/>
              </w:rPr>
              <w:t>39.11ᵃ±15.39</w:t>
            </w:r>
          </w:p>
        </w:tc>
        <w:tc>
          <w:tcPr>
            <w:tcW w:w="1680" w:type="dxa"/>
            <w:vAlign w:val="center"/>
          </w:tcPr>
          <w:p w14:paraId="51B97861" w14:textId="77777777" w:rsidR="00C40D46" w:rsidRPr="00C50FD6" w:rsidRDefault="00000000">
            <w:pPr>
              <w:jc w:val="center"/>
            </w:pPr>
            <w:r w:rsidRPr="00C50FD6">
              <w:rPr>
                <w:sz w:val="16"/>
              </w:rPr>
              <w:t>0.168ᵃ±0.07</w:t>
            </w:r>
          </w:p>
        </w:tc>
      </w:tr>
    </w:tbl>
    <w:p w14:paraId="279B0108" w14:textId="77777777" w:rsidR="00C40D46" w:rsidRPr="00C50FD6" w:rsidRDefault="00000000">
      <w:r w:rsidRPr="00C50FD6">
        <w:t>Superscript a indicates no significant difference compared with control (p &gt; 0.05); superscript b indicates a significant increase in AST compared with control (p &lt; 0.05); superscript c indicates a significant increase in direct bilirubin compared with control (p &lt; 0.05).</w:t>
      </w:r>
    </w:p>
    <w:p w14:paraId="00834F73" w14:textId="77777777" w:rsidR="00C40D46" w:rsidRPr="00C50FD6" w:rsidRDefault="00000000">
      <w:r w:rsidRPr="00C50FD6">
        <w:rPr>
          <w:b/>
        </w:rPr>
        <w:lastRenderedPageBreak/>
        <w:t>Table 3B. Effect of garlic on biochemical parameters of liver function in the sub-acute oral toxicity test.</w:t>
      </w:r>
    </w:p>
    <w:p w14:paraId="488BA374" w14:textId="77777777" w:rsidR="00C40D46" w:rsidRPr="00C50FD6" w:rsidRDefault="00000000">
      <w:pPr>
        <w:pStyle w:val="Heading2"/>
      </w:pPr>
      <w:r w:rsidRPr="00C50FD6">
        <w:rPr>
          <w:rFonts w:ascii="Times New Roman" w:hAnsi="Times New Roman"/>
          <w:sz w:val="24"/>
        </w:rPr>
        <w:t>The impact of Allium sativum extract on kidney function parameters in acute and sub-acute oral toxicity tests</w:t>
      </w:r>
    </w:p>
    <w:p w14:paraId="300A6738" w14:textId="77777777" w:rsidR="00C40D46" w:rsidRPr="00C50FD6" w:rsidRDefault="00000000">
      <w:r w:rsidRPr="00C50FD6">
        <w:t>The Biochemical parameters of kidney function in the acute model and subacute model were showed no significant differences (p &gt; 0.05) in urea, uric acid and creatinine. Table 4A and Table 4B.</w:t>
      </w:r>
    </w:p>
    <w:p w14:paraId="1A2698A0" w14:textId="77777777" w:rsidR="00C40D46" w:rsidRPr="00C50FD6" w:rsidRDefault="00000000">
      <w:r w:rsidRPr="00C50FD6">
        <w:t>Creatinine and urea are widely used screening markers for glomerular filtration and nitrogenous waste handling, and uric acid may reflect purine metabolism and renal excretion. The absence of significant changes in these indices suggests that the tested garlic powder did not produce measurable impairment of renal filtration under the present experimental conditions. This interpretation is consistent with reports describing stable renal biochemical markers or nephroprotective effects in selected garlic-treated animal models, although garlic effects remain dependent on dose, preparation, and the presence of co-administered toxicants (Aprioku &amp; Amah-Tariah, 2017; Ghalehkandi et al., 2012; Dorrigiv et al., 2020).</w:t>
      </w:r>
    </w:p>
    <w:tbl>
      <w:tblPr>
        <w:tblStyle w:val="TableGrid"/>
        <w:tblW w:w="0" w:type="auto"/>
        <w:jc w:val="center"/>
        <w:tblLook w:val="04A0" w:firstRow="1" w:lastRow="0" w:firstColumn="1" w:lastColumn="0" w:noHBand="0" w:noVBand="1"/>
      </w:tblPr>
      <w:tblGrid>
        <w:gridCol w:w="2520"/>
        <w:gridCol w:w="2520"/>
        <w:gridCol w:w="2520"/>
        <w:gridCol w:w="2520"/>
      </w:tblGrid>
      <w:tr w:rsidR="00C40D46" w:rsidRPr="00C50FD6" w14:paraId="640F5731" w14:textId="77777777">
        <w:trPr>
          <w:jc w:val="center"/>
        </w:trPr>
        <w:tc>
          <w:tcPr>
            <w:tcW w:w="2520" w:type="dxa"/>
            <w:shd w:val="clear" w:color="auto" w:fill="D9EAF7"/>
          </w:tcPr>
          <w:p w14:paraId="55B9FE53" w14:textId="77777777" w:rsidR="00C40D46" w:rsidRPr="00C50FD6" w:rsidRDefault="00000000">
            <w:pPr>
              <w:jc w:val="center"/>
            </w:pPr>
            <w:r w:rsidRPr="00C50FD6">
              <w:rPr>
                <w:b/>
                <w:sz w:val="16"/>
              </w:rPr>
              <w:t>Group</w:t>
            </w:r>
          </w:p>
        </w:tc>
        <w:tc>
          <w:tcPr>
            <w:tcW w:w="2520" w:type="dxa"/>
            <w:shd w:val="clear" w:color="auto" w:fill="D9EAF7"/>
          </w:tcPr>
          <w:p w14:paraId="5B5EABF0" w14:textId="77777777" w:rsidR="00C40D46" w:rsidRPr="00C50FD6" w:rsidRDefault="00000000">
            <w:pPr>
              <w:jc w:val="center"/>
            </w:pPr>
            <w:r w:rsidRPr="00C50FD6">
              <w:rPr>
                <w:b/>
                <w:sz w:val="16"/>
              </w:rPr>
              <w:t>Creatinine (µmol/L) (mean±S.D)</w:t>
            </w:r>
          </w:p>
        </w:tc>
        <w:tc>
          <w:tcPr>
            <w:tcW w:w="2520" w:type="dxa"/>
            <w:shd w:val="clear" w:color="auto" w:fill="D9EAF7"/>
          </w:tcPr>
          <w:p w14:paraId="59F704B5" w14:textId="77777777" w:rsidR="00C40D46" w:rsidRPr="00C50FD6" w:rsidRDefault="00000000">
            <w:pPr>
              <w:jc w:val="center"/>
            </w:pPr>
            <w:r w:rsidRPr="00C50FD6">
              <w:rPr>
                <w:b/>
                <w:sz w:val="16"/>
              </w:rPr>
              <w:t>Urea (mmol/L) (mean±S.D)</w:t>
            </w:r>
          </w:p>
        </w:tc>
        <w:tc>
          <w:tcPr>
            <w:tcW w:w="2520" w:type="dxa"/>
            <w:shd w:val="clear" w:color="auto" w:fill="D9EAF7"/>
          </w:tcPr>
          <w:p w14:paraId="747C6A85" w14:textId="77777777" w:rsidR="00C40D46" w:rsidRPr="00C50FD6" w:rsidRDefault="00000000">
            <w:pPr>
              <w:jc w:val="center"/>
            </w:pPr>
            <w:r w:rsidRPr="00C50FD6">
              <w:rPr>
                <w:b/>
                <w:sz w:val="16"/>
              </w:rPr>
              <w:t>Uric Acid (µmol/L) (mean±S.D)</w:t>
            </w:r>
          </w:p>
        </w:tc>
      </w:tr>
      <w:tr w:rsidR="00C40D46" w:rsidRPr="00C50FD6" w14:paraId="054B4D21" w14:textId="77777777">
        <w:trPr>
          <w:jc w:val="center"/>
        </w:trPr>
        <w:tc>
          <w:tcPr>
            <w:tcW w:w="2520" w:type="dxa"/>
            <w:vAlign w:val="center"/>
          </w:tcPr>
          <w:p w14:paraId="3B90DBC7" w14:textId="77777777" w:rsidR="00C40D46" w:rsidRPr="00C50FD6" w:rsidRDefault="00000000">
            <w:pPr>
              <w:jc w:val="center"/>
            </w:pPr>
            <w:r w:rsidRPr="00C50FD6">
              <w:rPr>
                <w:sz w:val="16"/>
              </w:rPr>
              <w:t>A control</w:t>
            </w:r>
          </w:p>
        </w:tc>
        <w:tc>
          <w:tcPr>
            <w:tcW w:w="2520" w:type="dxa"/>
            <w:vAlign w:val="center"/>
          </w:tcPr>
          <w:p w14:paraId="3F4C2720" w14:textId="77777777" w:rsidR="00C40D46" w:rsidRPr="00C50FD6" w:rsidRDefault="00000000">
            <w:pPr>
              <w:jc w:val="center"/>
            </w:pPr>
            <w:r w:rsidRPr="00C50FD6">
              <w:rPr>
                <w:sz w:val="16"/>
              </w:rPr>
              <w:t>55.33±7.76</w:t>
            </w:r>
          </w:p>
        </w:tc>
        <w:tc>
          <w:tcPr>
            <w:tcW w:w="2520" w:type="dxa"/>
            <w:vAlign w:val="center"/>
          </w:tcPr>
          <w:p w14:paraId="6785DB8D" w14:textId="77777777" w:rsidR="00C40D46" w:rsidRPr="00C50FD6" w:rsidRDefault="00000000">
            <w:pPr>
              <w:jc w:val="center"/>
            </w:pPr>
            <w:r w:rsidRPr="00C50FD6">
              <w:rPr>
                <w:sz w:val="16"/>
              </w:rPr>
              <w:t>4.66±0.20</w:t>
            </w:r>
          </w:p>
        </w:tc>
        <w:tc>
          <w:tcPr>
            <w:tcW w:w="2520" w:type="dxa"/>
            <w:vAlign w:val="center"/>
          </w:tcPr>
          <w:p w14:paraId="1544A3C4" w14:textId="77777777" w:rsidR="00C40D46" w:rsidRPr="00C50FD6" w:rsidRDefault="00000000">
            <w:pPr>
              <w:jc w:val="center"/>
            </w:pPr>
            <w:r w:rsidRPr="00C50FD6">
              <w:rPr>
                <w:sz w:val="16"/>
              </w:rPr>
              <w:t>219.33±31.7</w:t>
            </w:r>
          </w:p>
        </w:tc>
      </w:tr>
      <w:tr w:rsidR="00C40D46" w:rsidRPr="00C50FD6" w14:paraId="52CEF8C9" w14:textId="77777777">
        <w:trPr>
          <w:jc w:val="center"/>
        </w:trPr>
        <w:tc>
          <w:tcPr>
            <w:tcW w:w="2520" w:type="dxa"/>
            <w:vAlign w:val="center"/>
          </w:tcPr>
          <w:p w14:paraId="34DAA3EF" w14:textId="77777777" w:rsidR="00C40D46" w:rsidRPr="00C50FD6" w:rsidRDefault="00000000">
            <w:pPr>
              <w:jc w:val="center"/>
            </w:pPr>
            <w:r w:rsidRPr="00C50FD6">
              <w:rPr>
                <w:sz w:val="16"/>
              </w:rPr>
              <w:t>B (A. sativum 2000 mg/kg)</w:t>
            </w:r>
          </w:p>
        </w:tc>
        <w:tc>
          <w:tcPr>
            <w:tcW w:w="2520" w:type="dxa"/>
            <w:vAlign w:val="center"/>
          </w:tcPr>
          <w:p w14:paraId="42CFE376" w14:textId="77777777" w:rsidR="00C40D46" w:rsidRPr="00C50FD6" w:rsidRDefault="00000000">
            <w:pPr>
              <w:jc w:val="center"/>
            </w:pPr>
            <w:r w:rsidRPr="00C50FD6">
              <w:rPr>
                <w:sz w:val="16"/>
              </w:rPr>
              <w:t>54ᵃ±3.65</w:t>
            </w:r>
          </w:p>
        </w:tc>
        <w:tc>
          <w:tcPr>
            <w:tcW w:w="2520" w:type="dxa"/>
            <w:vAlign w:val="center"/>
          </w:tcPr>
          <w:p w14:paraId="3C560554" w14:textId="77777777" w:rsidR="00C40D46" w:rsidRPr="00C50FD6" w:rsidRDefault="00000000">
            <w:pPr>
              <w:jc w:val="center"/>
            </w:pPr>
            <w:r w:rsidRPr="00C50FD6">
              <w:rPr>
                <w:sz w:val="16"/>
              </w:rPr>
              <w:t>4.6ᵃ±0.77</w:t>
            </w:r>
          </w:p>
        </w:tc>
        <w:tc>
          <w:tcPr>
            <w:tcW w:w="2520" w:type="dxa"/>
            <w:vAlign w:val="center"/>
          </w:tcPr>
          <w:p w14:paraId="4B172ABA" w14:textId="77777777" w:rsidR="00C40D46" w:rsidRPr="00C50FD6" w:rsidRDefault="00000000">
            <w:pPr>
              <w:jc w:val="center"/>
            </w:pPr>
            <w:r w:rsidRPr="00C50FD6">
              <w:rPr>
                <w:sz w:val="16"/>
              </w:rPr>
              <w:t>213.5ᵃ±37.34</w:t>
            </w:r>
          </w:p>
        </w:tc>
      </w:tr>
      <w:tr w:rsidR="00C40D46" w:rsidRPr="00C50FD6" w14:paraId="2BFEAB7D" w14:textId="77777777">
        <w:trPr>
          <w:jc w:val="center"/>
        </w:trPr>
        <w:tc>
          <w:tcPr>
            <w:tcW w:w="2520" w:type="dxa"/>
            <w:vAlign w:val="center"/>
          </w:tcPr>
          <w:p w14:paraId="692B2157" w14:textId="77777777" w:rsidR="00C40D46" w:rsidRPr="00C50FD6" w:rsidRDefault="00000000">
            <w:pPr>
              <w:jc w:val="center"/>
            </w:pPr>
            <w:r w:rsidRPr="00C50FD6">
              <w:rPr>
                <w:sz w:val="16"/>
              </w:rPr>
              <w:t>C (A. sativum 5000 mg/kg)</w:t>
            </w:r>
          </w:p>
        </w:tc>
        <w:tc>
          <w:tcPr>
            <w:tcW w:w="2520" w:type="dxa"/>
            <w:vAlign w:val="center"/>
          </w:tcPr>
          <w:p w14:paraId="36AAFD25" w14:textId="77777777" w:rsidR="00C40D46" w:rsidRPr="00C50FD6" w:rsidRDefault="00000000">
            <w:pPr>
              <w:jc w:val="center"/>
            </w:pPr>
            <w:r w:rsidRPr="00C50FD6">
              <w:rPr>
                <w:sz w:val="16"/>
              </w:rPr>
              <w:t>49.75ᵃ±7.80</w:t>
            </w:r>
          </w:p>
        </w:tc>
        <w:tc>
          <w:tcPr>
            <w:tcW w:w="2520" w:type="dxa"/>
            <w:vAlign w:val="center"/>
          </w:tcPr>
          <w:p w14:paraId="58BE358E" w14:textId="77777777" w:rsidR="00C40D46" w:rsidRPr="00C50FD6" w:rsidRDefault="00000000">
            <w:pPr>
              <w:jc w:val="center"/>
            </w:pPr>
            <w:r w:rsidRPr="00C50FD6">
              <w:rPr>
                <w:sz w:val="16"/>
              </w:rPr>
              <w:t>4.37ᵃ±1.11</w:t>
            </w:r>
          </w:p>
        </w:tc>
        <w:tc>
          <w:tcPr>
            <w:tcW w:w="2520" w:type="dxa"/>
            <w:vAlign w:val="center"/>
          </w:tcPr>
          <w:p w14:paraId="14195C82" w14:textId="77777777" w:rsidR="00C40D46" w:rsidRPr="00C50FD6" w:rsidRDefault="00000000">
            <w:pPr>
              <w:jc w:val="center"/>
            </w:pPr>
            <w:r w:rsidRPr="00C50FD6">
              <w:rPr>
                <w:sz w:val="16"/>
              </w:rPr>
              <w:t>210.75ᵃ±13.17</w:t>
            </w:r>
          </w:p>
        </w:tc>
      </w:tr>
    </w:tbl>
    <w:p w14:paraId="6405A017" w14:textId="77777777" w:rsidR="00C40D46" w:rsidRPr="00C50FD6" w:rsidRDefault="00000000">
      <w:r w:rsidRPr="00C50FD6">
        <w:t>Superscript a indicates no significant difference compared with control (p &gt; 0.05).</w:t>
      </w:r>
    </w:p>
    <w:p w14:paraId="46DB8FB6" w14:textId="77777777" w:rsidR="00C40D46" w:rsidRPr="00C50FD6" w:rsidRDefault="00000000">
      <w:r w:rsidRPr="00C50FD6">
        <w:rPr>
          <w:b/>
        </w:rPr>
        <w:t>Table 4A. Effect of garlic on biochemical parameters of kidney function in the acute oral toxicity test.</w:t>
      </w:r>
    </w:p>
    <w:tbl>
      <w:tblPr>
        <w:tblStyle w:val="TableGrid"/>
        <w:tblW w:w="0" w:type="auto"/>
        <w:jc w:val="center"/>
        <w:tblLook w:val="04A0" w:firstRow="1" w:lastRow="0" w:firstColumn="1" w:lastColumn="0" w:noHBand="0" w:noVBand="1"/>
      </w:tblPr>
      <w:tblGrid>
        <w:gridCol w:w="2520"/>
        <w:gridCol w:w="2520"/>
        <w:gridCol w:w="2520"/>
        <w:gridCol w:w="2520"/>
      </w:tblGrid>
      <w:tr w:rsidR="00C40D46" w:rsidRPr="00C50FD6" w14:paraId="518E22D6" w14:textId="77777777">
        <w:trPr>
          <w:jc w:val="center"/>
        </w:trPr>
        <w:tc>
          <w:tcPr>
            <w:tcW w:w="2520" w:type="dxa"/>
            <w:shd w:val="clear" w:color="auto" w:fill="D9EAF7"/>
          </w:tcPr>
          <w:p w14:paraId="70250E88" w14:textId="77777777" w:rsidR="00C40D46" w:rsidRPr="00C50FD6" w:rsidRDefault="00000000">
            <w:pPr>
              <w:jc w:val="center"/>
            </w:pPr>
            <w:r w:rsidRPr="00C50FD6">
              <w:rPr>
                <w:b/>
                <w:sz w:val="16"/>
              </w:rPr>
              <w:t>Group</w:t>
            </w:r>
          </w:p>
        </w:tc>
        <w:tc>
          <w:tcPr>
            <w:tcW w:w="2520" w:type="dxa"/>
            <w:shd w:val="clear" w:color="auto" w:fill="D9EAF7"/>
          </w:tcPr>
          <w:p w14:paraId="58AB7A4E" w14:textId="77777777" w:rsidR="00C40D46" w:rsidRPr="00C50FD6" w:rsidRDefault="00000000">
            <w:pPr>
              <w:jc w:val="center"/>
            </w:pPr>
            <w:r w:rsidRPr="00C50FD6">
              <w:rPr>
                <w:b/>
                <w:sz w:val="16"/>
              </w:rPr>
              <w:t>Creatinine (µmol/L) (mean±S.D)</w:t>
            </w:r>
          </w:p>
        </w:tc>
        <w:tc>
          <w:tcPr>
            <w:tcW w:w="2520" w:type="dxa"/>
            <w:shd w:val="clear" w:color="auto" w:fill="D9EAF7"/>
          </w:tcPr>
          <w:p w14:paraId="457FE8C3" w14:textId="77777777" w:rsidR="00C40D46" w:rsidRPr="00C50FD6" w:rsidRDefault="00000000">
            <w:pPr>
              <w:jc w:val="center"/>
            </w:pPr>
            <w:r w:rsidRPr="00C50FD6">
              <w:rPr>
                <w:b/>
                <w:sz w:val="16"/>
              </w:rPr>
              <w:t>Urea (mmol/L) (mean±S.D)</w:t>
            </w:r>
          </w:p>
        </w:tc>
        <w:tc>
          <w:tcPr>
            <w:tcW w:w="2520" w:type="dxa"/>
            <w:shd w:val="clear" w:color="auto" w:fill="D9EAF7"/>
          </w:tcPr>
          <w:p w14:paraId="5711664B" w14:textId="77777777" w:rsidR="00C40D46" w:rsidRPr="00C50FD6" w:rsidRDefault="00000000">
            <w:pPr>
              <w:jc w:val="center"/>
            </w:pPr>
            <w:r w:rsidRPr="00C50FD6">
              <w:rPr>
                <w:b/>
                <w:sz w:val="16"/>
              </w:rPr>
              <w:t>Uric Acid (µmol/L) (mean±S.D)</w:t>
            </w:r>
          </w:p>
        </w:tc>
      </w:tr>
      <w:tr w:rsidR="00C40D46" w:rsidRPr="00C50FD6" w14:paraId="102E5AEC" w14:textId="77777777">
        <w:trPr>
          <w:jc w:val="center"/>
        </w:trPr>
        <w:tc>
          <w:tcPr>
            <w:tcW w:w="2520" w:type="dxa"/>
            <w:vAlign w:val="center"/>
          </w:tcPr>
          <w:p w14:paraId="54DB528B" w14:textId="77777777" w:rsidR="00C40D46" w:rsidRPr="00C50FD6" w:rsidRDefault="00000000">
            <w:pPr>
              <w:jc w:val="center"/>
            </w:pPr>
            <w:r w:rsidRPr="00C50FD6">
              <w:rPr>
                <w:sz w:val="16"/>
              </w:rPr>
              <w:t>A control</w:t>
            </w:r>
          </w:p>
        </w:tc>
        <w:tc>
          <w:tcPr>
            <w:tcW w:w="2520" w:type="dxa"/>
            <w:vAlign w:val="center"/>
          </w:tcPr>
          <w:p w14:paraId="7CFA806D" w14:textId="77777777" w:rsidR="00C40D46" w:rsidRPr="00C50FD6" w:rsidRDefault="00000000">
            <w:pPr>
              <w:jc w:val="center"/>
            </w:pPr>
            <w:r w:rsidRPr="00C50FD6">
              <w:rPr>
                <w:sz w:val="16"/>
              </w:rPr>
              <w:t>71.33±11.06</w:t>
            </w:r>
          </w:p>
        </w:tc>
        <w:tc>
          <w:tcPr>
            <w:tcW w:w="2520" w:type="dxa"/>
            <w:vAlign w:val="center"/>
          </w:tcPr>
          <w:p w14:paraId="311DBEF3" w14:textId="77777777" w:rsidR="00C40D46" w:rsidRPr="00C50FD6" w:rsidRDefault="00000000">
            <w:pPr>
              <w:jc w:val="center"/>
            </w:pPr>
            <w:r w:rsidRPr="00C50FD6">
              <w:rPr>
                <w:sz w:val="16"/>
              </w:rPr>
              <w:t>5.33±0.55</w:t>
            </w:r>
          </w:p>
        </w:tc>
        <w:tc>
          <w:tcPr>
            <w:tcW w:w="2520" w:type="dxa"/>
            <w:vAlign w:val="center"/>
          </w:tcPr>
          <w:p w14:paraId="5D3332BD" w14:textId="77777777" w:rsidR="00C40D46" w:rsidRPr="00C50FD6" w:rsidRDefault="00000000">
            <w:pPr>
              <w:jc w:val="center"/>
            </w:pPr>
            <w:r w:rsidRPr="00C50FD6">
              <w:rPr>
                <w:sz w:val="16"/>
              </w:rPr>
              <w:t>272±119.3</w:t>
            </w:r>
          </w:p>
        </w:tc>
      </w:tr>
      <w:tr w:rsidR="00C40D46" w:rsidRPr="00C50FD6" w14:paraId="5A5974FC" w14:textId="77777777">
        <w:trPr>
          <w:jc w:val="center"/>
        </w:trPr>
        <w:tc>
          <w:tcPr>
            <w:tcW w:w="2520" w:type="dxa"/>
            <w:vAlign w:val="center"/>
          </w:tcPr>
          <w:p w14:paraId="5D62D68A" w14:textId="77777777" w:rsidR="00C40D46" w:rsidRPr="00C50FD6" w:rsidRDefault="00000000">
            <w:pPr>
              <w:jc w:val="center"/>
            </w:pPr>
            <w:r w:rsidRPr="00C50FD6">
              <w:rPr>
                <w:sz w:val="16"/>
              </w:rPr>
              <w:t>B (A. sativum 2000 mg/kg)</w:t>
            </w:r>
          </w:p>
        </w:tc>
        <w:tc>
          <w:tcPr>
            <w:tcW w:w="2520" w:type="dxa"/>
            <w:vAlign w:val="center"/>
          </w:tcPr>
          <w:p w14:paraId="33CD5EED" w14:textId="77777777" w:rsidR="00C40D46" w:rsidRPr="00C50FD6" w:rsidRDefault="00000000">
            <w:pPr>
              <w:jc w:val="center"/>
            </w:pPr>
            <w:r w:rsidRPr="00C50FD6">
              <w:rPr>
                <w:sz w:val="16"/>
              </w:rPr>
              <w:t>76.8ᵃ±20.4</w:t>
            </w:r>
          </w:p>
        </w:tc>
        <w:tc>
          <w:tcPr>
            <w:tcW w:w="2520" w:type="dxa"/>
            <w:vAlign w:val="center"/>
          </w:tcPr>
          <w:p w14:paraId="68BF6810" w14:textId="77777777" w:rsidR="00C40D46" w:rsidRPr="00C50FD6" w:rsidRDefault="00000000">
            <w:pPr>
              <w:jc w:val="center"/>
            </w:pPr>
            <w:r w:rsidRPr="00C50FD6">
              <w:rPr>
                <w:sz w:val="16"/>
              </w:rPr>
              <w:t>7.48ᵃ±4.78</w:t>
            </w:r>
          </w:p>
        </w:tc>
        <w:tc>
          <w:tcPr>
            <w:tcW w:w="2520" w:type="dxa"/>
            <w:vAlign w:val="center"/>
          </w:tcPr>
          <w:p w14:paraId="12080FF9" w14:textId="77777777" w:rsidR="00C40D46" w:rsidRPr="00C50FD6" w:rsidRDefault="00000000">
            <w:pPr>
              <w:jc w:val="center"/>
            </w:pPr>
            <w:r w:rsidRPr="00C50FD6">
              <w:rPr>
                <w:sz w:val="16"/>
              </w:rPr>
              <w:t>168.2ᵃ±45.88</w:t>
            </w:r>
          </w:p>
        </w:tc>
      </w:tr>
      <w:tr w:rsidR="00C40D46" w:rsidRPr="00C50FD6" w14:paraId="6095C8B2" w14:textId="77777777">
        <w:trPr>
          <w:jc w:val="center"/>
        </w:trPr>
        <w:tc>
          <w:tcPr>
            <w:tcW w:w="2520" w:type="dxa"/>
            <w:vAlign w:val="center"/>
          </w:tcPr>
          <w:p w14:paraId="34E9C3DC" w14:textId="77777777" w:rsidR="00C40D46" w:rsidRPr="00C50FD6" w:rsidRDefault="00000000">
            <w:pPr>
              <w:jc w:val="center"/>
            </w:pPr>
            <w:r w:rsidRPr="00C50FD6">
              <w:rPr>
                <w:sz w:val="16"/>
              </w:rPr>
              <w:t>C (A. sativum 3000 mg/kg)</w:t>
            </w:r>
          </w:p>
        </w:tc>
        <w:tc>
          <w:tcPr>
            <w:tcW w:w="2520" w:type="dxa"/>
            <w:vAlign w:val="center"/>
          </w:tcPr>
          <w:p w14:paraId="070BA05F" w14:textId="77777777" w:rsidR="00C40D46" w:rsidRPr="00C50FD6" w:rsidRDefault="00000000">
            <w:pPr>
              <w:jc w:val="center"/>
            </w:pPr>
            <w:r w:rsidRPr="00C50FD6">
              <w:rPr>
                <w:sz w:val="16"/>
              </w:rPr>
              <w:t>73.33ᵃ±10.74</w:t>
            </w:r>
          </w:p>
        </w:tc>
        <w:tc>
          <w:tcPr>
            <w:tcW w:w="2520" w:type="dxa"/>
            <w:vAlign w:val="center"/>
          </w:tcPr>
          <w:p w14:paraId="641420FF" w14:textId="77777777" w:rsidR="00C40D46" w:rsidRPr="00C50FD6" w:rsidRDefault="00000000">
            <w:pPr>
              <w:jc w:val="center"/>
            </w:pPr>
            <w:r w:rsidRPr="00C50FD6">
              <w:rPr>
                <w:sz w:val="16"/>
              </w:rPr>
              <w:t>5.7ᵃ±0.49</w:t>
            </w:r>
          </w:p>
        </w:tc>
        <w:tc>
          <w:tcPr>
            <w:tcW w:w="2520" w:type="dxa"/>
            <w:vAlign w:val="center"/>
          </w:tcPr>
          <w:p w14:paraId="7342B139" w14:textId="77777777" w:rsidR="00C40D46" w:rsidRPr="00C50FD6" w:rsidRDefault="00000000">
            <w:pPr>
              <w:jc w:val="center"/>
            </w:pPr>
            <w:r w:rsidRPr="00C50FD6">
              <w:rPr>
                <w:sz w:val="16"/>
              </w:rPr>
              <w:t>174.83ᵃ±68.04</w:t>
            </w:r>
          </w:p>
        </w:tc>
      </w:tr>
      <w:tr w:rsidR="00C40D46" w:rsidRPr="00C50FD6" w14:paraId="2F7A995C" w14:textId="77777777">
        <w:trPr>
          <w:jc w:val="center"/>
        </w:trPr>
        <w:tc>
          <w:tcPr>
            <w:tcW w:w="2520" w:type="dxa"/>
            <w:vAlign w:val="center"/>
          </w:tcPr>
          <w:p w14:paraId="6D415191" w14:textId="77777777" w:rsidR="00C40D46" w:rsidRPr="00C50FD6" w:rsidRDefault="00000000">
            <w:pPr>
              <w:jc w:val="center"/>
            </w:pPr>
            <w:r w:rsidRPr="00C50FD6">
              <w:rPr>
                <w:sz w:val="16"/>
              </w:rPr>
              <w:t>D (A. sativum 5000 mg/kg)</w:t>
            </w:r>
          </w:p>
        </w:tc>
        <w:tc>
          <w:tcPr>
            <w:tcW w:w="2520" w:type="dxa"/>
            <w:vAlign w:val="center"/>
          </w:tcPr>
          <w:p w14:paraId="7DE32002" w14:textId="77777777" w:rsidR="00C40D46" w:rsidRPr="00C50FD6" w:rsidRDefault="00000000">
            <w:pPr>
              <w:jc w:val="center"/>
            </w:pPr>
            <w:r w:rsidRPr="00C50FD6">
              <w:rPr>
                <w:sz w:val="16"/>
              </w:rPr>
              <w:t>58.33ᵃ±19.61</w:t>
            </w:r>
          </w:p>
        </w:tc>
        <w:tc>
          <w:tcPr>
            <w:tcW w:w="2520" w:type="dxa"/>
            <w:vAlign w:val="center"/>
          </w:tcPr>
          <w:p w14:paraId="0D4FE225" w14:textId="77777777" w:rsidR="00C40D46" w:rsidRPr="00C50FD6" w:rsidRDefault="00000000">
            <w:pPr>
              <w:jc w:val="center"/>
            </w:pPr>
            <w:r w:rsidRPr="00C50FD6">
              <w:rPr>
                <w:sz w:val="16"/>
              </w:rPr>
              <w:t>4.83ᵃ±1.51</w:t>
            </w:r>
          </w:p>
        </w:tc>
        <w:tc>
          <w:tcPr>
            <w:tcW w:w="2520" w:type="dxa"/>
            <w:vAlign w:val="center"/>
          </w:tcPr>
          <w:p w14:paraId="4CA34AD5" w14:textId="77777777" w:rsidR="00C40D46" w:rsidRPr="00C50FD6" w:rsidRDefault="00000000">
            <w:pPr>
              <w:jc w:val="center"/>
            </w:pPr>
            <w:r w:rsidRPr="00C50FD6">
              <w:rPr>
                <w:sz w:val="16"/>
              </w:rPr>
              <w:t>196.66ᵃ±88.30</w:t>
            </w:r>
          </w:p>
        </w:tc>
      </w:tr>
    </w:tbl>
    <w:p w14:paraId="0D5A18F2" w14:textId="77777777" w:rsidR="00C40D46" w:rsidRPr="00C50FD6" w:rsidRDefault="00000000">
      <w:r w:rsidRPr="00C50FD6">
        <w:t>Superscript a indicates no significant difference compared with control (p &gt; 0.05).</w:t>
      </w:r>
    </w:p>
    <w:p w14:paraId="547BAA12" w14:textId="77777777" w:rsidR="00C40D46" w:rsidRPr="00C50FD6" w:rsidRDefault="00000000">
      <w:r w:rsidRPr="00C50FD6">
        <w:rPr>
          <w:b/>
        </w:rPr>
        <w:t>Table 4B. Effect of garlic on biochemical parameters of kidney function in the sub-acute oral toxicity test.</w:t>
      </w:r>
    </w:p>
    <w:p w14:paraId="27384A2F" w14:textId="77777777" w:rsidR="00C40D46" w:rsidRPr="00C50FD6" w:rsidRDefault="00000000">
      <w:pPr>
        <w:pStyle w:val="Heading2"/>
      </w:pPr>
      <w:r w:rsidRPr="00C50FD6">
        <w:rPr>
          <w:rFonts w:ascii="Times New Roman" w:hAnsi="Times New Roman"/>
          <w:sz w:val="24"/>
        </w:rPr>
        <w:t>Integrated discussion</w:t>
      </w:r>
    </w:p>
    <w:p w14:paraId="3582B827" w14:textId="77777777" w:rsidR="00C40D46" w:rsidRPr="00C50FD6" w:rsidRDefault="00000000">
      <w:r w:rsidRPr="00C50FD6">
        <w:t xml:space="preserve">In general, the use of herbal medications is considered safe due to the collection of information over a long history of use. Unlike chemical pharmaceuticals, herbal medicines are not tested for toxicity before being utilized in clinical settings. Due to the increasing usage of herbal treatments worldwide, evaluations of their efficacy and safety are necessary to ensure their security and quality (Jordan et al., 2010). Current study comprehensively evaluated the acute and sub-acute oral toxicity of Allium sativum (garlic powder) in male Sprague Dawley rats. Observations covered changes in body and organ weights, liver and kidney function biomarkers, and hematological indices. The Allium sativum administration did not cause significant adverse effects on body weight in the acute toxicity model, but In the sub-acute study, moderate increase in body weight in week 2 and 3 in group B, indicating sustained metabolic activity and typical development trends. In experimental animals, body weight is commonly regarded as a significant predictor of systemic toxicity, and the absence of weight loss indicates minimal toxicity. These results are in line with earlier research showing that moderate doses of garlic do not significantly affect the body weight of experimental animals. (Aprioku &amp; Amah-Tariah, 2017). Additionally, a </w:t>
      </w:r>
      <w:r w:rsidRPr="00C50FD6">
        <w:lastRenderedPageBreak/>
        <w:t>Multiple research studies have shown that garlic has nutritional and metabolic advantages that may even help animals develop better because of its antioxidant and bioactive sulfur compounds (Fowotade et al., 2017). Relative organ weight assessment revealed only minor, non-significant variations during the acute toxicity studies, indicating the absence of gross systemic toxicity. Liver and kidney weights remained within physiological ranges, supporting preserved hepatic and renal integrity. In the sub-acute model, a drop in liver weight, especially in group B, was accompanied with an increase in AST but not an increase in ALT. Although both enzymes are frequently used as biomarkers of liver function, AST is less liver-specific and is also seen in cardiac and skeletal muscle, which may indicate metabolic adaptations or stress connected to the muscles rather than direct hepatotoxic injury. According to earlier research, garlic extract may affect hepatic metabolism by modifying antioxidant and lipid metabolism pathways. This could result in changes in liver weight without necessarily signifying clinical harm (Ujoh &amp; Ohanu, 2023). Additionally, bioactive sulfur compounds found in garlic, such as allicin and S-allylcysteine, have been shown to affect oxidative stress responses and hepatic metabolic pathways (El-Saadony et al., 2024). It's interesting to note that in the sub-acute group B, direct bilirubin increased statistically significantly. Elevated bilirubin may occasionally be a marker of hemolysis or poor hepatic excretion, but if there are no corresponding increases in ALT or notable drops in albumin and total protein, the observed shift may not imply clinically severe liver disease. Garlic has been reported to influence hepatic detoxification pathways and bile metabolism, which may explain mild variations in bilirubin levels without overt hepatotoxicity (Wu et al., 2024). In both experimental models, total protein and albumin levels did not alter, suggesting that garlic extract did not hinder the synthesis of proteins in the liver. Albumin is synthesized exclusively in the liver and is commonly used as an indicator of hepatic synthetic function. Stable levels of albumin and total protein indicate that the liver's ability to function was maintained throughout the tria. However, neither the acute nor the sub-acute models showed any significant alterations in kidney function parameters such as urea, uric acid, or creatinine. These results suggest that neither renal filtration nor excretory function were negatively impacted by garlic extract. The same results from earlier research have shown that giving experimental animals garlic extract did not significantly change their kidney biochemical markers (Ghalehkandi et al., 2012). Furthermore, garlic's anti-inflammatory and antioxidant qualities have been shown in multiple studies to have protective effects against nephrotoxicity (Dorrigiv et al., 2020).</w:t>
      </w:r>
    </w:p>
    <w:p w14:paraId="72DF8A27" w14:textId="77777777" w:rsidR="00C40D46" w:rsidRPr="00C50FD6" w:rsidRDefault="00000000">
      <w:r w:rsidRPr="00C50FD6">
        <w:t>Taken together, the present biochemical and organ-weight findings support relative short-term safety of the tested garlic powder within the specific acute and sub-acute protocols used here. However, the isolated AST and direct bilirubin changes in group B should be reported as observations requiring cautious interpretation rather than as evidence of definite hepatic injury. The lack of a clear dose-response pattern, together with unchanged creatinine, urea, uric acid, albumin, and total protein, supports the view that no consistent systemic toxicity pattern was detected in this experiment (Giannini et al., 2005; Fowotade et al., 2017; Dorrigiv et al., 2020).</w:t>
      </w:r>
    </w:p>
    <w:p w14:paraId="04C40025" w14:textId="77777777" w:rsidR="00C40D46" w:rsidRPr="00C50FD6" w:rsidRDefault="00000000">
      <w:pPr>
        <w:pStyle w:val="Heading1"/>
      </w:pPr>
      <w:r w:rsidRPr="00C50FD6">
        <w:rPr>
          <w:rFonts w:ascii="Times New Roman" w:hAnsi="Times New Roman"/>
        </w:rPr>
        <w:t>Conclusion</w:t>
      </w:r>
    </w:p>
    <w:p w14:paraId="610E796B" w14:textId="77777777" w:rsidR="00C50FD6" w:rsidRDefault="00C50FD6" w:rsidP="00C50FD6">
      <w:pPr>
        <w:spacing w:before="100" w:beforeAutospacing="1" w:after="100" w:afterAutospacing="1" w:line="240" w:lineRule="auto"/>
        <w:rPr>
          <w:rFonts w:eastAsia="Times New Roman" w:cs="Times New Roman"/>
          <w:szCs w:val="24"/>
        </w:rPr>
      </w:pPr>
      <w:r w:rsidRPr="00C50FD6">
        <w:rPr>
          <w:rFonts w:eastAsia="Times New Roman" w:cs="Times New Roman"/>
          <w:szCs w:val="24"/>
        </w:rPr>
        <w:t xml:space="preserve">The findings indicate that the tested </w:t>
      </w:r>
      <w:r w:rsidRPr="00C50FD6">
        <w:rPr>
          <w:rFonts w:eastAsia="Times New Roman" w:cs="Times New Roman"/>
          <w:i/>
          <w:iCs/>
          <w:szCs w:val="24"/>
        </w:rPr>
        <w:t>Allium sativum</w:t>
      </w:r>
      <w:r w:rsidRPr="00C50FD6">
        <w:rPr>
          <w:rFonts w:eastAsia="Times New Roman" w:cs="Times New Roman"/>
          <w:szCs w:val="24"/>
        </w:rPr>
        <w:t xml:space="preserve"> powder preparation did not produce a consistent pattern of acute or sub-acute systemic toxicity in male Sprague Dawley rats under the experimental conditions used. Acute administration showed no significant adverse changes in the measured body </w:t>
      </w:r>
      <w:r w:rsidRPr="00C50FD6">
        <w:rPr>
          <w:rFonts w:eastAsia="Times New Roman" w:cs="Times New Roman"/>
          <w:szCs w:val="24"/>
        </w:rPr>
        <w:lastRenderedPageBreak/>
        <w:t>weight, organ weight or biochemical parameters. In the sub-acute study, isolated changes in body weight, liver weight, aspartate aminotransferase and direct bilirubin were observed, but these were not dose-dependent and were not supported by parallel changes in alanine aminotransferase or kidney-function markers. Therefore, the safety interpretation should be limited to the tested preparation, doses, duration and animal model.</w:t>
      </w:r>
    </w:p>
    <w:p w14:paraId="7361D529" w14:textId="77777777" w:rsidR="00C50FD6" w:rsidRDefault="00C50FD6" w:rsidP="00C50FD6">
      <w:pPr>
        <w:spacing w:before="100" w:beforeAutospacing="1" w:after="100" w:afterAutospacing="1" w:line="240" w:lineRule="auto"/>
        <w:rPr>
          <w:rFonts w:eastAsia="Times New Roman" w:cs="Times New Roman"/>
          <w:szCs w:val="24"/>
        </w:rPr>
      </w:pPr>
    </w:p>
    <w:p w14:paraId="7AB50377" w14:textId="77777777" w:rsidR="00C50FD6" w:rsidRPr="00C50FD6" w:rsidRDefault="00C50FD6" w:rsidP="00C50FD6">
      <w:pPr>
        <w:spacing w:after="0" w:line="240" w:lineRule="auto"/>
        <w:rPr>
          <w:rFonts w:eastAsia="Calibri" w:cs="Times New Roman"/>
          <w:b/>
          <w:sz w:val="22"/>
        </w:rPr>
      </w:pPr>
      <w:r w:rsidRPr="00C50FD6">
        <w:rPr>
          <w:rFonts w:eastAsia="Calibri" w:cs="Times New Roman"/>
          <w:b/>
          <w:sz w:val="22"/>
        </w:rPr>
        <w:t>Declaration of AI Use</w:t>
      </w:r>
    </w:p>
    <w:p w14:paraId="0D52E492" w14:textId="77777777" w:rsidR="00C50FD6" w:rsidRPr="00C50FD6" w:rsidRDefault="00C50FD6" w:rsidP="00C50FD6">
      <w:pPr>
        <w:spacing w:after="0" w:line="240" w:lineRule="auto"/>
        <w:rPr>
          <w:rFonts w:eastAsia="Calibri" w:cs="Times New Roman"/>
          <w:sz w:val="22"/>
        </w:rPr>
      </w:pPr>
    </w:p>
    <w:p w14:paraId="40175DBA" w14:textId="77777777" w:rsidR="00C50FD6" w:rsidRPr="00C50FD6" w:rsidRDefault="00C50FD6" w:rsidP="00C50FD6">
      <w:pPr>
        <w:spacing w:after="0" w:line="240" w:lineRule="auto"/>
        <w:jc w:val="both"/>
        <w:rPr>
          <w:rFonts w:eastAsia="Calibri" w:cs="Times New Roman"/>
          <w:sz w:val="22"/>
        </w:rPr>
      </w:pPr>
      <w:r w:rsidRPr="00C50FD6">
        <w:rPr>
          <w:rFonts w:eastAsia="Calibri" w:cs="Times New Roman"/>
          <w:sz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B73743F" w14:textId="77777777" w:rsidR="00C50FD6" w:rsidRPr="00C50FD6" w:rsidRDefault="00C50FD6" w:rsidP="00C50FD6">
      <w:pPr>
        <w:spacing w:after="0" w:line="240" w:lineRule="auto"/>
        <w:jc w:val="both"/>
        <w:rPr>
          <w:rFonts w:eastAsia="Calibri" w:cs="Times New Roman"/>
          <w:sz w:val="22"/>
        </w:rPr>
      </w:pPr>
    </w:p>
    <w:p w14:paraId="773F8042" w14:textId="77777777" w:rsidR="00C50FD6" w:rsidRPr="00C50FD6" w:rsidRDefault="00C50FD6" w:rsidP="00C50FD6">
      <w:pPr>
        <w:spacing w:after="0" w:line="240" w:lineRule="auto"/>
        <w:jc w:val="both"/>
        <w:rPr>
          <w:rFonts w:eastAsia="Calibri" w:cs="Times New Roman"/>
          <w:sz w:val="22"/>
        </w:rPr>
      </w:pPr>
    </w:p>
    <w:p w14:paraId="5A2848FB" w14:textId="77777777" w:rsidR="00C50FD6" w:rsidRPr="00C50FD6" w:rsidRDefault="00C50FD6" w:rsidP="00C50FD6">
      <w:pPr>
        <w:rPr>
          <w:rFonts w:ascii="Cambria" w:eastAsia="Times New Roman" w:hAnsi="Cambria" w:cs="Arial"/>
          <w:b/>
          <w:bCs/>
          <w:sz w:val="22"/>
          <w:lang w:val="en-GB" w:eastAsia="en-GB"/>
        </w:rPr>
      </w:pPr>
      <w:r w:rsidRPr="00C50FD6">
        <w:rPr>
          <w:rFonts w:ascii="Cambria" w:eastAsia="Times New Roman" w:hAnsi="Cambria" w:cs="Arial"/>
          <w:b/>
          <w:bCs/>
          <w:sz w:val="22"/>
          <w:lang w:val="en-GB" w:eastAsia="en-GB"/>
        </w:rPr>
        <w:t>COMPETING INTERESTS DISCLAIMER:</w:t>
      </w:r>
    </w:p>
    <w:p w14:paraId="56849954" w14:textId="77777777" w:rsidR="00C50FD6" w:rsidRPr="00C50FD6" w:rsidRDefault="00C50FD6" w:rsidP="00C50FD6">
      <w:pPr>
        <w:rPr>
          <w:rFonts w:ascii="Cambria" w:eastAsia="Times New Roman" w:hAnsi="Cambria" w:cs="Times New Roman"/>
          <w:sz w:val="22"/>
          <w:lang w:val="en-GB" w:eastAsia="en-GB"/>
        </w:rPr>
      </w:pPr>
      <w:r w:rsidRPr="00C50FD6">
        <w:rPr>
          <w:rFonts w:ascii="Cambria" w:eastAsia="Times New Roman" w:hAnsi="Cambria" w:cs="Arial"/>
          <w:sz w:val="22"/>
          <w:lang w:val="en-GB" w:eastAsia="en-GB"/>
        </w:rPr>
        <w:t>Authors have declared that they have no known competing financial interests OR non-financial interests OR personal relationships that could have appeared to influence the work reported in this paper.</w:t>
      </w:r>
    </w:p>
    <w:p w14:paraId="019D8C8F" w14:textId="77777777" w:rsidR="00C50FD6" w:rsidRPr="00C50FD6" w:rsidRDefault="00C50FD6" w:rsidP="00C50FD6">
      <w:pPr>
        <w:spacing w:before="100" w:beforeAutospacing="1" w:after="100" w:afterAutospacing="1" w:line="240" w:lineRule="auto"/>
        <w:rPr>
          <w:rFonts w:eastAsia="Times New Roman" w:cs="Times New Roman"/>
          <w:szCs w:val="24"/>
        </w:rPr>
      </w:pPr>
    </w:p>
    <w:p w14:paraId="57DC7738" w14:textId="77777777" w:rsidR="00C40D46" w:rsidRPr="00C50FD6" w:rsidRDefault="00000000">
      <w:pPr>
        <w:pStyle w:val="Heading1"/>
      </w:pPr>
      <w:r w:rsidRPr="00C50FD6">
        <w:rPr>
          <w:rFonts w:ascii="Times New Roman" w:hAnsi="Times New Roman"/>
        </w:rPr>
        <w:t>References</w:t>
      </w:r>
    </w:p>
    <w:p w14:paraId="3FD67669" w14:textId="77777777" w:rsidR="00C40D46" w:rsidRPr="00C50FD6" w:rsidRDefault="00000000">
      <w:pPr>
        <w:ind w:left="360" w:hanging="360"/>
      </w:pPr>
      <w:r w:rsidRPr="00C50FD6">
        <w:t>Ahmed, H. G. M. D., Yang, J., Zhu, T., Iqbal, R., Sheng, Q., Dong, R., Tian, W., Xiao, L., Zeng, Y., &amp; Ding, Y. (2025). Beyond seasoning nutrients bioactive ingredients and healthcare effects of Allium vegetables. Frontiers in Nutrition, 12, Article 1597788. https://doi.org/10.3389/fnut.2025.1597788</w:t>
      </w:r>
    </w:p>
    <w:p w14:paraId="21897689" w14:textId="77777777" w:rsidR="00C40D46" w:rsidRPr="00C50FD6" w:rsidRDefault="00000000">
      <w:pPr>
        <w:ind w:left="360" w:hanging="360"/>
      </w:pPr>
      <w:r w:rsidRPr="00C50FD6">
        <w:t>Alare, K., &amp; Alare, T. (2020). Review of toxicity of allicin from garlic. Open Access Journal of Toxicology.</w:t>
      </w:r>
    </w:p>
    <w:p w14:paraId="319517D3" w14:textId="77777777" w:rsidR="00C40D46" w:rsidRPr="00C50FD6" w:rsidRDefault="00000000">
      <w:pPr>
        <w:ind w:left="360" w:hanging="360"/>
      </w:pPr>
      <w:r w:rsidRPr="00C50FD6">
        <w:t>Aprioku, J. S., &amp; Amah-Tariah, F. S. (2017). Garlic (Allium sativum L.) protects hepatic and renal toxicity of alloxan in rats. Journal of Pharmaceutical Research International, 17(6), 1-7. https://doi.org/10.9734/JPRI/2017/34909</w:t>
      </w:r>
    </w:p>
    <w:p w14:paraId="3FBFBA04" w14:textId="77777777" w:rsidR="00C40D46" w:rsidRPr="00C50FD6" w:rsidRDefault="00000000">
      <w:pPr>
        <w:ind w:left="360" w:hanging="360"/>
      </w:pPr>
      <w:r w:rsidRPr="00C50FD6">
        <w:t>Bagul, V. S., Bafna, P. S., Patil, D. M., &amp; Mutha, R. E. (2025). Classification of crude drugs of natural origin. In Pharmacognosy and Phytochemistry: Principles, Techniques, and Clinical Applications (pp. 17-44).</w:t>
      </w:r>
    </w:p>
    <w:p w14:paraId="3950066B" w14:textId="77777777" w:rsidR="00C40D46" w:rsidRPr="00C50FD6" w:rsidRDefault="00000000">
      <w:pPr>
        <w:ind w:left="360" w:hanging="360"/>
      </w:pPr>
      <w:r w:rsidRPr="00C50FD6">
        <w:t>Bocso, N. S., &amp; Butnariu, M. (2022). The biological role of primary and secondary plants metabolites. Journal of Nutrition and Food Processing, 5(3), 1-7.</w:t>
      </w:r>
    </w:p>
    <w:p w14:paraId="4E12FDFA" w14:textId="77777777" w:rsidR="00C40D46" w:rsidRPr="00C50FD6" w:rsidRDefault="00000000">
      <w:pPr>
        <w:ind w:left="360" w:hanging="360"/>
      </w:pPr>
      <w:r w:rsidRPr="00C50FD6">
        <w:t>Dorrigiv, M., Zareiyan, A., &amp; Hosseinzadeh, H. (2020). Garlic (Allium sativum) as an antidote or a protective agent against natural or chemical toxicities: A comprehensive update review. Phytotherapy Research, 34(8), 1770-1797. https://doi.org/10.1002/ptr.6645</w:t>
      </w:r>
    </w:p>
    <w:p w14:paraId="49A6481F" w14:textId="77777777" w:rsidR="00C40D46" w:rsidRPr="00C50FD6" w:rsidRDefault="00000000">
      <w:pPr>
        <w:ind w:left="360" w:hanging="360"/>
      </w:pPr>
      <w:r w:rsidRPr="00C50FD6">
        <w:lastRenderedPageBreak/>
        <w:t>El-Saadony, M. T., Saad, A. M., Korma, S. A., Salem, H. M., Abd El-Mageed, T. A., Alkafaas, S. S., Elsalahaty, M. I., Elkafas, S. S., Mosa, W. F. A., Ahmed, A. E., Mathew, B. T., Albastaki, N. A., Alkuwaiti, A. A., El-Tarabily, M. K., AbuQamar, S. F., El-Tarabily, K. A., &amp; Ibrahim, S. A. (2024). Garlic bioactive substances and their therapeutic applications for improving human health: A comprehensive review. Frontiers in Immunology, 15, Article 1277074. https://doi.org/10.3389/fimmu.2024.1277074</w:t>
      </w:r>
    </w:p>
    <w:p w14:paraId="0B29A11C" w14:textId="77777777" w:rsidR="00C40D46" w:rsidRPr="00C50FD6" w:rsidRDefault="00000000">
      <w:pPr>
        <w:ind w:left="360" w:hanging="360"/>
      </w:pPr>
      <w:r w:rsidRPr="00C50FD6">
        <w:t>Fowotade, A. A., Fowotade, A., Enaibe, B. U., &amp; Avwioro, G. O. (2017). Evaluating toxicity profile of garlic (Allium sativum) on the liver, kidney and heart using Wistar rat model. International Journal of Tropical Disease &amp; Health, 26(2), 1-12. https://doi.org/10.9734/IJTDH/2017/36282</w:t>
      </w:r>
    </w:p>
    <w:p w14:paraId="57166C76" w14:textId="77777777" w:rsidR="00C40D46" w:rsidRPr="00C50FD6" w:rsidRDefault="00000000">
      <w:pPr>
        <w:ind w:left="360" w:hanging="360"/>
      </w:pPr>
      <w:r w:rsidRPr="00C50FD6">
        <w:t>Ghalehkandi, J. G., Ebrahimnezhad, Y., &amp; Nobar, R. S. (2012). Effect of garlic (Allium sativum) aqueous extract on serum values of urea, uric-acid and creatinine compared with chromium chloride in male rats. Annals of Biological Research, 3(9), 4485-4490.</w:t>
      </w:r>
    </w:p>
    <w:p w14:paraId="124BDB0A" w14:textId="77777777" w:rsidR="00C40D46" w:rsidRPr="00C50FD6" w:rsidRDefault="00000000">
      <w:pPr>
        <w:ind w:left="360" w:hanging="360"/>
      </w:pPr>
      <w:r w:rsidRPr="00C50FD6">
        <w:t>Giannini, E. G., Testa, R., &amp; Savarino, V. (2005). Liver enzyme alteration: A guide for clinicians. CMAJ, 172(3), 367-379. https://doi.org/10.1503/cmaj.1040752</w:t>
      </w:r>
    </w:p>
    <w:p w14:paraId="031EBEE4" w14:textId="77777777" w:rsidR="00C40D46" w:rsidRPr="00C50FD6" w:rsidRDefault="00000000">
      <w:pPr>
        <w:ind w:left="360" w:hanging="360"/>
      </w:pPr>
      <w:r w:rsidRPr="00C50FD6">
        <w:t>Jordan, S. A., Cunningham, D. G., &amp; Marles, R. J. (2010). Assessment of herbal medicinal products: Challenges, and opportunities to increase the knowledge base for safety assessment. Toxicology and Applied Pharmacology, 243(2), 198-216.</w:t>
      </w:r>
    </w:p>
    <w:p w14:paraId="4D8DE367" w14:textId="77777777" w:rsidR="00C40D46" w:rsidRPr="00C50FD6" w:rsidRDefault="00000000">
      <w:pPr>
        <w:ind w:left="360" w:hanging="360"/>
      </w:pPr>
      <w:r w:rsidRPr="00C50FD6">
        <w:t>Kumar, V. M., Henley, A. K., Nelson, C. J., Indumati, O., Rao, Y. P., Rajanna, S., &amp; Rajanna, B. (2017). Protective effect of Allium sativum (garlic) aqueous extract against lead-induced oxidative stress in the rat brain, liver, and kidney. Environmental Science and Pollution Research, 24(2), 1544-1552. https://doi.org/10.1007/s11356-016-7923-3</w:t>
      </w:r>
    </w:p>
    <w:p w14:paraId="5759D790" w14:textId="77777777" w:rsidR="00C40D46" w:rsidRPr="00C50FD6" w:rsidRDefault="00000000">
      <w:pPr>
        <w:ind w:left="360" w:hanging="360"/>
      </w:pPr>
      <w:r w:rsidRPr="00C50FD6">
        <w:t>Lawson, L. D., &amp; Wang, Z. J. (2005). Allicin and allicin-derived garlic compounds increase breath acetone through allyl methyl sulfide: Use in measuring allicin bioavailability. Journal of Agricultural and Food Chemistry, 53(6), 1974-1983. https://doi.org/10.1021/jf048323s</w:t>
      </w:r>
    </w:p>
    <w:p w14:paraId="2CAF846F" w14:textId="77777777" w:rsidR="00C40D46" w:rsidRPr="00C50FD6" w:rsidRDefault="00000000">
      <w:pPr>
        <w:ind w:left="360" w:hanging="360"/>
      </w:pPr>
      <w:r w:rsidRPr="00C50FD6">
        <w:t>Senani, N., Bedouhene, S., Rekeb, T., &amp; Bouadjela, L. (2024). Effect of freezing and drying on the bioactive compounds and antioxidant potential of garlic. Bulgarian Journal of Agricultural Science, 30(6), 1128-1135.</w:t>
      </w:r>
    </w:p>
    <w:p w14:paraId="647856FC" w14:textId="77777777" w:rsidR="00C40D46" w:rsidRPr="00C50FD6" w:rsidRDefault="00000000">
      <w:pPr>
        <w:ind w:left="360" w:hanging="360"/>
      </w:pPr>
      <w:r w:rsidRPr="00C50FD6">
        <w:t>Siddique, A., Iqbal, J., &amp; Sheikh, M. A. (2015). Effects of garlic (Allium sativum) on the weights of liver in albino rats. Pakistan Journal of Medical &amp; Health Sciences, 9, 1051-1054.</w:t>
      </w:r>
    </w:p>
    <w:p w14:paraId="77ADF861" w14:textId="77777777" w:rsidR="00C40D46" w:rsidRPr="00C50FD6" w:rsidRDefault="00000000">
      <w:pPr>
        <w:ind w:left="360" w:hanging="360"/>
      </w:pPr>
      <w:r w:rsidRPr="00C50FD6">
        <w:t>Singh, M., Mahajan, V., Benke, A. P., &amp; Mokat, D. N. (2023). Garlic: Botany, chemistry, and uses. In Handbook of Spices in India: 75 Years of Research and Development (pp. 2543-2589). Springer Nature Singapore.</w:t>
      </w:r>
    </w:p>
    <w:p w14:paraId="681EA496" w14:textId="77777777" w:rsidR="00C40D46" w:rsidRPr="00C50FD6" w:rsidRDefault="00000000">
      <w:pPr>
        <w:ind w:left="360" w:hanging="360"/>
      </w:pPr>
      <w:r w:rsidRPr="00C50FD6">
        <w:t>Trio, P. Z., You, S., He, X., He, J., Sakao, K., &amp; Hou, D. X. (2014). Chemopreventive functions and molecular mechanisms of garlic organosulfur compounds. Food &amp; Function, 5(5), 833-844. https://doi.org/10.1039/C3FO60479A</w:t>
      </w:r>
    </w:p>
    <w:p w14:paraId="7A9CF85D" w14:textId="77777777" w:rsidR="00C40D46" w:rsidRPr="00C50FD6" w:rsidRDefault="00000000">
      <w:pPr>
        <w:ind w:left="360" w:hanging="360"/>
      </w:pPr>
      <w:r w:rsidRPr="00C50FD6">
        <w:lastRenderedPageBreak/>
        <w:t>Ujoh, T., &amp; Ohanu, C. M. (2023). Effects of Zingiber officinale and Allium sativum on the liver enzymes of albino rats (Rattus norvegicus). International Journal of Biochemistry Research &amp; Review, 32(4), 37-43. https://doi.org/10.9734/ijbcrr/2023/v32i4811</w:t>
      </w:r>
    </w:p>
    <w:p w14:paraId="72F0FADF" w14:textId="77777777" w:rsidR="00C40D46" w:rsidRDefault="00000000">
      <w:pPr>
        <w:ind w:left="360" w:hanging="360"/>
      </w:pPr>
      <w:r w:rsidRPr="00C50FD6">
        <w:t>Wu, Z. G., Jin, N., Deng, Y. F., Shen, X. F., Liu, C. Y., Ding, B. Y., &amp; Xie, B. G. (2024). Protective action of selenium-enriched black garlic extract in rats with lipopolysaccharide/D-galactosamine-induced acute liver failure. Journal of Functional Foods, 115, Article 106123.</w:t>
      </w:r>
    </w:p>
    <w:sectPr w:rsidR="00C40D46" w:rsidSect="00034616">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B8F3F" w14:textId="77777777" w:rsidR="00F72382" w:rsidRDefault="00F72382">
      <w:pPr>
        <w:spacing w:after="0" w:line="240" w:lineRule="auto"/>
      </w:pPr>
      <w:r>
        <w:separator/>
      </w:r>
    </w:p>
  </w:endnote>
  <w:endnote w:type="continuationSeparator" w:id="0">
    <w:p w14:paraId="4193BF49" w14:textId="77777777" w:rsidR="00F72382" w:rsidRDefault="00F72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3F919" w14:textId="77777777" w:rsidR="00413109" w:rsidRDefault="00413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E85A" w14:textId="77777777" w:rsidR="00413109" w:rsidRDefault="004131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9A99" w14:textId="77777777" w:rsidR="00413109" w:rsidRDefault="00413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D98F2" w14:textId="77777777" w:rsidR="00F72382" w:rsidRDefault="00F72382">
      <w:pPr>
        <w:spacing w:after="0" w:line="240" w:lineRule="auto"/>
      </w:pPr>
      <w:r>
        <w:separator/>
      </w:r>
    </w:p>
  </w:footnote>
  <w:footnote w:type="continuationSeparator" w:id="0">
    <w:p w14:paraId="5211CC7A" w14:textId="77777777" w:rsidR="00F72382" w:rsidRDefault="00F72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7CB1" w14:textId="2DB297A1" w:rsidR="00413109" w:rsidRDefault="00413109">
    <w:pPr>
      <w:pStyle w:val="Header"/>
    </w:pPr>
    <w:r>
      <w:rPr>
        <w:noProof/>
      </w:rPr>
      <w:pict w14:anchorId="44207E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7" o:spid="_x0000_s1026"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DC74" w14:textId="7AD98CEF" w:rsidR="00413109" w:rsidRDefault="00413109">
    <w:pPr>
      <w:pStyle w:val="Header"/>
    </w:pPr>
    <w:r>
      <w:rPr>
        <w:noProof/>
      </w:rPr>
      <w:pict w14:anchorId="5159B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8" o:spid="_x0000_s1027"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7F21" w14:textId="64DDEDFF" w:rsidR="00413109" w:rsidRDefault="00413109">
    <w:pPr>
      <w:pStyle w:val="Header"/>
    </w:pPr>
    <w:r>
      <w:rPr>
        <w:noProof/>
      </w:rPr>
      <w:pict w14:anchorId="6CC53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6" o:spid="_x0000_s1025"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9254679">
    <w:abstractNumId w:val="8"/>
  </w:num>
  <w:num w:numId="2" w16cid:durableId="1882477950">
    <w:abstractNumId w:val="6"/>
  </w:num>
  <w:num w:numId="3" w16cid:durableId="597251473">
    <w:abstractNumId w:val="5"/>
  </w:num>
  <w:num w:numId="4" w16cid:durableId="2132169808">
    <w:abstractNumId w:val="4"/>
  </w:num>
  <w:num w:numId="5" w16cid:durableId="1335835946">
    <w:abstractNumId w:val="7"/>
  </w:num>
  <w:num w:numId="6" w16cid:durableId="1466898223">
    <w:abstractNumId w:val="3"/>
  </w:num>
  <w:num w:numId="7" w16cid:durableId="1031029589">
    <w:abstractNumId w:val="2"/>
  </w:num>
  <w:num w:numId="8" w16cid:durableId="306588568">
    <w:abstractNumId w:val="1"/>
  </w:num>
  <w:num w:numId="9" w16cid:durableId="2116973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7495"/>
    <w:rsid w:val="0029639D"/>
    <w:rsid w:val="00326F90"/>
    <w:rsid w:val="00413109"/>
    <w:rsid w:val="00AA1D8D"/>
    <w:rsid w:val="00B47730"/>
    <w:rsid w:val="00C40D46"/>
    <w:rsid w:val="00C50FD6"/>
    <w:rsid w:val="00C873FD"/>
    <w:rsid w:val="00CB0664"/>
    <w:rsid w:val="00D3066C"/>
    <w:rsid w:val="00F723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7061CC"/>
  <w14:defaultImageDpi w14:val="300"/>
  <w15:docId w15:val="{3BAB15AC-6E18-401D-9576-E4629626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50FD6"/>
    <w:rPr>
      <w:color w:val="0000FF" w:themeColor="hyperlink"/>
      <w:u w:val="single"/>
    </w:rPr>
  </w:style>
  <w:style w:type="character" w:styleId="UnresolvedMention">
    <w:name w:val="Unresolved Mention"/>
    <w:basedOn w:val="DefaultParagraphFont"/>
    <w:uiPriority w:val="99"/>
    <w:semiHidden/>
    <w:unhideWhenUsed/>
    <w:rsid w:val="00C5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4460</Words>
  <Characters>25423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1166</cp:lastModifiedBy>
  <cp:revision>3</cp:revision>
  <dcterms:created xsi:type="dcterms:W3CDTF">2013-12-23T23:15:00Z</dcterms:created>
  <dcterms:modified xsi:type="dcterms:W3CDTF">2026-07-25T13:58:00Z</dcterms:modified>
  <cp:category/>
</cp:coreProperties>
</file>