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9944B" w14:textId="77777777" w:rsidR="00BF5ECF" w:rsidRPr="005675DC" w:rsidRDefault="00BF5ECF">
      <w:pPr>
        <w:spacing w:after="120"/>
        <w:jc w:val="center"/>
        <w:rPr>
          <w:b/>
          <w:bCs/>
        </w:rPr>
      </w:pPr>
      <w:r w:rsidRPr="005675DC">
        <w:rPr>
          <w:b/>
        </w:rPr>
        <w:t>Evaluation of Habitat Manipulation-Based IPM Modules for Enhancing Natural Enemy Populations in Okra (</w:t>
      </w:r>
      <w:r w:rsidRPr="005675DC">
        <w:rPr>
          <w:b/>
          <w:i/>
        </w:rPr>
        <w:t>Abelmoschus esculentus</w:t>
      </w:r>
      <w:r w:rsidRPr="005675DC">
        <w:rPr>
          <w:b/>
        </w:rPr>
        <w:t xml:space="preserve"> (L.) Moench) Ecosystems</w:t>
      </w:r>
    </w:p>
    <w:p w14:paraId="507AD16B" w14:textId="77777777" w:rsidR="00653362" w:rsidRPr="005675DC" w:rsidRDefault="00000000">
      <w:pPr>
        <w:spacing w:before="240" w:after="120"/>
        <w:jc w:val="center"/>
      </w:pPr>
      <w:r w:rsidRPr="005675DC">
        <w:rPr>
          <w:b/>
        </w:rPr>
        <w:t>Abstract</w:t>
      </w:r>
    </w:p>
    <w:p w14:paraId="12C0DD5A" w14:textId="77777777" w:rsidR="00653362" w:rsidRPr="005675DC" w:rsidRDefault="00000000" w:rsidP="00435AD3">
      <w:pPr>
        <w:spacing w:after="120"/>
        <w:ind w:firstLine="504"/>
        <w:jc w:val="both"/>
      </w:pPr>
      <w:r w:rsidRPr="005675DC">
        <w:t>This study evaluated habitat manipulation-based integrated pest management (IPM) modules for encouraging natural enemy populations in okra (</w:t>
      </w:r>
      <w:r w:rsidRPr="005675DC">
        <w:rPr>
          <w:i/>
        </w:rPr>
        <w:t>Abelmoschus esculentus</w:t>
      </w:r>
      <w:r w:rsidRPr="005675DC">
        <w:t xml:space="preserve"> (L.) Moench) ecosystems under field conditions at the College of Horticulture, Bagalkot, Karnataka, India. The experiment was laid out in a </w:t>
      </w:r>
      <w:proofErr w:type="spellStart"/>
      <w:r w:rsidRPr="005675DC">
        <w:t>randomised</w:t>
      </w:r>
      <w:proofErr w:type="spellEnd"/>
      <w:r w:rsidRPr="005675DC">
        <w:t xml:space="preserve"> complete block design with four treatments and five replications. The treatments comprised a habitat manipulation-based bio-intensive module (M1), a habitat manipulation-based adoptable module (M2), recommended plant protection (M3) and an untreated check (M4). The bio-intensive module included okra with border crops comprising two rows of 25-day-old maize, one row of 25-day-old marigold and two rows of cowpea, along with okra intercropped with coriander at a 5:1 ratio. It also included seed treatment with imidacloprid 600 FS at 10 ml/kg, application of neem powder at 2.5 q/ha, release of </w:t>
      </w:r>
      <w:r w:rsidRPr="005675DC">
        <w:rPr>
          <w:i/>
        </w:rPr>
        <w:t xml:space="preserve">Trichogramma </w:t>
      </w:r>
      <w:proofErr w:type="spellStart"/>
      <w:r w:rsidRPr="005675DC">
        <w:rPr>
          <w:i/>
        </w:rPr>
        <w:t>chilonis</w:t>
      </w:r>
      <w:proofErr w:type="spellEnd"/>
      <w:r w:rsidRPr="005675DC">
        <w:t xml:space="preserve"> at one lakh/ha, installation of five pheromone traps/ha and 15 yellow sticky traps/ha, and sequential application of azadirachtin 10,000 ppm, </w:t>
      </w:r>
      <w:proofErr w:type="spellStart"/>
      <w:r w:rsidRPr="005675DC">
        <w:rPr>
          <w:i/>
        </w:rPr>
        <w:t>Lecanicillium</w:t>
      </w:r>
      <w:proofErr w:type="spellEnd"/>
      <w:r w:rsidRPr="005675DC">
        <w:rPr>
          <w:i/>
        </w:rPr>
        <w:t xml:space="preserve"> </w:t>
      </w:r>
      <w:proofErr w:type="spellStart"/>
      <w:r w:rsidRPr="005675DC">
        <w:rPr>
          <w:i/>
        </w:rPr>
        <w:t>lecanii</w:t>
      </w:r>
      <w:proofErr w:type="spellEnd"/>
      <w:r w:rsidRPr="005675DC">
        <w:t xml:space="preserve">, </w:t>
      </w:r>
      <w:r w:rsidRPr="005675DC">
        <w:rPr>
          <w:i/>
        </w:rPr>
        <w:t>Bacillus thuringiensis</w:t>
      </w:r>
      <w:r w:rsidRPr="005675DC">
        <w:t xml:space="preserve">, </w:t>
      </w:r>
      <w:proofErr w:type="spellStart"/>
      <w:r w:rsidRPr="005675DC">
        <w:t>chilli</w:t>
      </w:r>
      <w:proofErr w:type="spellEnd"/>
      <w:r w:rsidRPr="005675DC">
        <w:t xml:space="preserve"> garlic extract and bio-digester. Natural enemies, namely coccinellids, </w:t>
      </w:r>
      <w:proofErr w:type="spellStart"/>
      <w:r w:rsidRPr="005675DC">
        <w:t>chrysopids</w:t>
      </w:r>
      <w:proofErr w:type="spellEnd"/>
      <w:r w:rsidRPr="005675DC">
        <w:t xml:space="preserve">, syrphids and spiders, were recorded at 10-day intervals from 20 days after sowing until the final harvest. Among the evaluated modules, M1 recorded the highest mean abundance of coccinellids (0.37/plant), </w:t>
      </w:r>
      <w:proofErr w:type="spellStart"/>
      <w:r w:rsidRPr="005675DC">
        <w:t>chrysopids</w:t>
      </w:r>
      <w:proofErr w:type="spellEnd"/>
      <w:r w:rsidRPr="005675DC">
        <w:t xml:space="preserve"> (0.40/plant), syrphids (0.45/plant) and spiders (0.62/plant). These values were higher than those observed under the adoptable module, recommended plant protection and untreated check. The findings indicate that habitat manipulation integrated with bio-intensive IPM components can support natural enemy populations in okra and may offer an economically feasible and practically adoptable approach for pest management.</w:t>
      </w:r>
    </w:p>
    <w:p w14:paraId="0BF87341" w14:textId="77777777" w:rsidR="00653362" w:rsidRPr="005675DC" w:rsidRDefault="00000000" w:rsidP="00435AD3">
      <w:pPr>
        <w:spacing w:after="120"/>
        <w:jc w:val="both"/>
      </w:pPr>
      <w:r w:rsidRPr="005675DC">
        <w:t xml:space="preserve">Keywords: habitat manipulation; integrated pest management; okra; </w:t>
      </w:r>
      <w:r w:rsidRPr="005675DC">
        <w:rPr>
          <w:i/>
        </w:rPr>
        <w:t>Abelmoschus esculentus</w:t>
      </w:r>
      <w:r w:rsidRPr="005675DC">
        <w:t xml:space="preserve">; natural enemies; bio-intensive module; crop diversification; biological control; coccinellids; </w:t>
      </w:r>
      <w:proofErr w:type="spellStart"/>
      <w:r w:rsidRPr="005675DC">
        <w:t>chrysopids</w:t>
      </w:r>
      <w:proofErr w:type="spellEnd"/>
      <w:r w:rsidRPr="005675DC">
        <w:t>; syrphids; spiders.</w:t>
      </w:r>
    </w:p>
    <w:p w14:paraId="556A48DF" w14:textId="77777777" w:rsidR="00653362" w:rsidRPr="005675DC" w:rsidRDefault="00000000">
      <w:pPr>
        <w:spacing w:before="240" w:after="120"/>
        <w:jc w:val="center"/>
      </w:pPr>
      <w:r w:rsidRPr="005675DC">
        <w:rPr>
          <w:b/>
        </w:rPr>
        <w:t>Introduction</w:t>
      </w:r>
    </w:p>
    <w:p w14:paraId="697A7F0E" w14:textId="19D297EC" w:rsidR="005675DC" w:rsidRPr="00D543F3" w:rsidRDefault="005675DC" w:rsidP="005675DC">
      <w:pPr>
        <w:pStyle w:val="NormalWeb"/>
        <w:jc w:val="both"/>
        <w:rPr>
          <w:bCs/>
        </w:rPr>
      </w:pPr>
      <w:r>
        <w:t>Vegetable crops constitute important components of horticulture and play a substantial role in ensuring food and nutritional security. Among them, okra [</w:t>
      </w:r>
      <w:r>
        <w:rPr>
          <w:rStyle w:val="Emphasis"/>
        </w:rPr>
        <w:t>Abelmoschus esculentus</w:t>
      </w:r>
      <w:r>
        <w:t xml:space="preserve"> (L.) Moench] is an economically important vegetable crop cultivated both for domestic consumption and export. It originated in Africa and belongs to the family </w:t>
      </w:r>
      <w:proofErr w:type="spellStart"/>
      <w:r>
        <w:t>Malvaceae</w:t>
      </w:r>
      <w:proofErr w:type="spellEnd"/>
      <w:r>
        <w:t xml:space="preserve">, with a chromosome number of 2n = 130. Okra is closely related to hibiscus and cotton and is commonly known as ‘lady’s finger’. China, India and Nigeria are among the leading okra-producing countries in the world. India ranks second after China in terms of both area and production. In India, okra is cultivated on approximately 0.528 million hectares, with a production of 61.46 lakh </w:t>
      </w:r>
      <w:proofErr w:type="spellStart"/>
      <w:r>
        <w:t>tonnes</w:t>
      </w:r>
      <w:proofErr w:type="spellEnd"/>
      <w:r>
        <w:t xml:space="preserve"> and a productivity of 11.64 t/ha. The major okra-growing states in India include Andhra Pradesh, Arunachal Pradesh, Assam, Bihar, Chhattisgarh, Himachal Pradesh, Jammu and Kashmir, Jharkhand and Karnataka. In Karnataka, okra is predominantly grown in districts such as Bagalkot, </w:t>
      </w:r>
      <w:proofErr w:type="spellStart"/>
      <w:r>
        <w:t>Mandya</w:t>
      </w:r>
      <w:proofErr w:type="spellEnd"/>
      <w:r>
        <w:t xml:space="preserve">, Belagavi, Haveri, Bengaluru and </w:t>
      </w:r>
      <w:proofErr w:type="spellStart"/>
      <w:r>
        <w:t>Vijayapur</w:t>
      </w:r>
      <w:proofErr w:type="spellEnd"/>
      <w:r>
        <w:t>. Despite its economic and nutritional importance, okra production is constrained by several biotic and abiotic factors, among which insect pest infestation is one of the most serious limitations. Okra is attacked by as many as 45 species of insect pests during different stages of its cropping period (Nair, 198</w:t>
      </w:r>
      <w:r w:rsidR="003616AB">
        <w:t>6</w:t>
      </w:r>
      <w:r>
        <w:t xml:space="preserve">). Among these, leafhopper, </w:t>
      </w:r>
      <w:proofErr w:type="spellStart"/>
      <w:r>
        <w:rPr>
          <w:rStyle w:val="Emphasis"/>
        </w:rPr>
        <w:t>Amrasca</w:t>
      </w:r>
      <w:proofErr w:type="spellEnd"/>
      <w:r>
        <w:rPr>
          <w:rStyle w:val="Emphasis"/>
        </w:rPr>
        <w:t xml:space="preserve"> </w:t>
      </w:r>
      <w:proofErr w:type="spellStart"/>
      <w:r>
        <w:rPr>
          <w:rStyle w:val="Emphasis"/>
        </w:rPr>
        <w:t>biguttula</w:t>
      </w:r>
      <w:proofErr w:type="spellEnd"/>
      <w:r>
        <w:rPr>
          <w:rStyle w:val="Emphasis"/>
        </w:rPr>
        <w:t xml:space="preserve"> </w:t>
      </w:r>
      <w:proofErr w:type="spellStart"/>
      <w:r>
        <w:rPr>
          <w:rStyle w:val="Emphasis"/>
        </w:rPr>
        <w:t>biguttula</w:t>
      </w:r>
      <w:proofErr w:type="spellEnd"/>
      <w:r>
        <w:t xml:space="preserve"> (Ishida), whitefly, </w:t>
      </w:r>
      <w:proofErr w:type="spellStart"/>
      <w:r>
        <w:rPr>
          <w:rStyle w:val="Emphasis"/>
        </w:rPr>
        <w:t>Bemisia</w:t>
      </w:r>
      <w:proofErr w:type="spellEnd"/>
      <w:r>
        <w:rPr>
          <w:rStyle w:val="Emphasis"/>
        </w:rPr>
        <w:t xml:space="preserve"> </w:t>
      </w:r>
      <w:proofErr w:type="spellStart"/>
      <w:r>
        <w:rPr>
          <w:rStyle w:val="Emphasis"/>
        </w:rPr>
        <w:t>tabaci</w:t>
      </w:r>
      <w:proofErr w:type="spellEnd"/>
      <w:r>
        <w:t xml:space="preserve"> (Gennadius), shoot and fruit borer, </w:t>
      </w:r>
      <w:proofErr w:type="spellStart"/>
      <w:r>
        <w:rPr>
          <w:rStyle w:val="Emphasis"/>
        </w:rPr>
        <w:t>Earias</w:t>
      </w:r>
      <w:proofErr w:type="spellEnd"/>
      <w:r>
        <w:rPr>
          <w:rStyle w:val="Emphasis"/>
        </w:rPr>
        <w:t xml:space="preserve"> </w:t>
      </w:r>
      <w:proofErr w:type="spellStart"/>
      <w:r>
        <w:rPr>
          <w:rStyle w:val="Emphasis"/>
        </w:rPr>
        <w:t>vittella</w:t>
      </w:r>
      <w:proofErr w:type="spellEnd"/>
      <w:r>
        <w:t xml:space="preserve"> (Fabricius), </w:t>
      </w:r>
      <w:proofErr w:type="spellStart"/>
      <w:r>
        <w:rPr>
          <w:rStyle w:val="Emphasis"/>
        </w:rPr>
        <w:t>Earias</w:t>
      </w:r>
      <w:proofErr w:type="spellEnd"/>
      <w:r>
        <w:rPr>
          <w:rStyle w:val="Emphasis"/>
        </w:rPr>
        <w:t xml:space="preserve"> </w:t>
      </w:r>
      <w:proofErr w:type="spellStart"/>
      <w:r>
        <w:rPr>
          <w:rStyle w:val="Emphasis"/>
        </w:rPr>
        <w:t>insulana</w:t>
      </w:r>
      <w:proofErr w:type="spellEnd"/>
      <w:r>
        <w:t xml:space="preserve">, and fruit borer, </w:t>
      </w:r>
      <w:r>
        <w:rPr>
          <w:rStyle w:val="Emphasis"/>
        </w:rPr>
        <w:t>Helicoverpa armigera</w:t>
      </w:r>
      <w:r>
        <w:t xml:space="preserve"> (Hubner), are considered the most destructive and economically important biotic constraints in okra cultivation. Estimated crop losses caused by major pests range from 32.06 to 40.85% due to leafhoppers, up to 90.0% due to whiteflies and from 3.5 to 90.0% due to fruit borers (Nair, 198</w:t>
      </w:r>
      <w:r w:rsidR="003616AB">
        <w:t>6</w:t>
      </w:r>
      <w:r>
        <w:t xml:space="preserve">). In general, an economic loss of 48.97% in fruit yield has been reported as a result of overall insect damage (Kanwar &amp; Ameta, 2007). </w:t>
      </w:r>
      <w:r w:rsidRPr="00D543F3">
        <w:rPr>
          <w:bCs/>
          <w:highlight w:val="yellow"/>
        </w:rPr>
        <w:t xml:space="preserve">A recent synthesis on okra pest constraints further </w:t>
      </w:r>
      <w:proofErr w:type="spellStart"/>
      <w:r w:rsidRPr="00D543F3">
        <w:rPr>
          <w:bCs/>
          <w:highlight w:val="yellow"/>
        </w:rPr>
        <w:t>emphasises</w:t>
      </w:r>
      <w:proofErr w:type="spellEnd"/>
      <w:r w:rsidRPr="00D543F3">
        <w:rPr>
          <w:bCs/>
          <w:highlight w:val="yellow"/>
        </w:rPr>
        <w:t xml:space="preserve"> that arthropod-pest management in okra should integrate biological, cultural and physical approaches rather than relying on a single intervention (Ounis et al., 2024).</w:t>
      </w:r>
    </w:p>
    <w:p w14:paraId="1B693972" w14:textId="77777777" w:rsidR="005675DC" w:rsidRPr="00D543F3" w:rsidRDefault="005675DC" w:rsidP="005675DC">
      <w:pPr>
        <w:pStyle w:val="NormalWeb"/>
        <w:jc w:val="both"/>
        <w:rPr>
          <w:bCs/>
        </w:rPr>
      </w:pPr>
      <w:r>
        <w:lastRenderedPageBreak/>
        <w:t xml:space="preserve">Recent seasonal monitoring studies in okra have reported coccinellids and spiders as major natural enemies, with predator abundance exhibiting a positive association with aphid and leafhopper populations. These findings support the ecological significance of predators in regulating pest populations within the okra ecosystem (Mohapatra et al., 2022). The presence and conservation of such natural enemies are therefore important for maintaining ecological balance and reducing pest pressure under field conditions. The indiscriminate use of chemical pesticides for insect pest management in okra has raised serious concerns regarding environmental safety, ecological stability and human health. Excessive and injudicious pesticide application may pollute natural resources such as water and soil, reduce the density and activity of beneficial insects and soil microorganisms, and adversely affect pollinators and natural enemies, including predators and parasitoids, which play a key role in suppressing pest populations. The use of spurious or inappropriate chemicals on fresh vegetable crops may also lead to pesticide residues in the harvested produce, thereby causing potential health hazards to consumers. In addition, repeated and unregulated pesticide use may contribute to the development of resistance and resurgence in pest populations, making pest management increasingly difficult over time. </w:t>
      </w:r>
      <w:r w:rsidRPr="00D543F3">
        <w:rPr>
          <w:bCs/>
          <w:highlight w:val="yellow"/>
        </w:rPr>
        <w:t>Field evidence from organic okra also indicates that selected botanical and microbial biorational formulations can suppress sucking pests while remaining comparatively safer to coccinellids and spiders, supporting their inclusion in ecologically compatible IPM modules (Singh et al., 2021).</w:t>
      </w:r>
    </w:p>
    <w:p w14:paraId="2ECD7978" w14:textId="77777777" w:rsidR="005675DC" w:rsidRDefault="005675DC" w:rsidP="005675DC">
      <w:pPr>
        <w:pStyle w:val="NormalWeb"/>
        <w:jc w:val="both"/>
      </w:pPr>
      <w:r>
        <w:t xml:space="preserve">In this context, habitat manipulation practices have been employed as ecologically sound strategies against major pests of okra. These practices include the integration of barrier crops, trap crops, border crops and intercrops with the main crop. Border crops act as physical barriers and help restrict the movement of sucking pests from one field to another. Trap crops attract insect pests such as fruit borers and thereby help reduce egg-laying or infestation on the main crop. Similarly, intercrops during the effective flowering period support the conservation of natural enemies by providing supplementary food resources such as pollen and nectar, along with shelter and refuge. Such habitat diversification can make the crop environment less </w:t>
      </w:r>
      <w:proofErr w:type="spellStart"/>
      <w:r>
        <w:t>favourable</w:t>
      </w:r>
      <w:proofErr w:type="spellEnd"/>
      <w:r>
        <w:t xml:space="preserve"> for pests while enhancing its suitability for beneficial insects (Gopi et al., 2019). Recent evidence from okra further indicates that integrated pest management modules can reduce pest damage while improving fruit yield and economic returns compared with untreated or chemical-intensive approaches (Mohapatra et al., 2024). The compatibility of pest-control inputs with beneficial organisms is also an important consideration in developing sustainable pest management strategies. Recent research in okra has reported effective suppression of whitefly and leafhopper through the use of </w:t>
      </w:r>
      <w:proofErr w:type="spellStart"/>
      <w:r>
        <w:t>flupyradifurone</w:t>
      </w:r>
      <w:proofErr w:type="spellEnd"/>
      <w:r>
        <w:t xml:space="preserve">, while also indicating its relative safety to spiders, rove beetles and honey bees (Kodandaram et al., 2024). </w:t>
      </w:r>
      <w:r w:rsidRPr="00D543F3">
        <w:rPr>
          <w:bCs/>
          <w:highlight w:val="yellow"/>
        </w:rPr>
        <w:t>Recent meta-analytic evidence also shows that intercropping and field-edge diversification can enhance predators and parasitoids, although outcomes depend on the crop system and the design of diversification (Yousefi et al., 2024; Judt et al., 2023).</w:t>
      </w:r>
    </w:p>
    <w:p w14:paraId="1BB9CD22" w14:textId="77777777" w:rsidR="005675DC" w:rsidRDefault="005675DC" w:rsidP="005675DC">
      <w:pPr>
        <w:pStyle w:val="NormalWeb"/>
        <w:jc w:val="both"/>
      </w:pPr>
      <w:r>
        <w:t xml:space="preserve">Therefore, there is a clear need to explore alternative pest management approaches that integrate available control techniques and reduce sole dependence on synthetic insecticides. In this regard, integrated pest management, particularly with reference to habitat manipulation, appears to be a suitable approach for promoting sustainability in okra production. Such strategies can encourage the multiplication and conservation of native natural enemies and strengthen their role in suppressing insect pests within the okra ecosystem. Similarly, integrated pest management frameworks that combine cultural, biological and chemical approaches have been </w:t>
      </w:r>
      <w:proofErr w:type="spellStart"/>
      <w:r>
        <w:t>emphasised</w:t>
      </w:r>
      <w:proofErr w:type="spellEnd"/>
      <w:r>
        <w:t xml:space="preserve"> as essential tools for sustainable pest suppression across field crops (Dwarka et al., 2024). Although habitat manipulation and different components of integrated pest management have been examined in okra, information on the relative performance of habitat manipulation-based IPM modules in promoting natural enemy populations under the specific </w:t>
      </w:r>
      <w:proofErr w:type="spellStart"/>
      <w:r>
        <w:t>agro</w:t>
      </w:r>
      <w:proofErr w:type="spellEnd"/>
      <w:r>
        <w:t xml:space="preserve">-ecological conditions of Bagalkot remains limited. </w:t>
      </w:r>
      <w:r w:rsidRPr="00D543F3">
        <w:rPr>
          <w:bCs/>
          <w:highlight w:val="yellow"/>
        </w:rPr>
        <w:t>However, comparative field evidence on how bio-intensive and adoptable habitat-manipulation modules influence major predator groups in okra under Bagalkot conditions remains insufficiently documented.</w:t>
      </w:r>
      <w:r>
        <w:rPr>
          <w:b/>
          <w:highlight w:val="yellow"/>
        </w:rPr>
        <w:t xml:space="preserve"> </w:t>
      </w:r>
      <w:r>
        <w:t xml:space="preserve">The present study was therefore undertaken to evaluate habitat manipulation-based bio-intensive and adoptable modules in comparison with recommended plant protection practices and an untreated check, with particular emphasis on the abundance and activity of coccinellids, </w:t>
      </w:r>
      <w:proofErr w:type="spellStart"/>
      <w:r>
        <w:t>chrysopids</w:t>
      </w:r>
      <w:proofErr w:type="spellEnd"/>
      <w:r>
        <w:t>, syrphids and spiders in the okra ecosystem.</w:t>
      </w:r>
    </w:p>
    <w:p w14:paraId="41FF5157" w14:textId="77777777" w:rsidR="00653362" w:rsidRPr="005675DC" w:rsidRDefault="00000000">
      <w:pPr>
        <w:spacing w:before="240" w:after="120"/>
        <w:jc w:val="center"/>
      </w:pPr>
      <w:r w:rsidRPr="005675DC">
        <w:rPr>
          <w:b/>
        </w:rPr>
        <w:t>Materials and Methods</w:t>
      </w:r>
    </w:p>
    <w:p w14:paraId="7AE05516" w14:textId="77777777" w:rsidR="00653362" w:rsidRPr="005675DC" w:rsidRDefault="00000000">
      <w:pPr>
        <w:spacing w:after="120"/>
        <w:ind w:firstLine="504"/>
      </w:pPr>
      <w:r w:rsidRPr="005675DC">
        <w:lastRenderedPageBreak/>
        <w:t xml:space="preserve">The field experiment to evaluate habitat manipulation-based modules against insect pests of okra was conducted at the College of Horticulture, Bagalkot. Okra seeds were sown at a spacing of 60 cm × 45 cm in a </w:t>
      </w:r>
      <w:proofErr w:type="spellStart"/>
      <w:r w:rsidRPr="005675DC">
        <w:t>randomised</w:t>
      </w:r>
      <w:proofErr w:type="spellEnd"/>
      <w:r w:rsidRPr="005675DC">
        <w:t xml:space="preserve"> complete block design (RCBD), with four treatments and five replications in plots measuring 6 m × 4 m. The crop was raised by following all agronomic practices recommended in the package of practices of the University of Horticultural Sciences, Bagalkot.</w:t>
      </w:r>
    </w:p>
    <w:p w14:paraId="0B2D2F12" w14:textId="77777777" w:rsidR="00653362" w:rsidRPr="005675DC" w:rsidRDefault="00000000">
      <w:pPr>
        <w:spacing w:before="240" w:after="120"/>
      </w:pPr>
      <w:r w:rsidRPr="005675DC">
        <w:rPr>
          <w:b/>
        </w:rPr>
        <w:t>Observations on natural enemies</w:t>
      </w:r>
    </w:p>
    <w:p w14:paraId="5F73859A" w14:textId="77777777" w:rsidR="00653362" w:rsidRPr="005675DC" w:rsidRDefault="00000000">
      <w:pPr>
        <w:spacing w:after="120"/>
        <w:ind w:firstLine="504"/>
      </w:pPr>
      <w:r w:rsidRPr="005675DC">
        <w:t xml:space="preserve">The total number of natural enemies, including coccinellids, </w:t>
      </w:r>
      <w:proofErr w:type="spellStart"/>
      <w:r w:rsidRPr="005675DC">
        <w:rPr>
          <w:i/>
        </w:rPr>
        <w:t>Chrysoperla</w:t>
      </w:r>
      <w:proofErr w:type="spellEnd"/>
      <w:r w:rsidRPr="005675DC">
        <w:t>, syrphids and spiders per plant, was recorded at 10-day intervals from 20 days after sowing until the final harvest of the crop on a whole-plant basis through visual observation.</w:t>
      </w:r>
    </w:p>
    <w:p w14:paraId="6DD94A65" w14:textId="77777777" w:rsidR="00653362" w:rsidRPr="005675DC" w:rsidRDefault="00000000">
      <w:pPr>
        <w:spacing w:before="240" w:after="120"/>
      </w:pPr>
      <w:r w:rsidRPr="005675DC">
        <w:rPr>
          <w:b/>
        </w:rPr>
        <w:t>Statistical analysis</w:t>
      </w:r>
    </w:p>
    <w:p w14:paraId="440802A5" w14:textId="77777777" w:rsidR="00653362" w:rsidRPr="005675DC" w:rsidRDefault="00000000">
      <w:pPr>
        <w:spacing w:after="120"/>
        <w:ind w:firstLine="504"/>
      </w:pPr>
      <w:r w:rsidRPr="005675DC">
        <w:t>The data collected from the experiments were subjected to suitable transformation. The data were then subjected to single-factor ANOVA using statistical software (WASP-2), and different treatments were compared using Duncan’s multiple range test (DMRT).</w:t>
      </w:r>
    </w:p>
    <w:p w14:paraId="025A5AD2" w14:textId="77777777" w:rsidR="0003387C" w:rsidRPr="005675DC" w:rsidRDefault="0003387C">
      <w:pPr>
        <w:spacing w:after="120"/>
        <w:ind w:firstLine="504"/>
        <w:rPr>
          <w:b/>
          <w:bCs/>
        </w:rPr>
      </w:pPr>
      <w:r w:rsidRPr="005675DC">
        <w:rPr>
          <w:b/>
          <w:bCs/>
        </w:rPr>
        <w:t>Table 1. Treatment details for evaluation of habitat manipulation based IPM modules for encouraging natural enemies against insect pests of okra</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
        <w:gridCol w:w="1952"/>
        <w:gridCol w:w="8274"/>
      </w:tblGrid>
      <w:tr w:rsidR="0003387C" w:rsidRPr="005675DC" w14:paraId="75F74D50" w14:textId="77777777" w:rsidTr="00685DD7">
        <w:trPr>
          <w:trHeight w:val="550"/>
        </w:trPr>
        <w:tc>
          <w:tcPr>
            <w:tcW w:w="644" w:type="dxa"/>
          </w:tcPr>
          <w:p w14:paraId="5F5AECD3" w14:textId="77777777" w:rsidR="0003387C" w:rsidRPr="005675DC" w:rsidRDefault="0003387C" w:rsidP="0003387C">
            <w:pPr>
              <w:widowControl w:val="0"/>
              <w:autoSpaceDE w:val="0"/>
              <w:autoSpaceDN w:val="0"/>
              <w:spacing w:after="0" w:line="275" w:lineRule="exact"/>
              <w:ind w:left="187"/>
              <w:rPr>
                <w:rFonts w:cs="Times New Roman"/>
                <w:b/>
              </w:rPr>
            </w:pPr>
            <w:r w:rsidRPr="005675DC">
              <w:rPr>
                <w:rFonts w:cs="Times New Roman"/>
                <w:b/>
                <w:spacing w:val="-5"/>
              </w:rPr>
              <w:t>Sl.</w:t>
            </w:r>
          </w:p>
          <w:p w14:paraId="3E3C3FE2" w14:textId="77777777" w:rsidR="0003387C" w:rsidRPr="005675DC" w:rsidRDefault="0003387C" w:rsidP="0003387C">
            <w:pPr>
              <w:widowControl w:val="0"/>
              <w:autoSpaceDE w:val="0"/>
              <w:autoSpaceDN w:val="0"/>
              <w:spacing w:after="0" w:line="255" w:lineRule="exact"/>
              <w:ind w:left="143"/>
              <w:rPr>
                <w:rFonts w:cs="Times New Roman"/>
                <w:b/>
              </w:rPr>
            </w:pPr>
            <w:r w:rsidRPr="005675DC">
              <w:rPr>
                <w:rFonts w:cs="Times New Roman"/>
                <w:b/>
                <w:spacing w:val="-5"/>
              </w:rPr>
              <w:t>No.</w:t>
            </w:r>
          </w:p>
        </w:tc>
        <w:tc>
          <w:tcPr>
            <w:tcW w:w="1952" w:type="dxa"/>
          </w:tcPr>
          <w:p w14:paraId="286B9ACB" w14:textId="77777777" w:rsidR="0003387C" w:rsidRPr="005675DC" w:rsidRDefault="0003387C" w:rsidP="0003387C">
            <w:pPr>
              <w:widowControl w:val="0"/>
              <w:autoSpaceDE w:val="0"/>
              <w:autoSpaceDN w:val="0"/>
              <w:spacing w:before="138" w:after="0" w:line="240" w:lineRule="auto"/>
              <w:ind w:left="534"/>
              <w:rPr>
                <w:rFonts w:cs="Times New Roman"/>
                <w:b/>
              </w:rPr>
            </w:pPr>
            <w:r w:rsidRPr="005675DC">
              <w:rPr>
                <w:rFonts w:cs="Times New Roman"/>
                <w:b/>
                <w:spacing w:val="-2"/>
              </w:rPr>
              <w:t>Modules</w:t>
            </w:r>
          </w:p>
        </w:tc>
        <w:tc>
          <w:tcPr>
            <w:tcW w:w="8274" w:type="dxa"/>
          </w:tcPr>
          <w:p w14:paraId="431E217B" w14:textId="77777777" w:rsidR="0003387C" w:rsidRPr="005675DC" w:rsidRDefault="0003387C" w:rsidP="0003387C">
            <w:pPr>
              <w:widowControl w:val="0"/>
              <w:autoSpaceDE w:val="0"/>
              <w:autoSpaceDN w:val="0"/>
              <w:spacing w:before="138" w:after="0" w:line="240" w:lineRule="auto"/>
              <w:jc w:val="center"/>
              <w:rPr>
                <w:rFonts w:cs="Times New Roman"/>
                <w:b/>
              </w:rPr>
            </w:pPr>
            <w:r w:rsidRPr="005675DC">
              <w:rPr>
                <w:rFonts w:cs="Times New Roman"/>
                <w:b/>
              </w:rPr>
              <w:t>Treatment</w:t>
            </w:r>
            <w:r w:rsidRPr="005675DC">
              <w:rPr>
                <w:rFonts w:cs="Times New Roman"/>
                <w:b/>
                <w:spacing w:val="1"/>
              </w:rPr>
              <w:t xml:space="preserve"> </w:t>
            </w:r>
            <w:r w:rsidRPr="005675DC">
              <w:rPr>
                <w:rFonts w:cs="Times New Roman"/>
                <w:b/>
                <w:spacing w:val="-2"/>
              </w:rPr>
              <w:t>details</w:t>
            </w:r>
          </w:p>
        </w:tc>
      </w:tr>
      <w:tr w:rsidR="0003387C" w:rsidRPr="005675DC" w14:paraId="2060C0C6" w14:textId="77777777" w:rsidTr="00685DD7">
        <w:trPr>
          <w:trHeight w:val="3314"/>
        </w:trPr>
        <w:tc>
          <w:tcPr>
            <w:tcW w:w="644" w:type="dxa"/>
          </w:tcPr>
          <w:p w14:paraId="2B5DE9E7" w14:textId="77777777" w:rsidR="0003387C" w:rsidRPr="005675DC" w:rsidRDefault="0003387C" w:rsidP="0003387C">
            <w:pPr>
              <w:widowControl w:val="0"/>
              <w:autoSpaceDE w:val="0"/>
              <w:autoSpaceDN w:val="0"/>
              <w:spacing w:after="0" w:line="240" w:lineRule="auto"/>
              <w:rPr>
                <w:rFonts w:cs="Times New Roman"/>
                <w:b/>
                <w:sz w:val="16"/>
              </w:rPr>
            </w:pPr>
          </w:p>
          <w:p w14:paraId="4CE315DD" w14:textId="77777777" w:rsidR="0003387C" w:rsidRPr="005675DC" w:rsidRDefault="0003387C" w:rsidP="0003387C">
            <w:pPr>
              <w:widowControl w:val="0"/>
              <w:autoSpaceDE w:val="0"/>
              <w:autoSpaceDN w:val="0"/>
              <w:spacing w:after="0" w:line="240" w:lineRule="auto"/>
              <w:rPr>
                <w:rFonts w:cs="Times New Roman"/>
                <w:b/>
                <w:sz w:val="16"/>
              </w:rPr>
            </w:pPr>
          </w:p>
          <w:p w14:paraId="3ECA9C0C" w14:textId="77777777" w:rsidR="0003387C" w:rsidRPr="005675DC" w:rsidRDefault="0003387C" w:rsidP="0003387C">
            <w:pPr>
              <w:widowControl w:val="0"/>
              <w:autoSpaceDE w:val="0"/>
              <w:autoSpaceDN w:val="0"/>
              <w:spacing w:after="0" w:line="240" w:lineRule="auto"/>
              <w:rPr>
                <w:rFonts w:cs="Times New Roman"/>
                <w:b/>
                <w:sz w:val="16"/>
              </w:rPr>
            </w:pPr>
          </w:p>
          <w:p w14:paraId="7DD14D40" w14:textId="77777777" w:rsidR="0003387C" w:rsidRPr="005675DC" w:rsidRDefault="0003387C" w:rsidP="0003387C">
            <w:pPr>
              <w:widowControl w:val="0"/>
              <w:autoSpaceDE w:val="0"/>
              <w:autoSpaceDN w:val="0"/>
              <w:spacing w:after="0" w:line="240" w:lineRule="auto"/>
              <w:rPr>
                <w:rFonts w:cs="Times New Roman"/>
                <w:b/>
                <w:sz w:val="16"/>
              </w:rPr>
            </w:pPr>
          </w:p>
          <w:p w14:paraId="618D88BC" w14:textId="77777777" w:rsidR="0003387C" w:rsidRPr="005675DC" w:rsidRDefault="0003387C" w:rsidP="0003387C">
            <w:pPr>
              <w:widowControl w:val="0"/>
              <w:autoSpaceDE w:val="0"/>
              <w:autoSpaceDN w:val="0"/>
              <w:spacing w:after="0" w:line="240" w:lineRule="auto"/>
              <w:rPr>
                <w:rFonts w:cs="Times New Roman"/>
                <w:b/>
                <w:sz w:val="16"/>
              </w:rPr>
            </w:pPr>
          </w:p>
          <w:p w14:paraId="0DC37123" w14:textId="77777777" w:rsidR="0003387C" w:rsidRPr="005675DC" w:rsidRDefault="0003387C" w:rsidP="0003387C">
            <w:pPr>
              <w:widowControl w:val="0"/>
              <w:autoSpaceDE w:val="0"/>
              <w:autoSpaceDN w:val="0"/>
              <w:spacing w:after="0" w:line="240" w:lineRule="auto"/>
              <w:rPr>
                <w:rFonts w:cs="Times New Roman"/>
                <w:b/>
                <w:sz w:val="16"/>
              </w:rPr>
            </w:pPr>
          </w:p>
          <w:p w14:paraId="1DD80137" w14:textId="77777777" w:rsidR="0003387C" w:rsidRPr="005675DC" w:rsidRDefault="0003387C" w:rsidP="0003387C">
            <w:pPr>
              <w:widowControl w:val="0"/>
              <w:autoSpaceDE w:val="0"/>
              <w:autoSpaceDN w:val="0"/>
              <w:spacing w:after="0" w:line="240" w:lineRule="auto"/>
              <w:rPr>
                <w:rFonts w:cs="Times New Roman"/>
                <w:b/>
                <w:sz w:val="16"/>
              </w:rPr>
            </w:pPr>
          </w:p>
          <w:p w14:paraId="02B368FC" w14:textId="77777777" w:rsidR="0003387C" w:rsidRPr="005675DC" w:rsidRDefault="0003387C" w:rsidP="0003387C">
            <w:pPr>
              <w:widowControl w:val="0"/>
              <w:autoSpaceDE w:val="0"/>
              <w:autoSpaceDN w:val="0"/>
              <w:spacing w:before="49" w:after="0" w:line="240" w:lineRule="auto"/>
              <w:rPr>
                <w:rFonts w:cs="Times New Roman"/>
                <w:b/>
                <w:sz w:val="16"/>
              </w:rPr>
            </w:pPr>
          </w:p>
          <w:p w14:paraId="37CF4265" w14:textId="77777777" w:rsidR="0003387C" w:rsidRPr="005675DC" w:rsidRDefault="0003387C" w:rsidP="0003387C">
            <w:pPr>
              <w:widowControl w:val="0"/>
              <w:autoSpaceDE w:val="0"/>
              <w:autoSpaceDN w:val="0"/>
              <w:spacing w:after="0" w:line="240" w:lineRule="auto"/>
              <w:jc w:val="center"/>
              <w:rPr>
                <w:rFonts w:cs="Times New Roman"/>
                <w:b/>
                <w:sz w:val="16"/>
              </w:rPr>
            </w:pPr>
            <w:r w:rsidRPr="005675DC">
              <w:rPr>
                <w:rFonts w:cs="Times New Roman"/>
                <w:b/>
                <w:spacing w:val="-5"/>
                <w:position w:val="1"/>
              </w:rPr>
              <w:t>M</w:t>
            </w:r>
            <w:r w:rsidRPr="005675DC">
              <w:rPr>
                <w:rFonts w:cs="Times New Roman"/>
                <w:b/>
                <w:spacing w:val="-5"/>
                <w:sz w:val="16"/>
              </w:rPr>
              <w:t>1</w:t>
            </w:r>
          </w:p>
        </w:tc>
        <w:tc>
          <w:tcPr>
            <w:tcW w:w="1952" w:type="dxa"/>
          </w:tcPr>
          <w:p w14:paraId="2532F509" w14:textId="77777777" w:rsidR="0003387C" w:rsidRPr="005675DC" w:rsidRDefault="0003387C" w:rsidP="0003387C">
            <w:pPr>
              <w:widowControl w:val="0"/>
              <w:autoSpaceDE w:val="0"/>
              <w:autoSpaceDN w:val="0"/>
              <w:spacing w:after="0" w:line="240" w:lineRule="auto"/>
              <w:rPr>
                <w:rFonts w:cs="Times New Roman"/>
                <w:b/>
              </w:rPr>
            </w:pPr>
          </w:p>
          <w:p w14:paraId="2EEF2AAB" w14:textId="77777777" w:rsidR="0003387C" w:rsidRPr="005675DC" w:rsidRDefault="0003387C" w:rsidP="0003387C">
            <w:pPr>
              <w:widowControl w:val="0"/>
              <w:autoSpaceDE w:val="0"/>
              <w:autoSpaceDN w:val="0"/>
              <w:spacing w:after="0" w:line="240" w:lineRule="auto"/>
              <w:rPr>
                <w:rFonts w:cs="Times New Roman"/>
                <w:b/>
              </w:rPr>
            </w:pPr>
          </w:p>
          <w:p w14:paraId="2844B824" w14:textId="77777777" w:rsidR="0003387C" w:rsidRPr="005675DC" w:rsidRDefault="0003387C" w:rsidP="0003387C">
            <w:pPr>
              <w:widowControl w:val="0"/>
              <w:autoSpaceDE w:val="0"/>
              <w:autoSpaceDN w:val="0"/>
              <w:spacing w:after="0" w:line="240" w:lineRule="auto"/>
              <w:rPr>
                <w:rFonts w:cs="Times New Roman"/>
                <w:b/>
              </w:rPr>
            </w:pPr>
          </w:p>
          <w:p w14:paraId="6F5904A2" w14:textId="77777777" w:rsidR="0003387C" w:rsidRPr="005675DC" w:rsidRDefault="0003387C" w:rsidP="0003387C">
            <w:pPr>
              <w:widowControl w:val="0"/>
              <w:autoSpaceDE w:val="0"/>
              <w:autoSpaceDN w:val="0"/>
              <w:spacing w:before="3" w:after="0" w:line="240" w:lineRule="auto"/>
              <w:rPr>
                <w:rFonts w:cs="Times New Roman"/>
                <w:b/>
              </w:rPr>
            </w:pPr>
          </w:p>
          <w:p w14:paraId="4513A699" w14:textId="77777777" w:rsidR="0003387C" w:rsidRPr="005675DC" w:rsidRDefault="0003387C" w:rsidP="0003387C">
            <w:pPr>
              <w:widowControl w:val="0"/>
              <w:autoSpaceDE w:val="0"/>
              <w:autoSpaceDN w:val="0"/>
              <w:spacing w:after="0" w:line="240" w:lineRule="auto"/>
              <w:ind w:left="287" w:right="280" w:hanging="2"/>
              <w:jc w:val="center"/>
              <w:rPr>
                <w:rFonts w:cs="Times New Roman"/>
                <w:b/>
              </w:rPr>
            </w:pPr>
            <w:r w:rsidRPr="005675DC">
              <w:rPr>
                <w:rFonts w:cs="Times New Roman"/>
                <w:b/>
                <w:spacing w:val="-2"/>
              </w:rPr>
              <w:t>Habitat manipulation bio-intensive module</w:t>
            </w:r>
          </w:p>
        </w:tc>
        <w:tc>
          <w:tcPr>
            <w:tcW w:w="8274" w:type="dxa"/>
          </w:tcPr>
          <w:p w14:paraId="1DEB1D37" w14:textId="77777777" w:rsidR="0003387C" w:rsidRPr="005675DC" w:rsidRDefault="0003387C" w:rsidP="0003387C">
            <w:pPr>
              <w:widowControl w:val="0"/>
              <w:numPr>
                <w:ilvl w:val="0"/>
                <w:numId w:val="12"/>
              </w:numPr>
              <w:tabs>
                <w:tab w:val="left" w:pos="379"/>
              </w:tabs>
              <w:autoSpaceDE w:val="0"/>
              <w:autoSpaceDN w:val="0"/>
              <w:spacing w:before="3" w:after="0" w:line="240" w:lineRule="auto"/>
              <w:ind w:right="98"/>
              <w:rPr>
                <w:rFonts w:cs="Times New Roman"/>
              </w:rPr>
            </w:pPr>
            <w:r w:rsidRPr="005675DC">
              <w:rPr>
                <w:rFonts w:cs="Times New Roman"/>
              </w:rPr>
              <w:t>Okra</w:t>
            </w:r>
            <w:r w:rsidRPr="005675DC">
              <w:rPr>
                <w:rFonts w:cs="Times New Roman"/>
                <w:spacing w:val="30"/>
              </w:rPr>
              <w:t xml:space="preserve"> </w:t>
            </w:r>
            <w:r w:rsidRPr="005675DC">
              <w:rPr>
                <w:rFonts w:cs="Times New Roman"/>
              </w:rPr>
              <w:t>+</w:t>
            </w:r>
            <w:r w:rsidRPr="005675DC">
              <w:rPr>
                <w:rFonts w:cs="Times New Roman"/>
                <w:spacing w:val="30"/>
              </w:rPr>
              <w:t xml:space="preserve"> </w:t>
            </w:r>
            <w:r w:rsidRPr="005675DC">
              <w:rPr>
                <w:rFonts w:cs="Times New Roman"/>
              </w:rPr>
              <w:t>Border</w:t>
            </w:r>
            <w:r w:rsidRPr="005675DC">
              <w:rPr>
                <w:rFonts w:cs="Times New Roman"/>
                <w:spacing w:val="29"/>
              </w:rPr>
              <w:t xml:space="preserve"> </w:t>
            </w:r>
            <w:r w:rsidRPr="005675DC">
              <w:rPr>
                <w:rFonts w:cs="Times New Roman"/>
              </w:rPr>
              <w:t>crops</w:t>
            </w:r>
            <w:r w:rsidRPr="005675DC">
              <w:rPr>
                <w:rFonts w:cs="Times New Roman"/>
                <w:spacing w:val="28"/>
              </w:rPr>
              <w:t xml:space="preserve"> </w:t>
            </w:r>
            <w:r w:rsidRPr="005675DC">
              <w:rPr>
                <w:rFonts w:cs="Times New Roman"/>
              </w:rPr>
              <w:t>(two</w:t>
            </w:r>
            <w:r w:rsidRPr="005675DC">
              <w:rPr>
                <w:rFonts w:cs="Times New Roman"/>
                <w:spacing w:val="29"/>
              </w:rPr>
              <w:t xml:space="preserve"> </w:t>
            </w:r>
            <w:r w:rsidRPr="005675DC">
              <w:rPr>
                <w:rFonts w:cs="Times New Roman"/>
              </w:rPr>
              <w:t>rows</w:t>
            </w:r>
            <w:r w:rsidRPr="005675DC">
              <w:rPr>
                <w:rFonts w:cs="Times New Roman"/>
                <w:spacing w:val="28"/>
              </w:rPr>
              <w:t xml:space="preserve"> </w:t>
            </w:r>
            <w:r w:rsidRPr="005675DC">
              <w:rPr>
                <w:rFonts w:cs="Times New Roman"/>
              </w:rPr>
              <w:t>25</w:t>
            </w:r>
            <w:r w:rsidRPr="005675DC">
              <w:rPr>
                <w:rFonts w:cs="Times New Roman"/>
                <w:spacing w:val="29"/>
              </w:rPr>
              <w:t xml:space="preserve"> </w:t>
            </w:r>
            <w:r w:rsidRPr="005675DC">
              <w:rPr>
                <w:rFonts w:cs="Times New Roman"/>
              </w:rPr>
              <w:t>days</w:t>
            </w:r>
            <w:r w:rsidRPr="005675DC">
              <w:rPr>
                <w:rFonts w:cs="Times New Roman"/>
                <w:spacing w:val="28"/>
              </w:rPr>
              <w:t xml:space="preserve"> </w:t>
            </w:r>
            <w:r w:rsidRPr="005675DC">
              <w:rPr>
                <w:rFonts w:cs="Times New Roman"/>
              </w:rPr>
              <w:t>old</w:t>
            </w:r>
            <w:r w:rsidRPr="005675DC">
              <w:rPr>
                <w:rFonts w:cs="Times New Roman"/>
                <w:spacing w:val="29"/>
              </w:rPr>
              <w:t xml:space="preserve"> </w:t>
            </w:r>
            <w:r w:rsidRPr="005675DC">
              <w:rPr>
                <w:rFonts w:cs="Times New Roman"/>
              </w:rPr>
              <w:t>maize</w:t>
            </w:r>
            <w:r w:rsidRPr="005675DC">
              <w:rPr>
                <w:rFonts w:cs="Times New Roman"/>
                <w:spacing w:val="35"/>
              </w:rPr>
              <w:t xml:space="preserve"> </w:t>
            </w:r>
            <w:r w:rsidRPr="005675DC">
              <w:rPr>
                <w:rFonts w:cs="Times New Roman"/>
              </w:rPr>
              <w:t>+</w:t>
            </w:r>
            <w:r w:rsidRPr="005675DC">
              <w:rPr>
                <w:rFonts w:cs="Times New Roman"/>
                <w:spacing w:val="30"/>
              </w:rPr>
              <w:t xml:space="preserve"> </w:t>
            </w:r>
            <w:r w:rsidRPr="005675DC">
              <w:rPr>
                <w:rFonts w:cs="Times New Roman"/>
              </w:rPr>
              <w:t>one</w:t>
            </w:r>
            <w:r w:rsidRPr="005675DC">
              <w:rPr>
                <w:rFonts w:cs="Times New Roman"/>
                <w:spacing w:val="30"/>
              </w:rPr>
              <w:t xml:space="preserve"> </w:t>
            </w:r>
            <w:r w:rsidRPr="005675DC">
              <w:rPr>
                <w:rFonts w:cs="Times New Roman"/>
              </w:rPr>
              <w:t>row</w:t>
            </w:r>
            <w:r w:rsidRPr="005675DC">
              <w:rPr>
                <w:rFonts w:cs="Times New Roman"/>
                <w:spacing w:val="28"/>
              </w:rPr>
              <w:t xml:space="preserve"> </w:t>
            </w:r>
            <w:r w:rsidRPr="005675DC">
              <w:rPr>
                <w:rFonts w:cs="Times New Roman"/>
              </w:rPr>
              <w:t>of</w:t>
            </w:r>
            <w:r w:rsidRPr="005675DC">
              <w:rPr>
                <w:rFonts w:cs="Times New Roman"/>
                <w:spacing w:val="29"/>
              </w:rPr>
              <w:t xml:space="preserve"> </w:t>
            </w:r>
            <w:r w:rsidRPr="005675DC">
              <w:rPr>
                <w:rFonts w:cs="Times New Roman"/>
              </w:rPr>
              <w:t>25</w:t>
            </w:r>
            <w:r w:rsidRPr="005675DC">
              <w:rPr>
                <w:rFonts w:cs="Times New Roman"/>
                <w:spacing w:val="29"/>
              </w:rPr>
              <w:t xml:space="preserve"> </w:t>
            </w:r>
            <w:r w:rsidRPr="005675DC">
              <w:rPr>
                <w:rFonts w:cs="Times New Roman"/>
              </w:rPr>
              <w:t>days</w:t>
            </w:r>
            <w:r w:rsidRPr="005675DC">
              <w:rPr>
                <w:rFonts w:cs="Times New Roman"/>
                <w:spacing w:val="28"/>
              </w:rPr>
              <w:t xml:space="preserve"> </w:t>
            </w:r>
            <w:r w:rsidRPr="005675DC">
              <w:rPr>
                <w:rFonts w:cs="Times New Roman"/>
              </w:rPr>
              <w:t>old marigold + two rows of cowpea) + okra intercropped with coriander (5:1)</w:t>
            </w:r>
          </w:p>
          <w:p w14:paraId="5FCC9474" w14:textId="77777777" w:rsidR="0003387C" w:rsidRPr="005675DC" w:rsidRDefault="0003387C" w:rsidP="0003387C">
            <w:pPr>
              <w:widowControl w:val="0"/>
              <w:numPr>
                <w:ilvl w:val="0"/>
                <w:numId w:val="12"/>
              </w:numPr>
              <w:tabs>
                <w:tab w:val="left" w:pos="379"/>
              </w:tabs>
              <w:autoSpaceDE w:val="0"/>
              <w:autoSpaceDN w:val="0"/>
              <w:spacing w:after="0" w:line="240" w:lineRule="auto"/>
              <w:rPr>
                <w:rFonts w:cs="Times New Roman"/>
              </w:rPr>
            </w:pPr>
            <w:r w:rsidRPr="005675DC">
              <w:rPr>
                <w:rFonts w:cs="Times New Roman"/>
              </w:rPr>
              <w:t>Seed</w:t>
            </w:r>
            <w:r w:rsidRPr="005675DC">
              <w:rPr>
                <w:rFonts w:cs="Times New Roman"/>
                <w:spacing w:val="-3"/>
              </w:rPr>
              <w:t xml:space="preserve"> </w:t>
            </w:r>
            <w:r w:rsidRPr="005675DC">
              <w:rPr>
                <w:rFonts w:cs="Times New Roman"/>
              </w:rPr>
              <w:t>treatment</w:t>
            </w:r>
            <w:r w:rsidRPr="005675DC">
              <w:rPr>
                <w:rFonts w:cs="Times New Roman"/>
                <w:spacing w:val="-2"/>
              </w:rPr>
              <w:t xml:space="preserve"> </w:t>
            </w:r>
            <w:r w:rsidRPr="005675DC">
              <w:rPr>
                <w:rFonts w:cs="Times New Roman"/>
              </w:rPr>
              <w:t>with</w:t>
            </w:r>
            <w:r w:rsidRPr="005675DC">
              <w:rPr>
                <w:rFonts w:cs="Times New Roman"/>
                <w:spacing w:val="-3"/>
              </w:rPr>
              <w:t xml:space="preserve"> </w:t>
            </w:r>
            <w:r w:rsidRPr="005675DC">
              <w:rPr>
                <w:rFonts w:cs="Times New Roman"/>
              </w:rPr>
              <w:t>imidacloprid</w:t>
            </w:r>
            <w:r w:rsidRPr="005675DC">
              <w:rPr>
                <w:rFonts w:cs="Times New Roman"/>
                <w:spacing w:val="-2"/>
              </w:rPr>
              <w:t xml:space="preserve"> </w:t>
            </w:r>
            <w:r w:rsidRPr="005675DC">
              <w:rPr>
                <w:rFonts w:cs="Times New Roman"/>
              </w:rPr>
              <w:t>600</w:t>
            </w:r>
            <w:r w:rsidRPr="005675DC">
              <w:rPr>
                <w:rFonts w:cs="Times New Roman"/>
                <w:spacing w:val="-2"/>
              </w:rPr>
              <w:t xml:space="preserve"> </w:t>
            </w:r>
            <w:r w:rsidRPr="005675DC">
              <w:rPr>
                <w:rFonts w:cs="Times New Roman"/>
              </w:rPr>
              <w:t>FS</w:t>
            </w:r>
            <w:r w:rsidRPr="005675DC">
              <w:rPr>
                <w:rFonts w:cs="Times New Roman"/>
                <w:spacing w:val="-5"/>
              </w:rPr>
              <w:t xml:space="preserve"> </w:t>
            </w:r>
            <w:r w:rsidRPr="005675DC">
              <w:rPr>
                <w:rFonts w:cs="Times New Roman"/>
              </w:rPr>
              <w:t>at</w:t>
            </w:r>
            <w:r w:rsidRPr="005675DC">
              <w:rPr>
                <w:rFonts w:cs="Times New Roman"/>
                <w:spacing w:val="-2"/>
              </w:rPr>
              <w:t xml:space="preserve"> </w:t>
            </w:r>
            <w:r w:rsidRPr="005675DC">
              <w:rPr>
                <w:rFonts w:cs="Times New Roman"/>
              </w:rPr>
              <w:t>10</w:t>
            </w:r>
            <w:r w:rsidRPr="005675DC">
              <w:rPr>
                <w:rFonts w:cs="Times New Roman"/>
                <w:spacing w:val="-2"/>
              </w:rPr>
              <w:t xml:space="preserve"> ml/kg</w:t>
            </w:r>
          </w:p>
          <w:p w14:paraId="46681F4D" w14:textId="77777777" w:rsidR="0003387C" w:rsidRPr="005675DC" w:rsidRDefault="0003387C" w:rsidP="0003387C">
            <w:pPr>
              <w:widowControl w:val="0"/>
              <w:numPr>
                <w:ilvl w:val="0"/>
                <w:numId w:val="12"/>
              </w:numPr>
              <w:tabs>
                <w:tab w:val="left" w:pos="379"/>
              </w:tabs>
              <w:autoSpaceDE w:val="0"/>
              <w:autoSpaceDN w:val="0"/>
              <w:spacing w:after="0" w:line="240" w:lineRule="auto"/>
              <w:rPr>
                <w:rFonts w:cs="Times New Roman"/>
              </w:rPr>
            </w:pPr>
            <w:r w:rsidRPr="005675DC">
              <w:rPr>
                <w:rFonts w:cs="Times New Roman"/>
              </w:rPr>
              <w:t>Application</w:t>
            </w:r>
            <w:r w:rsidRPr="005675DC">
              <w:rPr>
                <w:rFonts w:cs="Times New Roman"/>
                <w:spacing w:val="-2"/>
              </w:rPr>
              <w:t xml:space="preserve"> </w:t>
            </w:r>
            <w:r w:rsidRPr="005675DC">
              <w:rPr>
                <w:rFonts w:cs="Times New Roman"/>
              </w:rPr>
              <w:t>of</w:t>
            </w:r>
            <w:r w:rsidRPr="005675DC">
              <w:rPr>
                <w:rFonts w:cs="Times New Roman"/>
                <w:spacing w:val="-1"/>
              </w:rPr>
              <w:t xml:space="preserve"> </w:t>
            </w:r>
            <w:r w:rsidRPr="005675DC">
              <w:rPr>
                <w:rFonts w:cs="Times New Roman"/>
              </w:rPr>
              <w:t>neem</w:t>
            </w:r>
            <w:r w:rsidRPr="005675DC">
              <w:rPr>
                <w:rFonts w:cs="Times New Roman"/>
                <w:spacing w:val="2"/>
              </w:rPr>
              <w:t xml:space="preserve"> </w:t>
            </w:r>
            <w:r w:rsidRPr="005675DC">
              <w:rPr>
                <w:rFonts w:cs="Times New Roman"/>
              </w:rPr>
              <w:t>powder</w:t>
            </w:r>
            <w:r w:rsidRPr="005675DC">
              <w:rPr>
                <w:rFonts w:cs="Times New Roman"/>
                <w:spacing w:val="-2"/>
              </w:rPr>
              <w:t xml:space="preserve"> </w:t>
            </w:r>
            <w:r w:rsidRPr="005675DC">
              <w:rPr>
                <w:rFonts w:cs="Times New Roman"/>
              </w:rPr>
              <w:t>at</w:t>
            </w:r>
            <w:r w:rsidRPr="005675DC">
              <w:rPr>
                <w:rFonts w:cs="Times New Roman"/>
                <w:spacing w:val="-1"/>
              </w:rPr>
              <w:t xml:space="preserve"> </w:t>
            </w:r>
            <w:r w:rsidRPr="005675DC">
              <w:rPr>
                <w:rFonts w:cs="Times New Roman"/>
              </w:rPr>
              <w:t>2.5</w:t>
            </w:r>
            <w:r w:rsidRPr="005675DC">
              <w:rPr>
                <w:rFonts w:cs="Times New Roman"/>
                <w:spacing w:val="-1"/>
              </w:rPr>
              <w:t xml:space="preserve"> </w:t>
            </w:r>
            <w:r w:rsidRPr="005675DC">
              <w:rPr>
                <w:rFonts w:cs="Times New Roman"/>
                <w:spacing w:val="-4"/>
              </w:rPr>
              <w:t>q/ha</w:t>
            </w:r>
          </w:p>
          <w:p w14:paraId="23859BCD" w14:textId="77777777" w:rsidR="0003387C" w:rsidRPr="005675DC" w:rsidRDefault="0003387C" w:rsidP="0003387C">
            <w:pPr>
              <w:widowControl w:val="0"/>
              <w:numPr>
                <w:ilvl w:val="0"/>
                <w:numId w:val="12"/>
              </w:numPr>
              <w:tabs>
                <w:tab w:val="left" w:pos="379"/>
              </w:tabs>
              <w:autoSpaceDE w:val="0"/>
              <w:autoSpaceDN w:val="0"/>
              <w:spacing w:after="0" w:line="240" w:lineRule="auto"/>
              <w:rPr>
                <w:rFonts w:cs="Times New Roman"/>
              </w:rPr>
            </w:pPr>
            <w:r w:rsidRPr="005675DC">
              <w:rPr>
                <w:rFonts w:cs="Times New Roman"/>
                <w:i/>
              </w:rPr>
              <w:t>Trichogramma</w:t>
            </w:r>
            <w:r w:rsidRPr="005675DC">
              <w:rPr>
                <w:rFonts w:cs="Times New Roman"/>
                <w:i/>
                <w:spacing w:val="-2"/>
              </w:rPr>
              <w:t xml:space="preserve"> </w:t>
            </w:r>
            <w:proofErr w:type="spellStart"/>
            <w:r w:rsidRPr="005675DC">
              <w:rPr>
                <w:rFonts w:cs="Times New Roman"/>
                <w:i/>
              </w:rPr>
              <w:t>chilonis</w:t>
            </w:r>
            <w:proofErr w:type="spellEnd"/>
            <w:r w:rsidRPr="005675DC">
              <w:rPr>
                <w:rFonts w:cs="Times New Roman"/>
                <w:i/>
              </w:rPr>
              <w:t xml:space="preserve"> </w:t>
            </w:r>
            <w:r w:rsidRPr="005675DC">
              <w:rPr>
                <w:rFonts w:cs="Times New Roman"/>
              </w:rPr>
              <w:t>one lakh</w:t>
            </w:r>
            <w:r w:rsidRPr="005675DC">
              <w:rPr>
                <w:rFonts w:cs="Times New Roman"/>
                <w:spacing w:val="-1"/>
              </w:rPr>
              <w:t xml:space="preserve"> </w:t>
            </w:r>
            <w:r w:rsidRPr="005675DC">
              <w:rPr>
                <w:rFonts w:cs="Times New Roman"/>
              </w:rPr>
              <w:t>per</w:t>
            </w:r>
            <w:r w:rsidRPr="005675DC">
              <w:rPr>
                <w:rFonts w:cs="Times New Roman"/>
                <w:spacing w:val="-1"/>
              </w:rPr>
              <w:t xml:space="preserve"> </w:t>
            </w:r>
            <w:r w:rsidRPr="005675DC">
              <w:rPr>
                <w:rFonts w:cs="Times New Roman"/>
                <w:spacing w:val="-2"/>
              </w:rPr>
              <w:t>hectare</w:t>
            </w:r>
          </w:p>
          <w:p w14:paraId="57B6BE3E" w14:textId="77777777" w:rsidR="0003387C" w:rsidRPr="005675DC" w:rsidRDefault="0003387C" w:rsidP="0003387C">
            <w:pPr>
              <w:widowControl w:val="0"/>
              <w:numPr>
                <w:ilvl w:val="0"/>
                <w:numId w:val="12"/>
              </w:numPr>
              <w:tabs>
                <w:tab w:val="left" w:pos="379"/>
              </w:tabs>
              <w:autoSpaceDE w:val="0"/>
              <w:autoSpaceDN w:val="0"/>
              <w:spacing w:after="0" w:line="240" w:lineRule="auto"/>
              <w:rPr>
                <w:rFonts w:cs="Times New Roman"/>
              </w:rPr>
            </w:pPr>
            <w:r w:rsidRPr="005675DC">
              <w:rPr>
                <w:rFonts w:cs="Times New Roman"/>
              </w:rPr>
              <w:t>Pheromone traps</w:t>
            </w:r>
            <w:r w:rsidRPr="005675DC">
              <w:rPr>
                <w:rFonts w:cs="Times New Roman"/>
                <w:spacing w:val="-2"/>
              </w:rPr>
              <w:t xml:space="preserve"> </w:t>
            </w:r>
            <w:r w:rsidRPr="005675DC">
              <w:rPr>
                <w:rFonts w:cs="Times New Roman"/>
              </w:rPr>
              <w:t xml:space="preserve">five per </w:t>
            </w:r>
            <w:r w:rsidRPr="005675DC">
              <w:rPr>
                <w:rFonts w:cs="Times New Roman"/>
                <w:spacing w:val="-2"/>
              </w:rPr>
              <w:t>hectare</w:t>
            </w:r>
          </w:p>
          <w:p w14:paraId="18AD4843" w14:textId="77777777" w:rsidR="0003387C" w:rsidRPr="005675DC" w:rsidRDefault="0003387C" w:rsidP="0003387C">
            <w:pPr>
              <w:widowControl w:val="0"/>
              <w:numPr>
                <w:ilvl w:val="0"/>
                <w:numId w:val="12"/>
              </w:numPr>
              <w:tabs>
                <w:tab w:val="left" w:pos="379"/>
              </w:tabs>
              <w:autoSpaceDE w:val="0"/>
              <w:autoSpaceDN w:val="0"/>
              <w:spacing w:after="0" w:line="240" w:lineRule="auto"/>
              <w:rPr>
                <w:rFonts w:cs="Times New Roman"/>
              </w:rPr>
            </w:pPr>
            <w:r w:rsidRPr="005675DC">
              <w:rPr>
                <w:rFonts w:cs="Times New Roman"/>
              </w:rPr>
              <w:t>Yellow</w:t>
            </w:r>
            <w:r w:rsidRPr="005675DC">
              <w:rPr>
                <w:rFonts w:cs="Times New Roman"/>
                <w:spacing w:val="-3"/>
              </w:rPr>
              <w:t xml:space="preserve"> </w:t>
            </w:r>
            <w:r w:rsidRPr="005675DC">
              <w:rPr>
                <w:rFonts w:cs="Times New Roman"/>
              </w:rPr>
              <w:t>sticky</w:t>
            </w:r>
            <w:r w:rsidRPr="005675DC">
              <w:rPr>
                <w:rFonts w:cs="Times New Roman"/>
                <w:spacing w:val="-1"/>
              </w:rPr>
              <w:t xml:space="preserve"> </w:t>
            </w:r>
            <w:r w:rsidRPr="005675DC">
              <w:rPr>
                <w:rFonts w:cs="Times New Roman"/>
              </w:rPr>
              <w:t>traps</w:t>
            </w:r>
            <w:r w:rsidRPr="005675DC">
              <w:rPr>
                <w:rFonts w:cs="Times New Roman"/>
                <w:spacing w:val="-3"/>
              </w:rPr>
              <w:t xml:space="preserve"> </w:t>
            </w:r>
            <w:r w:rsidRPr="005675DC">
              <w:rPr>
                <w:rFonts w:cs="Times New Roman"/>
              </w:rPr>
              <w:t>15</w:t>
            </w:r>
            <w:r w:rsidRPr="005675DC">
              <w:rPr>
                <w:rFonts w:cs="Times New Roman"/>
                <w:spacing w:val="-1"/>
              </w:rPr>
              <w:t xml:space="preserve"> </w:t>
            </w:r>
            <w:r w:rsidRPr="005675DC">
              <w:rPr>
                <w:rFonts w:cs="Times New Roman"/>
              </w:rPr>
              <w:t>per</w:t>
            </w:r>
            <w:r w:rsidRPr="005675DC">
              <w:rPr>
                <w:rFonts w:cs="Times New Roman"/>
                <w:spacing w:val="3"/>
              </w:rPr>
              <w:t xml:space="preserve"> </w:t>
            </w:r>
            <w:r w:rsidRPr="005675DC">
              <w:rPr>
                <w:rFonts w:cs="Times New Roman"/>
                <w:spacing w:val="-2"/>
              </w:rPr>
              <w:t>hectare</w:t>
            </w:r>
          </w:p>
          <w:p w14:paraId="4AB9EFDB" w14:textId="77777777" w:rsidR="0003387C" w:rsidRPr="005675DC" w:rsidRDefault="0003387C" w:rsidP="0003387C">
            <w:pPr>
              <w:widowControl w:val="0"/>
              <w:numPr>
                <w:ilvl w:val="0"/>
                <w:numId w:val="12"/>
              </w:numPr>
              <w:tabs>
                <w:tab w:val="left" w:pos="379"/>
              </w:tabs>
              <w:autoSpaceDE w:val="0"/>
              <w:autoSpaceDN w:val="0"/>
              <w:spacing w:after="0" w:line="240" w:lineRule="auto"/>
              <w:ind w:right="97"/>
              <w:rPr>
                <w:rFonts w:cs="Times New Roman"/>
              </w:rPr>
            </w:pPr>
            <w:r w:rsidRPr="005675DC">
              <w:rPr>
                <w:rFonts w:cs="Times New Roman"/>
              </w:rPr>
              <w:t xml:space="preserve">Azadirachtin 10,000 ppm at 1.0 ml/l </w:t>
            </w:r>
            <w:r w:rsidRPr="005675DC">
              <w:rPr>
                <w:rFonts w:cs="Times New Roman"/>
                <w:i/>
              </w:rPr>
              <w:t xml:space="preserve">+ </w:t>
            </w:r>
            <w:proofErr w:type="spellStart"/>
            <w:r w:rsidRPr="005675DC">
              <w:rPr>
                <w:rFonts w:cs="Times New Roman"/>
                <w:i/>
              </w:rPr>
              <w:t>Lecanicillium</w:t>
            </w:r>
            <w:proofErr w:type="spellEnd"/>
            <w:r w:rsidRPr="005675DC">
              <w:rPr>
                <w:rFonts w:cs="Times New Roman"/>
                <w:i/>
              </w:rPr>
              <w:t xml:space="preserve"> </w:t>
            </w:r>
            <w:proofErr w:type="spellStart"/>
            <w:r w:rsidRPr="005675DC">
              <w:rPr>
                <w:rFonts w:cs="Times New Roman"/>
                <w:i/>
              </w:rPr>
              <w:t>lecanii</w:t>
            </w:r>
            <w:proofErr w:type="spellEnd"/>
            <w:r w:rsidRPr="005675DC">
              <w:rPr>
                <w:rFonts w:cs="Times New Roman"/>
                <w:i/>
              </w:rPr>
              <w:t xml:space="preserve"> </w:t>
            </w:r>
            <w:r w:rsidRPr="005675DC">
              <w:rPr>
                <w:rFonts w:cs="Times New Roman"/>
              </w:rPr>
              <w:t>(1×10</w:t>
            </w:r>
            <w:r w:rsidRPr="005675DC">
              <w:rPr>
                <w:rFonts w:cs="Times New Roman"/>
                <w:vertAlign w:val="superscript"/>
              </w:rPr>
              <w:t>8</w:t>
            </w:r>
            <w:r w:rsidRPr="005675DC">
              <w:rPr>
                <w:rFonts w:cs="Times New Roman"/>
              </w:rPr>
              <w:t xml:space="preserve"> CFU/g) at 5 </w:t>
            </w:r>
            <w:r w:rsidRPr="005675DC">
              <w:rPr>
                <w:rFonts w:cs="Times New Roman"/>
                <w:spacing w:val="-4"/>
              </w:rPr>
              <w:t>g/l</w:t>
            </w:r>
          </w:p>
          <w:p w14:paraId="5A338344" w14:textId="77777777" w:rsidR="0003387C" w:rsidRPr="005675DC" w:rsidRDefault="0003387C" w:rsidP="0003387C">
            <w:pPr>
              <w:widowControl w:val="0"/>
              <w:numPr>
                <w:ilvl w:val="0"/>
                <w:numId w:val="12"/>
              </w:numPr>
              <w:tabs>
                <w:tab w:val="left" w:pos="379"/>
              </w:tabs>
              <w:autoSpaceDE w:val="0"/>
              <w:autoSpaceDN w:val="0"/>
              <w:spacing w:before="1" w:after="0" w:line="240" w:lineRule="auto"/>
              <w:rPr>
                <w:rFonts w:cs="Times New Roman"/>
              </w:rPr>
            </w:pPr>
            <w:r w:rsidRPr="005675DC">
              <w:rPr>
                <w:rFonts w:cs="Times New Roman"/>
              </w:rPr>
              <w:t>Spraying</w:t>
            </w:r>
            <w:r w:rsidRPr="005675DC">
              <w:rPr>
                <w:rFonts w:cs="Times New Roman"/>
                <w:spacing w:val="-2"/>
              </w:rPr>
              <w:t xml:space="preserve"> </w:t>
            </w:r>
            <w:r w:rsidRPr="005675DC">
              <w:rPr>
                <w:rFonts w:cs="Times New Roman"/>
              </w:rPr>
              <w:t xml:space="preserve">of </w:t>
            </w:r>
            <w:r w:rsidRPr="005675DC">
              <w:rPr>
                <w:rFonts w:cs="Times New Roman"/>
                <w:i/>
              </w:rPr>
              <w:t>Bacillus</w:t>
            </w:r>
            <w:r w:rsidRPr="005675DC">
              <w:rPr>
                <w:rFonts w:cs="Times New Roman"/>
                <w:i/>
                <w:spacing w:val="-3"/>
              </w:rPr>
              <w:t xml:space="preserve"> </w:t>
            </w:r>
            <w:r w:rsidRPr="005675DC">
              <w:rPr>
                <w:rFonts w:cs="Times New Roman"/>
                <w:i/>
              </w:rPr>
              <w:t>thuringiensis</w:t>
            </w:r>
            <w:r w:rsidRPr="005675DC">
              <w:rPr>
                <w:rFonts w:cs="Times New Roman"/>
                <w:i/>
                <w:spacing w:val="1"/>
              </w:rPr>
              <w:t xml:space="preserve"> </w:t>
            </w:r>
            <w:r w:rsidRPr="005675DC">
              <w:rPr>
                <w:rFonts w:cs="Times New Roman"/>
              </w:rPr>
              <w:t>at 2.0</w:t>
            </w:r>
            <w:r w:rsidRPr="005675DC">
              <w:rPr>
                <w:rFonts w:cs="Times New Roman"/>
                <w:spacing w:val="-6"/>
              </w:rPr>
              <w:t xml:space="preserve"> </w:t>
            </w:r>
            <w:r w:rsidRPr="005675DC">
              <w:rPr>
                <w:rFonts w:cs="Times New Roman"/>
                <w:spacing w:val="-4"/>
              </w:rPr>
              <w:t>ml/l</w:t>
            </w:r>
          </w:p>
          <w:p w14:paraId="053FB853" w14:textId="77777777" w:rsidR="0003387C" w:rsidRPr="005675DC" w:rsidRDefault="0003387C" w:rsidP="0003387C">
            <w:pPr>
              <w:widowControl w:val="0"/>
              <w:numPr>
                <w:ilvl w:val="0"/>
                <w:numId w:val="12"/>
              </w:numPr>
              <w:tabs>
                <w:tab w:val="left" w:pos="379"/>
              </w:tabs>
              <w:autoSpaceDE w:val="0"/>
              <w:autoSpaceDN w:val="0"/>
              <w:spacing w:after="0" w:line="240" w:lineRule="auto"/>
              <w:rPr>
                <w:rFonts w:cs="Times New Roman"/>
              </w:rPr>
            </w:pPr>
            <w:r w:rsidRPr="005675DC">
              <w:rPr>
                <w:rFonts w:cs="Times New Roman"/>
              </w:rPr>
              <w:t>Chilli</w:t>
            </w:r>
            <w:r w:rsidRPr="005675DC">
              <w:rPr>
                <w:rFonts w:cs="Times New Roman"/>
                <w:spacing w:val="-5"/>
              </w:rPr>
              <w:t xml:space="preserve"> </w:t>
            </w:r>
            <w:r w:rsidRPr="005675DC">
              <w:rPr>
                <w:rFonts w:cs="Times New Roman"/>
              </w:rPr>
              <w:t>garlic</w:t>
            </w:r>
            <w:r w:rsidRPr="005675DC">
              <w:rPr>
                <w:rFonts w:cs="Times New Roman"/>
                <w:spacing w:val="-2"/>
              </w:rPr>
              <w:t xml:space="preserve"> </w:t>
            </w:r>
            <w:r w:rsidRPr="005675DC">
              <w:rPr>
                <w:rFonts w:cs="Times New Roman"/>
              </w:rPr>
              <w:t>extract</w:t>
            </w:r>
            <w:r w:rsidRPr="005675DC">
              <w:rPr>
                <w:rFonts w:cs="Times New Roman"/>
                <w:spacing w:val="-2"/>
              </w:rPr>
              <w:t xml:space="preserve"> </w:t>
            </w:r>
            <w:r w:rsidRPr="005675DC">
              <w:rPr>
                <w:rFonts w:cs="Times New Roman"/>
              </w:rPr>
              <w:t>at</w:t>
            </w:r>
            <w:r w:rsidRPr="005675DC">
              <w:rPr>
                <w:rFonts w:cs="Times New Roman"/>
                <w:spacing w:val="-2"/>
              </w:rPr>
              <w:t xml:space="preserve"> </w:t>
            </w:r>
            <w:r w:rsidRPr="005675DC">
              <w:rPr>
                <w:rFonts w:cs="Times New Roman"/>
                <w:spacing w:val="-4"/>
              </w:rPr>
              <w:t>0.5%</w:t>
            </w:r>
          </w:p>
          <w:p w14:paraId="788EFBDA" w14:textId="77777777" w:rsidR="0003387C" w:rsidRPr="005675DC" w:rsidRDefault="0003387C" w:rsidP="0003387C">
            <w:pPr>
              <w:widowControl w:val="0"/>
              <w:numPr>
                <w:ilvl w:val="0"/>
                <w:numId w:val="12"/>
              </w:numPr>
              <w:tabs>
                <w:tab w:val="left" w:pos="487"/>
              </w:tabs>
              <w:autoSpaceDE w:val="0"/>
              <w:autoSpaceDN w:val="0"/>
              <w:spacing w:after="0" w:line="255" w:lineRule="exact"/>
              <w:ind w:left="487"/>
              <w:rPr>
                <w:rFonts w:cs="Times New Roman"/>
              </w:rPr>
            </w:pPr>
            <w:r w:rsidRPr="005675DC">
              <w:rPr>
                <w:rFonts w:cs="Times New Roman"/>
              </w:rPr>
              <w:t>Bio-digester</w:t>
            </w:r>
            <w:r w:rsidRPr="005675DC">
              <w:rPr>
                <w:rFonts w:cs="Times New Roman"/>
                <w:spacing w:val="-4"/>
              </w:rPr>
              <w:t xml:space="preserve"> </w:t>
            </w:r>
            <w:r w:rsidRPr="005675DC">
              <w:rPr>
                <w:rFonts w:cs="Times New Roman"/>
              </w:rPr>
              <w:t>at</w:t>
            </w:r>
            <w:r w:rsidRPr="005675DC">
              <w:rPr>
                <w:rFonts w:cs="Times New Roman"/>
                <w:spacing w:val="1"/>
              </w:rPr>
              <w:t xml:space="preserve"> </w:t>
            </w:r>
            <w:r w:rsidRPr="005675DC">
              <w:rPr>
                <w:rFonts w:cs="Times New Roman"/>
                <w:spacing w:val="-5"/>
              </w:rPr>
              <w:t>20%</w:t>
            </w:r>
          </w:p>
        </w:tc>
      </w:tr>
      <w:tr w:rsidR="0003387C" w:rsidRPr="005675DC" w14:paraId="4BFB0D09" w14:textId="77777777" w:rsidTr="00685DD7">
        <w:trPr>
          <w:trHeight w:val="3311"/>
        </w:trPr>
        <w:tc>
          <w:tcPr>
            <w:tcW w:w="644" w:type="dxa"/>
          </w:tcPr>
          <w:p w14:paraId="3AD03908" w14:textId="77777777" w:rsidR="0003387C" w:rsidRPr="005675DC" w:rsidRDefault="0003387C" w:rsidP="0003387C">
            <w:pPr>
              <w:widowControl w:val="0"/>
              <w:autoSpaceDE w:val="0"/>
              <w:autoSpaceDN w:val="0"/>
              <w:spacing w:after="0" w:line="240" w:lineRule="auto"/>
              <w:rPr>
                <w:rFonts w:cs="Times New Roman"/>
                <w:b/>
                <w:sz w:val="16"/>
              </w:rPr>
            </w:pPr>
          </w:p>
          <w:p w14:paraId="6128BE39" w14:textId="77777777" w:rsidR="0003387C" w:rsidRPr="005675DC" w:rsidRDefault="0003387C" w:rsidP="0003387C">
            <w:pPr>
              <w:widowControl w:val="0"/>
              <w:autoSpaceDE w:val="0"/>
              <w:autoSpaceDN w:val="0"/>
              <w:spacing w:after="0" w:line="240" w:lineRule="auto"/>
              <w:rPr>
                <w:rFonts w:cs="Times New Roman"/>
                <w:b/>
                <w:sz w:val="16"/>
              </w:rPr>
            </w:pPr>
          </w:p>
          <w:p w14:paraId="73167422" w14:textId="77777777" w:rsidR="0003387C" w:rsidRPr="005675DC" w:rsidRDefault="0003387C" w:rsidP="0003387C">
            <w:pPr>
              <w:widowControl w:val="0"/>
              <w:autoSpaceDE w:val="0"/>
              <w:autoSpaceDN w:val="0"/>
              <w:spacing w:after="0" w:line="240" w:lineRule="auto"/>
              <w:rPr>
                <w:rFonts w:cs="Times New Roman"/>
                <w:b/>
                <w:sz w:val="16"/>
              </w:rPr>
            </w:pPr>
          </w:p>
          <w:p w14:paraId="3F723DFA" w14:textId="77777777" w:rsidR="0003387C" w:rsidRPr="005675DC" w:rsidRDefault="0003387C" w:rsidP="0003387C">
            <w:pPr>
              <w:widowControl w:val="0"/>
              <w:autoSpaceDE w:val="0"/>
              <w:autoSpaceDN w:val="0"/>
              <w:spacing w:after="0" w:line="240" w:lineRule="auto"/>
              <w:rPr>
                <w:rFonts w:cs="Times New Roman"/>
                <w:b/>
                <w:sz w:val="16"/>
              </w:rPr>
            </w:pPr>
          </w:p>
          <w:p w14:paraId="1CC082F4" w14:textId="77777777" w:rsidR="0003387C" w:rsidRPr="005675DC" w:rsidRDefault="0003387C" w:rsidP="0003387C">
            <w:pPr>
              <w:widowControl w:val="0"/>
              <w:autoSpaceDE w:val="0"/>
              <w:autoSpaceDN w:val="0"/>
              <w:spacing w:after="0" w:line="240" w:lineRule="auto"/>
              <w:rPr>
                <w:rFonts w:cs="Times New Roman"/>
                <w:b/>
                <w:sz w:val="16"/>
              </w:rPr>
            </w:pPr>
          </w:p>
          <w:p w14:paraId="206C8A08" w14:textId="77777777" w:rsidR="0003387C" w:rsidRPr="005675DC" w:rsidRDefault="0003387C" w:rsidP="0003387C">
            <w:pPr>
              <w:widowControl w:val="0"/>
              <w:autoSpaceDE w:val="0"/>
              <w:autoSpaceDN w:val="0"/>
              <w:spacing w:after="0" w:line="240" w:lineRule="auto"/>
              <w:rPr>
                <w:rFonts w:cs="Times New Roman"/>
                <w:b/>
                <w:sz w:val="16"/>
              </w:rPr>
            </w:pPr>
          </w:p>
          <w:p w14:paraId="7EF82201" w14:textId="77777777" w:rsidR="0003387C" w:rsidRPr="005675DC" w:rsidRDefault="0003387C" w:rsidP="0003387C">
            <w:pPr>
              <w:widowControl w:val="0"/>
              <w:autoSpaceDE w:val="0"/>
              <w:autoSpaceDN w:val="0"/>
              <w:spacing w:after="0" w:line="240" w:lineRule="auto"/>
              <w:rPr>
                <w:rFonts w:cs="Times New Roman"/>
                <w:b/>
                <w:sz w:val="16"/>
              </w:rPr>
            </w:pPr>
          </w:p>
          <w:p w14:paraId="103D7D0C" w14:textId="77777777" w:rsidR="0003387C" w:rsidRPr="005675DC" w:rsidRDefault="0003387C" w:rsidP="0003387C">
            <w:pPr>
              <w:widowControl w:val="0"/>
              <w:autoSpaceDE w:val="0"/>
              <w:autoSpaceDN w:val="0"/>
              <w:spacing w:before="49" w:after="0" w:line="240" w:lineRule="auto"/>
              <w:rPr>
                <w:rFonts w:cs="Times New Roman"/>
                <w:b/>
                <w:sz w:val="16"/>
              </w:rPr>
            </w:pPr>
          </w:p>
          <w:p w14:paraId="21F2F26E" w14:textId="77777777" w:rsidR="0003387C" w:rsidRPr="005675DC" w:rsidRDefault="0003387C" w:rsidP="0003387C">
            <w:pPr>
              <w:widowControl w:val="0"/>
              <w:autoSpaceDE w:val="0"/>
              <w:autoSpaceDN w:val="0"/>
              <w:spacing w:after="0" w:line="240" w:lineRule="auto"/>
              <w:jc w:val="center"/>
              <w:rPr>
                <w:rFonts w:cs="Times New Roman"/>
                <w:b/>
                <w:sz w:val="16"/>
              </w:rPr>
            </w:pPr>
            <w:r w:rsidRPr="005675DC">
              <w:rPr>
                <w:rFonts w:cs="Times New Roman"/>
                <w:b/>
                <w:spacing w:val="-5"/>
                <w:position w:val="1"/>
              </w:rPr>
              <w:t>M</w:t>
            </w:r>
            <w:r w:rsidRPr="005675DC">
              <w:rPr>
                <w:rFonts w:cs="Times New Roman"/>
                <w:b/>
                <w:spacing w:val="-5"/>
                <w:sz w:val="16"/>
              </w:rPr>
              <w:t>2</w:t>
            </w:r>
          </w:p>
        </w:tc>
        <w:tc>
          <w:tcPr>
            <w:tcW w:w="1952" w:type="dxa"/>
          </w:tcPr>
          <w:p w14:paraId="004B1ADD" w14:textId="77777777" w:rsidR="0003387C" w:rsidRPr="005675DC" w:rsidRDefault="0003387C" w:rsidP="0003387C">
            <w:pPr>
              <w:widowControl w:val="0"/>
              <w:autoSpaceDE w:val="0"/>
              <w:autoSpaceDN w:val="0"/>
              <w:spacing w:after="0" w:line="240" w:lineRule="auto"/>
              <w:rPr>
                <w:rFonts w:cs="Times New Roman"/>
                <w:b/>
              </w:rPr>
            </w:pPr>
          </w:p>
          <w:p w14:paraId="5C524CE7" w14:textId="77777777" w:rsidR="0003387C" w:rsidRPr="005675DC" w:rsidRDefault="0003387C" w:rsidP="0003387C">
            <w:pPr>
              <w:widowControl w:val="0"/>
              <w:autoSpaceDE w:val="0"/>
              <w:autoSpaceDN w:val="0"/>
              <w:spacing w:after="0" w:line="240" w:lineRule="auto"/>
              <w:rPr>
                <w:rFonts w:cs="Times New Roman"/>
                <w:b/>
              </w:rPr>
            </w:pPr>
          </w:p>
          <w:p w14:paraId="5C5D11BC" w14:textId="77777777" w:rsidR="0003387C" w:rsidRPr="005675DC" w:rsidRDefault="0003387C" w:rsidP="0003387C">
            <w:pPr>
              <w:widowControl w:val="0"/>
              <w:autoSpaceDE w:val="0"/>
              <w:autoSpaceDN w:val="0"/>
              <w:spacing w:before="275" w:after="0" w:line="240" w:lineRule="auto"/>
              <w:rPr>
                <w:rFonts w:cs="Times New Roman"/>
                <w:b/>
              </w:rPr>
            </w:pPr>
          </w:p>
          <w:p w14:paraId="797E3D06" w14:textId="77777777" w:rsidR="0003387C" w:rsidRPr="005675DC" w:rsidRDefault="0003387C" w:rsidP="0003387C">
            <w:pPr>
              <w:widowControl w:val="0"/>
              <w:autoSpaceDE w:val="0"/>
              <w:autoSpaceDN w:val="0"/>
              <w:spacing w:after="0" w:line="240" w:lineRule="auto"/>
              <w:ind w:left="143" w:right="139" w:firstLine="1"/>
              <w:jc w:val="center"/>
              <w:rPr>
                <w:rFonts w:cs="Times New Roman"/>
                <w:b/>
              </w:rPr>
            </w:pPr>
            <w:r w:rsidRPr="005675DC">
              <w:rPr>
                <w:rFonts w:cs="Times New Roman"/>
                <w:b/>
                <w:spacing w:val="-2"/>
              </w:rPr>
              <w:t xml:space="preserve">Habitat manipulation </w:t>
            </w:r>
            <w:r w:rsidRPr="005675DC">
              <w:rPr>
                <w:rFonts w:cs="Times New Roman"/>
                <w:b/>
              </w:rPr>
              <w:t>based</w:t>
            </w:r>
            <w:r w:rsidRPr="005675DC">
              <w:rPr>
                <w:rFonts w:cs="Times New Roman"/>
                <w:b/>
                <w:spacing w:val="-15"/>
              </w:rPr>
              <w:t xml:space="preserve"> </w:t>
            </w:r>
            <w:r w:rsidRPr="005675DC">
              <w:rPr>
                <w:rFonts w:cs="Times New Roman"/>
                <w:b/>
              </w:rPr>
              <w:t xml:space="preserve">adoptable </w:t>
            </w:r>
            <w:r w:rsidRPr="005675DC">
              <w:rPr>
                <w:rFonts w:cs="Times New Roman"/>
                <w:b/>
                <w:spacing w:val="-2"/>
              </w:rPr>
              <w:t>module</w:t>
            </w:r>
          </w:p>
        </w:tc>
        <w:tc>
          <w:tcPr>
            <w:tcW w:w="8274" w:type="dxa"/>
          </w:tcPr>
          <w:p w14:paraId="7AF80650" w14:textId="77777777" w:rsidR="0003387C" w:rsidRPr="005675DC" w:rsidRDefault="0003387C" w:rsidP="0003387C">
            <w:pPr>
              <w:widowControl w:val="0"/>
              <w:numPr>
                <w:ilvl w:val="0"/>
                <w:numId w:val="11"/>
              </w:numPr>
              <w:tabs>
                <w:tab w:val="left" w:pos="379"/>
              </w:tabs>
              <w:autoSpaceDE w:val="0"/>
              <w:autoSpaceDN w:val="0"/>
              <w:spacing w:after="0" w:line="240" w:lineRule="auto"/>
              <w:ind w:right="104"/>
              <w:rPr>
                <w:rFonts w:cs="Times New Roman"/>
              </w:rPr>
            </w:pPr>
            <w:r w:rsidRPr="005675DC">
              <w:rPr>
                <w:rFonts w:cs="Times New Roman"/>
              </w:rPr>
              <w:t>Okra</w:t>
            </w:r>
            <w:r w:rsidRPr="005675DC">
              <w:rPr>
                <w:rFonts w:cs="Times New Roman"/>
                <w:spacing w:val="31"/>
              </w:rPr>
              <w:t xml:space="preserve"> </w:t>
            </w:r>
            <w:r w:rsidRPr="005675DC">
              <w:rPr>
                <w:rFonts w:cs="Times New Roman"/>
              </w:rPr>
              <w:t>+</w:t>
            </w:r>
            <w:r w:rsidRPr="005675DC">
              <w:rPr>
                <w:rFonts w:cs="Times New Roman"/>
                <w:spacing w:val="30"/>
              </w:rPr>
              <w:t xml:space="preserve"> </w:t>
            </w:r>
            <w:r w:rsidRPr="005675DC">
              <w:rPr>
                <w:rFonts w:cs="Times New Roman"/>
              </w:rPr>
              <w:t>Border</w:t>
            </w:r>
            <w:r w:rsidRPr="005675DC">
              <w:rPr>
                <w:rFonts w:cs="Times New Roman"/>
                <w:spacing w:val="29"/>
              </w:rPr>
              <w:t xml:space="preserve"> </w:t>
            </w:r>
            <w:r w:rsidRPr="005675DC">
              <w:rPr>
                <w:rFonts w:cs="Times New Roman"/>
              </w:rPr>
              <w:t>crops</w:t>
            </w:r>
            <w:r w:rsidRPr="005675DC">
              <w:rPr>
                <w:rFonts w:cs="Times New Roman"/>
                <w:spacing w:val="28"/>
              </w:rPr>
              <w:t xml:space="preserve"> </w:t>
            </w:r>
            <w:r w:rsidRPr="005675DC">
              <w:rPr>
                <w:rFonts w:cs="Times New Roman"/>
              </w:rPr>
              <w:t>(two</w:t>
            </w:r>
            <w:r w:rsidRPr="005675DC">
              <w:rPr>
                <w:rFonts w:cs="Times New Roman"/>
                <w:spacing w:val="29"/>
              </w:rPr>
              <w:t xml:space="preserve"> </w:t>
            </w:r>
            <w:r w:rsidRPr="005675DC">
              <w:rPr>
                <w:rFonts w:cs="Times New Roman"/>
              </w:rPr>
              <w:t>rows</w:t>
            </w:r>
            <w:r w:rsidRPr="005675DC">
              <w:rPr>
                <w:rFonts w:cs="Times New Roman"/>
                <w:spacing w:val="28"/>
              </w:rPr>
              <w:t xml:space="preserve"> </w:t>
            </w:r>
            <w:r w:rsidRPr="005675DC">
              <w:rPr>
                <w:rFonts w:cs="Times New Roman"/>
              </w:rPr>
              <w:t>25</w:t>
            </w:r>
            <w:r w:rsidRPr="005675DC">
              <w:rPr>
                <w:rFonts w:cs="Times New Roman"/>
                <w:spacing w:val="29"/>
              </w:rPr>
              <w:t xml:space="preserve"> </w:t>
            </w:r>
            <w:r w:rsidRPr="005675DC">
              <w:rPr>
                <w:rFonts w:cs="Times New Roman"/>
              </w:rPr>
              <w:t>days</w:t>
            </w:r>
            <w:r w:rsidRPr="005675DC">
              <w:rPr>
                <w:rFonts w:cs="Times New Roman"/>
                <w:spacing w:val="28"/>
              </w:rPr>
              <w:t xml:space="preserve"> </w:t>
            </w:r>
            <w:r w:rsidRPr="005675DC">
              <w:rPr>
                <w:rFonts w:cs="Times New Roman"/>
              </w:rPr>
              <w:t>old</w:t>
            </w:r>
            <w:r w:rsidRPr="005675DC">
              <w:rPr>
                <w:rFonts w:cs="Times New Roman"/>
                <w:spacing w:val="29"/>
              </w:rPr>
              <w:t xml:space="preserve"> </w:t>
            </w:r>
            <w:r w:rsidRPr="005675DC">
              <w:rPr>
                <w:rFonts w:cs="Times New Roman"/>
              </w:rPr>
              <w:t>maize</w:t>
            </w:r>
            <w:r w:rsidRPr="005675DC">
              <w:rPr>
                <w:rFonts w:cs="Times New Roman"/>
                <w:spacing w:val="30"/>
              </w:rPr>
              <w:t xml:space="preserve"> </w:t>
            </w:r>
            <w:r w:rsidRPr="005675DC">
              <w:rPr>
                <w:rFonts w:cs="Times New Roman"/>
              </w:rPr>
              <w:t>+</w:t>
            </w:r>
            <w:r w:rsidRPr="005675DC">
              <w:rPr>
                <w:rFonts w:cs="Times New Roman"/>
                <w:spacing w:val="30"/>
              </w:rPr>
              <w:t xml:space="preserve"> </w:t>
            </w:r>
            <w:r w:rsidRPr="005675DC">
              <w:rPr>
                <w:rFonts w:cs="Times New Roman"/>
              </w:rPr>
              <w:t>one</w:t>
            </w:r>
            <w:r w:rsidRPr="005675DC">
              <w:rPr>
                <w:rFonts w:cs="Times New Roman"/>
                <w:spacing w:val="30"/>
              </w:rPr>
              <w:t xml:space="preserve"> </w:t>
            </w:r>
            <w:r w:rsidRPr="005675DC">
              <w:rPr>
                <w:rFonts w:cs="Times New Roman"/>
              </w:rPr>
              <w:t>row</w:t>
            </w:r>
            <w:r w:rsidRPr="005675DC">
              <w:rPr>
                <w:rFonts w:cs="Times New Roman"/>
                <w:spacing w:val="28"/>
              </w:rPr>
              <w:t xml:space="preserve"> </w:t>
            </w:r>
            <w:r w:rsidRPr="005675DC">
              <w:rPr>
                <w:rFonts w:cs="Times New Roman"/>
              </w:rPr>
              <w:t>of</w:t>
            </w:r>
            <w:r w:rsidRPr="005675DC">
              <w:rPr>
                <w:rFonts w:cs="Times New Roman"/>
                <w:spacing w:val="29"/>
              </w:rPr>
              <w:t xml:space="preserve"> </w:t>
            </w:r>
            <w:r w:rsidRPr="005675DC">
              <w:rPr>
                <w:rFonts w:cs="Times New Roman"/>
              </w:rPr>
              <w:t>25</w:t>
            </w:r>
            <w:r w:rsidRPr="005675DC">
              <w:rPr>
                <w:rFonts w:cs="Times New Roman"/>
                <w:spacing w:val="29"/>
              </w:rPr>
              <w:t xml:space="preserve"> </w:t>
            </w:r>
            <w:r w:rsidRPr="005675DC">
              <w:rPr>
                <w:rFonts w:cs="Times New Roman"/>
              </w:rPr>
              <w:t>days</w:t>
            </w:r>
            <w:r w:rsidRPr="005675DC">
              <w:rPr>
                <w:rFonts w:cs="Times New Roman"/>
                <w:spacing w:val="28"/>
              </w:rPr>
              <w:t xml:space="preserve"> </w:t>
            </w:r>
            <w:r w:rsidRPr="005675DC">
              <w:rPr>
                <w:rFonts w:cs="Times New Roman"/>
              </w:rPr>
              <w:t>old marigold + two rows of cowpea) + okra intercropped with coriander (5:1)</w:t>
            </w:r>
          </w:p>
          <w:p w14:paraId="18172413" w14:textId="77777777" w:rsidR="0003387C" w:rsidRPr="005675DC" w:rsidRDefault="0003387C" w:rsidP="0003387C">
            <w:pPr>
              <w:widowControl w:val="0"/>
              <w:numPr>
                <w:ilvl w:val="0"/>
                <w:numId w:val="11"/>
              </w:numPr>
              <w:tabs>
                <w:tab w:val="left" w:pos="379"/>
              </w:tabs>
              <w:autoSpaceDE w:val="0"/>
              <w:autoSpaceDN w:val="0"/>
              <w:spacing w:after="0" w:line="240" w:lineRule="auto"/>
              <w:rPr>
                <w:rFonts w:cs="Times New Roman"/>
              </w:rPr>
            </w:pPr>
            <w:r w:rsidRPr="005675DC">
              <w:rPr>
                <w:rFonts w:cs="Times New Roman"/>
              </w:rPr>
              <w:t>Seed</w:t>
            </w:r>
            <w:r w:rsidRPr="005675DC">
              <w:rPr>
                <w:rFonts w:cs="Times New Roman"/>
                <w:spacing w:val="-3"/>
              </w:rPr>
              <w:t xml:space="preserve"> </w:t>
            </w:r>
            <w:r w:rsidRPr="005675DC">
              <w:rPr>
                <w:rFonts w:cs="Times New Roman"/>
              </w:rPr>
              <w:t>treatment</w:t>
            </w:r>
            <w:r w:rsidRPr="005675DC">
              <w:rPr>
                <w:rFonts w:cs="Times New Roman"/>
                <w:spacing w:val="-3"/>
              </w:rPr>
              <w:t xml:space="preserve"> </w:t>
            </w:r>
            <w:r w:rsidRPr="005675DC">
              <w:rPr>
                <w:rFonts w:cs="Times New Roman"/>
              </w:rPr>
              <w:t>with</w:t>
            </w:r>
            <w:r w:rsidRPr="005675DC">
              <w:rPr>
                <w:rFonts w:cs="Times New Roman"/>
                <w:spacing w:val="-3"/>
              </w:rPr>
              <w:t xml:space="preserve"> </w:t>
            </w:r>
            <w:r w:rsidRPr="005675DC">
              <w:rPr>
                <w:rFonts w:cs="Times New Roman"/>
              </w:rPr>
              <w:t>imidacloprid</w:t>
            </w:r>
            <w:r w:rsidRPr="005675DC">
              <w:rPr>
                <w:rFonts w:cs="Times New Roman"/>
                <w:spacing w:val="-3"/>
              </w:rPr>
              <w:t xml:space="preserve"> </w:t>
            </w:r>
            <w:r w:rsidRPr="005675DC">
              <w:rPr>
                <w:rFonts w:cs="Times New Roman"/>
              </w:rPr>
              <w:t>600</w:t>
            </w:r>
            <w:r w:rsidRPr="005675DC">
              <w:rPr>
                <w:rFonts w:cs="Times New Roman"/>
                <w:spacing w:val="-3"/>
              </w:rPr>
              <w:t xml:space="preserve"> </w:t>
            </w:r>
            <w:r w:rsidRPr="005675DC">
              <w:rPr>
                <w:rFonts w:cs="Times New Roman"/>
              </w:rPr>
              <w:t>FS</w:t>
            </w:r>
            <w:r w:rsidRPr="005675DC">
              <w:rPr>
                <w:rFonts w:cs="Times New Roman"/>
                <w:spacing w:val="-5"/>
              </w:rPr>
              <w:t xml:space="preserve"> </w:t>
            </w:r>
            <w:r w:rsidRPr="005675DC">
              <w:rPr>
                <w:rFonts w:cs="Times New Roman"/>
              </w:rPr>
              <w:t>10</w:t>
            </w:r>
            <w:r w:rsidRPr="005675DC">
              <w:rPr>
                <w:rFonts w:cs="Times New Roman"/>
                <w:spacing w:val="-2"/>
              </w:rPr>
              <w:t xml:space="preserve"> ml/kg</w:t>
            </w:r>
          </w:p>
          <w:p w14:paraId="4ACFADDD" w14:textId="77777777" w:rsidR="0003387C" w:rsidRPr="005675DC" w:rsidRDefault="0003387C" w:rsidP="0003387C">
            <w:pPr>
              <w:widowControl w:val="0"/>
              <w:numPr>
                <w:ilvl w:val="0"/>
                <w:numId w:val="11"/>
              </w:numPr>
              <w:tabs>
                <w:tab w:val="left" w:pos="379"/>
              </w:tabs>
              <w:autoSpaceDE w:val="0"/>
              <w:autoSpaceDN w:val="0"/>
              <w:spacing w:after="0" w:line="240" w:lineRule="auto"/>
              <w:rPr>
                <w:rFonts w:cs="Times New Roman"/>
              </w:rPr>
            </w:pPr>
            <w:r w:rsidRPr="005675DC">
              <w:rPr>
                <w:rFonts w:cs="Times New Roman"/>
              </w:rPr>
              <w:t>Application</w:t>
            </w:r>
            <w:r w:rsidRPr="005675DC">
              <w:rPr>
                <w:rFonts w:cs="Times New Roman"/>
                <w:spacing w:val="-2"/>
              </w:rPr>
              <w:t xml:space="preserve"> </w:t>
            </w:r>
            <w:r w:rsidRPr="005675DC">
              <w:rPr>
                <w:rFonts w:cs="Times New Roman"/>
              </w:rPr>
              <w:t>of</w:t>
            </w:r>
            <w:r w:rsidRPr="005675DC">
              <w:rPr>
                <w:rFonts w:cs="Times New Roman"/>
                <w:spacing w:val="-1"/>
              </w:rPr>
              <w:t xml:space="preserve"> </w:t>
            </w:r>
            <w:r w:rsidRPr="005675DC">
              <w:rPr>
                <w:rFonts w:cs="Times New Roman"/>
              </w:rPr>
              <w:t>neem</w:t>
            </w:r>
            <w:r w:rsidRPr="005675DC">
              <w:rPr>
                <w:rFonts w:cs="Times New Roman"/>
                <w:spacing w:val="3"/>
              </w:rPr>
              <w:t xml:space="preserve"> </w:t>
            </w:r>
            <w:r w:rsidRPr="005675DC">
              <w:rPr>
                <w:rFonts w:cs="Times New Roman"/>
              </w:rPr>
              <w:t>powder</w:t>
            </w:r>
            <w:r w:rsidRPr="005675DC">
              <w:rPr>
                <w:rFonts w:cs="Times New Roman"/>
                <w:spacing w:val="-1"/>
              </w:rPr>
              <w:t xml:space="preserve"> </w:t>
            </w:r>
            <w:r w:rsidRPr="005675DC">
              <w:rPr>
                <w:rFonts w:cs="Times New Roman"/>
              </w:rPr>
              <w:t>2.5</w:t>
            </w:r>
            <w:r w:rsidRPr="005675DC">
              <w:rPr>
                <w:rFonts w:cs="Times New Roman"/>
                <w:spacing w:val="-1"/>
              </w:rPr>
              <w:t xml:space="preserve"> </w:t>
            </w:r>
            <w:r w:rsidRPr="005675DC">
              <w:rPr>
                <w:rFonts w:cs="Times New Roman"/>
                <w:spacing w:val="-4"/>
              </w:rPr>
              <w:t>q/ha</w:t>
            </w:r>
          </w:p>
          <w:p w14:paraId="1C4DE3A2" w14:textId="77777777" w:rsidR="0003387C" w:rsidRPr="005675DC" w:rsidRDefault="0003387C" w:rsidP="0003387C">
            <w:pPr>
              <w:widowControl w:val="0"/>
              <w:numPr>
                <w:ilvl w:val="0"/>
                <w:numId w:val="11"/>
              </w:numPr>
              <w:tabs>
                <w:tab w:val="left" w:pos="379"/>
              </w:tabs>
              <w:autoSpaceDE w:val="0"/>
              <w:autoSpaceDN w:val="0"/>
              <w:spacing w:after="0" w:line="240" w:lineRule="auto"/>
              <w:rPr>
                <w:rFonts w:cs="Times New Roman"/>
              </w:rPr>
            </w:pPr>
            <w:r w:rsidRPr="005675DC">
              <w:rPr>
                <w:rFonts w:cs="Times New Roman"/>
              </w:rPr>
              <w:t>Pheromone traps</w:t>
            </w:r>
            <w:r w:rsidRPr="005675DC">
              <w:rPr>
                <w:rFonts w:cs="Times New Roman"/>
                <w:spacing w:val="-2"/>
              </w:rPr>
              <w:t xml:space="preserve"> </w:t>
            </w:r>
            <w:r w:rsidRPr="005675DC">
              <w:rPr>
                <w:rFonts w:cs="Times New Roman"/>
              </w:rPr>
              <w:t xml:space="preserve">five per </w:t>
            </w:r>
            <w:r w:rsidRPr="005675DC">
              <w:rPr>
                <w:rFonts w:cs="Times New Roman"/>
                <w:spacing w:val="-2"/>
              </w:rPr>
              <w:t>hectare</w:t>
            </w:r>
          </w:p>
          <w:p w14:paraId="73228A5A" w14:textId="77777777" w:rsidR="0003387C" w:rsidRPr="005675DC" w:rsidRDefault="0003387C" w:rsidP="0003387C">
            <w:pPr>
              <w:widowControl w:val="0"/>
              <w:numPr>
                <w:ilvl w:val="0"/>
                <w:numId w:val="11"/>
              </w:numPr>
              <w:tabs>
                <w:tab w:val="left" w:pos="379"/>
              </w:tabs>
              <w:autoSpaceDE w:val="0"/>
              <w:autoSpaceDN w:val="0"/>
              <w:spacing w:after="0" w:line="240" w:lineRule="auto"/>
              <w:rPr>
                <w:rFonts w:cs="Times New Roman"/>
              </w:rPr>
            </w:pPr>
            <w:r w:rsidRPr="005675DC">
              <w:rPr>
                <w:rFonts w:cs="Times New Roman"/>
              </w:rPr>
              <w:t>Yellow</w:t>
            </w:r>
            <w:r w:rsidRPr="005675DC">
              <w:rPr>
                <w:rFonts w:cs="Times New Roman"/>
                <w:spacing w:val="-3"/>
              </w:rPr>
              <w:t xml:space="preserve"> </w:t>
            </w:r>
            <w:r w:rsidRPr="005675DC">
              <w:rPr>
                <w:rFonts w:cs="Times New Roman"/>
              </w:rPr>
              <w:t>sticky</w:t>
            </w:r>
            <w:r w:rsidRPr="005675DC">
              <w:rPr>
                <w:rFonts w:cs="Times New Roman"/>
                <w:spacing w:val="-1"/>
              </w:rPr>
              <w:t xml:space="preserve"> </w:t>
            </w:r>
            <w:r w:rsidRPr="005675DC">
              <w:rPr>
                <w:rFonts w:cs="Times New Roman"/>
              </w:rPr>
              <w:t>traps</w:t>
            </w:r>
            <w:r w:rsidRPr="005675DC">
              <w:rPr>
                <w:rFonts w:cs="Times New Roman"/>
                <w:spacing w:val="-3"/>
              </w:rPr>
              <w:t xml:space="preserve"> </w:t>
            </w:r>
            <w:r w:rsidRPr="005675DC">
              <w:rPr>
                <w:rFonts w:cs="Times New Roman"/>
              </w:rPr>
              <w:t>15</w:t>
            </w:r>
            <w:r w:rsidRPr="005675DC">
              <w:rPr>
                <w:rFonts w:cs="Times New Roman"/>
                <w:spacing w:val="-1"/>
              </w:rPr>
              <w:t xml:space="preserve"> </w:t>
            </w:r>
            <w:r w:rsidRPr="005675DC">
              <w:rPr>
                <w:rFonts w:cs="Times New Roman"/>
              </w:rPr>
              <w:t>per</w:t>
            </w:r>
            <w:r w:rsidRPr="005675DC">
              <w:rPr>
                <w:rFonts w:cs="Times New Roman"/>
                <w:spacing w:val="3"/>
              </w:rPr>
              <w:t xml:space="preserve"> </w:t>
            </w:r>
            <w:r w:rsidRPr="005675DC">
              <w:rPr>
                <w:rFonts w:cs="Times New Roman"/>
                <w:spacing w:val="-2"/>
              </w:rPr>
              <w:t>hectare</w:t>
            </w:r>
          </w:p>
          <w:p w14:paraId="0F2289FF" w14:textId="77777777" w:rsidR="0003387C" w:rsidRPr="005675DC" w:rsidRDefault="0003387C" w:rsidP="0003387C">
            <w:pPr>
              <w:widowControl w:val="0"/>
              <w:numPr>
                <w:ilvl w:val="0"/>
                <w:numId w:val="11"/>
              </w:numPr>
              <w:tabs>
                <w:tab w:val="left" w:pos="379"/>
              </w:tabs>
              <w:autoSpaceDE w:val="0"/>
              <w:autoSpaceDN w:val="0"/>
              <w:spacing w:after="0" w:line="240" w:lineRule="auto"/>
              <w:ind w:right="97"/>
              <w:rPr>
                <w:rFonts w:cs="Times New Roman"/>
              </w:rPr>
            </w:pPr>
            <w:r w:rsidRPr="005675DC">
              <w:rPr>
                <w:rFonts w:cs="Times New Roman"/>
              </w:rPr>
              <w:t xml:space="preserve">Azadirachtin 10,000 ppm at 1.0 ml/l + </w:t>
            </w:r>
            <w:proofErr w:type="spellStart"/>
            <w:r w:rsidRPr="005675DC">
              <w:rPr>
                <w:rFonts w:cs="Times New Roman"/>
                <w:i/>
              </w:rPr>
              <w:t>Lecanicillium</w:t>
            </w:r>
            <w:proofErr w:type="spellEnd"/>
            <w:r w:rsidRPr="005675DC">
              <w:rPr>
                <w:rFonts w:cs="Times New Roman"/>
                <w:i/>
                <w:spacing w:val="-1"/>
              </w:rPr>
              <w:t xml:space="preserve"> </w:t>
            </w:r>
            <w:proofErr w:type="spellStart"/>
            <w:r w:rsidRPr="005675DC">
              <w:rPr>
                <w:rFonts w:cs="Times New Roman"/>
                <w:i/>
              </w:rPr>
              <w:t>lecanii</w:t>
            </w:r>
            <w:proofErr w:type="spellEnd"/>
            <w:r w:rsidRPr="005675DC">
              <w:rPr>
                <w:rFonts w:cs="Times New Roman"/>
                <w:i/>
              </w:rPr>
              <w:t xml:space="preserve"> </w:t>
            </w:r>
            <w:r w:rsidRPr="005675DC">
              <w:rPr>
                <w:rFonts w:cs="Times New Roman"/>
              </w:rPr>
              <w:t>(1×10</w:t>
            </w:r>
            <w:r w:rsidRPr="005675DC">
              <w:rPr>
                <w:rFonts w:cs="Times New Roman"/>
                <w:vertAlign w:val="superscript"/>
              </w:rPr>
              <w:t>8</w:t>
            </w:r>
            <w:r w:rsidRPr="005675DC">
              <w:rPr>
                <w:rFonts w:cs="Times New Roman"/>
              </w:rPr>
              <w:t xml:space="preserve"> CFU/g) at 5 </w:t>
            </w:r>
            <w:r w:rsidRPr="005675DC">
              <w:rPr>
                <w:rFonts w:cs="Times New Roman"/>
                <w:spacing w:val="-4"/>
              </w:rPr>
              <w:t>g/l</w:t>
            </w:r>
          </w:p>
          <w:p w14:paraId="3B14B34F" w14:textId="77777777" w:rsidR="0003387C" w:rsidRPr="005675DC" w:rsidRDefault="0003387C" w:rsidP="0003387C">
            <w:pPr>
              <w:widowControl w:val="0"/>
              <w:numPr>
                <w:ilvl w:val="0"/>
                <w:numId w:val="11"/>
              </w:numPr>
              <w:tabs>
                <w:tab w:val="left" w:pos="515"/>
              </w:tabs>
              <w:autoSpaceDE w:val="0"/>
              <w:autoSpaceDN w:val="0"/>
              <w:spacing w:after="0" w:line="240" w:lineRule="auto"/>
              <w:ind w:left="515" w:hanging="388"/>
              <w:rPr>
                <w:rFonts w:cs="Times New Roman"/>
              </w:rPr>
            </w:pPr>
            <w:proofErr w:type="spellStart"/>
            <w:r w:rsidRPr="005675DC">
              <w:rPr>
                <w:rFonts w:cs="Times New Roman"/>
              </w:rPr>
              <w:t>Tolfenpyrad</w:t>
            </w:r>
            <w:proofErr w:type="spellEnd"/>
            <w:r w:rsidRPr="005675DC">
              <w:rPr>
                <w:rFonts w:cs="Times New Roman"/>
              </w:rPr>
              <w:t xml:space="preserve"> 15</w:t>
            </w:r>
            <w:r w:rsidRPr="005675DC">
              <w:rPr>
                <w:rFonts w:cs="Times New Roman"/>
                <w:spacing w:val="-5"/>
              </w:rPr>
              <w:t xml:space="preserve"> </w:t>
            </w:r>
            <w:r w:rsidRPr="005675DC">
              <w:rPr>
                <w:rFonts w:cs="Times New Roman"/>
              </w:rPr>
              <w:t>EC at 1.5</w:t>
            </w:r>
            <w:r w:rsidRPr="005675DC">
              <w:rPr>
                <w:rFonts w:cs="Times New Roman"/>
                <w:spacing w:val="-4"/>
              </w:rPr>
              <w:t xml:space="preserve"> ml/l</w:t>
            </w:r>
          </w:p>
          <w:p w14:paraId="242FB5F7" w14:textId="77777777" w:rsidR="0003387C" w:rsidRPr="005675DC" w:rsidRDefault="0003387C" w:rsidP="0003387C">
            <w:pPr>
              <w:widowControl w:val="0"/>
              <w:numPr>
                <w:ilvl w:val="0"/>
                <w:numId w:val="11"/>
              </w:numPr>
              <w:tabs>
                <w:tab w:val="left" w:pos="499"/>
              </w:tabs>
              <w:autoSpaceDE w:val="0"/>
              <w:autoSpaceDN w:val="0"/>
              <w:spacing w:after="0" w:line="240" w:lineRule="auto"/>
              <w:ind w:left="499" w:hanging="372"/>
              <w:rPr>
                <w:rFonts w:cs="Times New Roman"/>
              </w:rPr>
            </w:pPr>
            <w:r w:rsidRPr="005675DC">
              <w:rPr>
                <w:rFonts w:cs="Times New Roman"/>
              </w:rPr>
              <w:t>Thiamethoxam</w:t>
            </w:r>
            <w:r w:rsidRPr="005675DC">
              <w:rPr>
                <w:rFonts w:cs="Times New Roman"/>
                <w:spacing w:val="-3"/>
              </w:rPr>
              <w:t xml:space="preserve"> </w:t>
            </w:r>
            <w:r w:rsidRPr="005675DC">
              <w:rPr>
                <w:rFonts w:cs="Times New Roman"/>
              </w:rPr>
              <w:t>25 WG</w:t>
            </w:r>
            <w:r w:rsidRPr="005675DC">
              <w:rPr>
                <w:rFonts w:cs="Times New Roman"/>
                <w:spacing w:val="-2"/>
              </w:rPr>
              <w:t xml:space="preserve"> </w:t>
            </w:r>
            <w:r w:rsidRPr="005675DC">
              <w:rPr>
                <w:rFonts w:cs="Times New Roman"/>
              </w:rPr>
              <w:t xml:space="preserve">at 0.2 </w:t>
            </w:r>
            <w:r w:rsidRPr="005675DC">
              <w:rPr>
                <w:rFonts w:cs="Times New Roman"/>
                <w:spacing w:val="-5"/>
              </w:rPr>
              <w:t>g/l</w:t>
            </w:r>
          </w:p>
          <w:p w14:paraId="55649D85" w14:textId="77777777" w:rsidR="0003387C" w:rsidRPr="005675DC" w:rsidRDefault="0003387C" w:rsidP="0003387C">
            <w:pPr>
              <w:widowControl w:val="0"/>
              <w:numPr>
                <w:ilvl w:val="0"/>
                <w:numId w:val="11"/>
              </w:numPr>
              <w:tabs>
                <w:tab w:val="left" w:pos="498"/>
              </w:tabs>
              <w:autoSpaceDE w:val="0"/>
              <w:autoSpaceDN w:val="0"/>
              <w:spacing w:after="0" w:line="240" w:lineRule="auto"/>
              <w:ind w:left="498" w:hanging="371"/>
              <w:rPr>
                <w:rFonts w:cs="Times New Roman"/>
              </w:rPr>
            </w:pPr>
            <w:r w:rsidRPr="005675DC">
              <w:rPr>
                <w:rFonts w:cs="Times New Roman"/>
              </w:rPr>
              <w:t>Cyantraniliprole</w:t>
            </w:r>
            <w:r w:rsidRPr="005675DC">
              <w:rPr>
                <w:rFonts w:cs="Times New Roman"/>
                <w:spacing w:val="-1"/>
              </w:rPr>
              <w:t xml:space="preserve"> </w:t>
            </w:r>
            <w:r w:rsidRPr="005675DC">
              <w:rPr>
                <w:rFonts w:cs="Times New Roman"/>
              </w:rPr>
              <w:t>10.26</w:t>
            </w:r>
            <w:r w:rsidRPr="005675DC">
              <w:rPr>
                <w:rFonts w:cs="Times New Roman"/>
                <w:spacing w:val="-1"/>
              </w:rPr>
              <w:t xml:space="preserve"> </w:t>
            </w:r>
            <w:r w:rsidRPr="005675DC">
              <w:rPr>
                <w:rFonts w:cs="Times New Roman"/>
              </w:rPr>
              <w:t>OD</w:t>
            </w:r>
            <w:r w:rsidRPr="005675DC">
              <w:rPr>
                <w:rFonts w:cs="Times New Roman"/>
                <w:spacing w:val="-2"/>
              </w:rPr>
              <w:t xml:space="preserve"> </w:t>
            </w:r>
            <w:r w:rsidRPr="005675DC">
              <w:rPr>
                <w:rFonts w:cs="Times New Roman"/>
              </w:rPr>
              <w:t>at</w:t>
            </w:r>
            <w:r w:rsidRPr="005675DC">
              <w:rPr>
                <w:rFonts w:cs="Times New Roman"/>
                <w:spacing w:val="-1"/>
              </w:rPr>
              <w:t xml:space="preserve"> </w:t>
            </w:r>
            <w:r w:rsidRPr="005675DC">
              <w:rPr>
                <w:rFonts w:cs="Times New Roman"/>
              </w:rPr>
              <w:t>1.0</w:t>
            </w:r>
            <w:r w:rsidRPr="005675DC">
              <w:rPr>
                <w:rFonts w:cs="Times New Roman"/>
                <w:spacing w:val="-1"/>
              </w:rPr>
              <w:t xml:space="preserve"> </w:t>
            </w:r>
            <w:r w:rsidRPr="005675DC">
              <w:rPr>
                <w:rFonts w:cs="Times New Roman"/>
                <w:spacing w:val="-4"/>
              </w:rPr>
              <w:t>ml/l</w:t>
            </w:r>
          </w:p>
          <w:p w14:paraId="0FFBDA86" w14:textId="77777777" w:rsidR="0003387C" w:rsidRPr="005675DC" w:rsidRDefault="0003387C" w:rsidP="0003387C">
            <w:pPr>
              <w:widowControl w:val="0"/>
              <w:numPr>
                <w:ilvl w:val="0"/>
                <w:numId w:val="11"/>
              </w:numPr>
              <w:tabs>
                <w:tab w:val="left" w:pos="487"/>
              </w:tabs>
              <w:autoSpaceDE w:val="0"/>
              <w:autoSpaceDN w:val="0"/>
              <w:spacing w:after="0" w:line="255" w:lineRule="exact"/>
              <w:ind w:left="487"/>
              <w:rPr>
                <w:rFonts w:cs="Times New Roman"/>
              </w:rPr>
            </w:pPr>
            <w:r w:rsidRPr="005675DC">
              <w:rPr>
                <w:rFonts w:cs="Times New Roman"/>
              </w:rPr>
              <w:t>Chlorantraniliprole</w:t>
            </w:r>
            <w:r w:rsidRPr="005675DC">
              <w:rPr>
                <w:rFonts w:cs="Times New Roman"/>
                <w:spacing w:val="-1"/>
              </w:rPr>
              <w:t xml:space="preserve"> </w:t>
            </w:r>
            <w:r w:rsidRPr="005675DC">
              <w:rPr>
                <w:rFonts w:cs="Times New Roman"/>
              </w:rPr>
              <w:t>18.5</w:t>
            </w:r>
            <w:r w:rsidRPr="005675DC">
              <w:rPr>
                <w:rFonts w:cs="Times New Roman"/>
                <w:spacing w:val="-2"/>
              </w:rPr>
              <w:t xml:space="preserve"> </w:t>
            </w:r>
            <w:r w:rsidRPr="005675DC">
              <w:rPr>
                <w:rFonts w:cs="Times New Roman"/>
              </w:rPr>
              <w:t>SC</w:t>
            </w:r>
            <w:r w:rsidRPr="005675DC">
              <w:rPr>
                <w:rFonts w:cs="Times New Roman"/>
                <w:spacing w:val="-1"/>
              </w:rPr>
              <w:t xml:space="preserve"> </w:t>
            </w:r>
            <w:r w:rsidRPr="005675DC">
              <w:rPr>
                <w:rFonts w:cs="Times New Roman"/>
              </w:rPr>
              <w:t>at</w:t>
            </w:r>
            <w:r w:rsidRPr="005675DC">
              <w:rPr>
                <w:rFonts w:cs="Times New Roman"/>
                <w:spacing w:val="-2"/>
              </w:rPr>
              <w:t xml:space="preserve"> </w:t>
            </w:r>
            <w:r w:rsidRPr="005675DC">
              <w:rPr>
                <w:rFonts w:cs="Times New Roman"/>
              </w:rPr>
              <w:t>0.2</w:t>
            </w:r>
            <w:r w:rsidRPr="005675DC">
              <w:rPr>
                <w:rFonts w:cs="Times New Roman"/>
                <w:spacing w:val="-6"/>
              </w:rPr>
              <w:t xml:space="preserve"> </w:t>
            </w:r>
            <w:r w:rsidRPr="005675DC">
              <w:rPr>
                <w:rFonts w:cs="Times New Roman"/>
                <w:spacing w:val="-4"/>
              </w:rPr>
              <w:t>ml/l</w:t>
            </w:r>
          </w:p>
        </w:tc>
      </w:tr>
      <w:tr w:rsidR="0003387C" w:rsidRPr="005675DC" w14:paraId="668B3259" w14:textId="77777777" w:rsidTr="00685DD7">
        <w:trPr>
          <w:trHeight w:val="549"/>
        </w:trPr>
        <w:tc>
          <w:tcPr>
            <w:tcW w:w="644" w:type="dxa"/>
          </w:tcPr>
          <w:p w14:paraId="7930019C" w14:textId="77777777" w:rsidR="0003387C" w:rsidRPr="005675DC" w:rsidRDefault="0003387C" w:rsidP="0003387C">
            <w:pPr>
              <w:widowControl w:val="0"/>
              <w:autoSpaceDE w:val="0"/>
              <w:autoSpaceDN w:val="0"/>
              <w:spacing w:before="141" w:after="0" w:line="240" w:lineRule="auto"/>
              <w:jc w:val="center"/>
              <w:rPr>
                <w:rFonts w:cs="Times New Roman"/>
                <w:b/>
                <w:sz w:val="16"/>
              </w:rPr>
            </w:pPr>
            <w:r w:rsidRPr="005675DC">
              <w:rPr>
                <w:rFonts w:cs="Times New Roman"/>
                <w:b/>
                <w:spacing w:val="-5"/>
                <w:position w:val="1"/>
              </w:rPr>
              <w:t>M</w:t>
            </w:r>
            <w:r w:rsidRPr="005675DC">
              <w:rPr>
                <w:rFonts w:cs="Times New Roman"/>
                <w:b/>
                <w:spacing w:val="-5"/>
                <w:sz w:val="16"/>
              </w:rPr>
              <w:t>3</w:t>
            </w:r>
          </w:p>
        </w:tc>
        <w:tc>
          <w:tcPr>
            <w:tcW w:w="1952" w:type="dxa"/>
          </w:tcPr>
          <w:p w14:paraId="41BABABA" w14:textId="77777777" w:rsidR="0003387C" w:rsidRPr="005675DC" w:rsidRDefault="0003387C" w:rsidP="0003387C">
            <w:pPr>
              <w:widowControl w:val="0"/>
              <w:autoSpaceDE w:val="0"/>
              <w:autoSpaceDN w:val="0"/>
              <w:spacing w:after="0" w:line="270" w:lineRule="atLeast"/>
              <w:ind w:left="706" w:hanging="492"/>
              <w:rPr>
                <w:rFonts w:cs="Times New Roman"/>
                <w:b/>
              </w:rPr>
            </w:pPr>
            <w:r w:rsidRPr="005675DC">
              <w:rPr>
                <w:rFonts w:cs="Times New Roman"/>
                <w:b/>
                <w:spacing w:val="-2"/>
              </w:rPr>
              <w:t>Recommended plant</w:t>
            </w:r>
          </w:p>
        </w:tc>
        <w:tc>
          <w:tcPr>
            <w:tcW w:w="8274" w:type="dxa"/>
          </w:tcPr>
          <w:p w14:paraId="339A518E" w14:textId="77777777" w:rsidR="0003387C" w:rsidRPr="005675DC" w:rsidRDefault="0003387C" w:rsidP="0003387C">
            <w:pPr>
              <w:widowControl w:val="0"/>
              <w:numPr>
                <w:ilvl w:val="0"/>
                <w:numId w:val="10"/>
              </w:numPr>
              <w:tabs>
                <w:tab w:val="left" w:pos="343"/>
              </w:tabs>
              <w:autoSpaceDE w:val="0"/>
              <w:autoSpaceDN w:val="0"/>
              <w:spacing w:before="3" w:after="0" w:line="240" w:lineRule="auto"/>
              <w:rPr>
                <w:rFonts w:cs="Times New Roman"/>
              </w:rPr>
            </w:pPr>
            <w:r w:rsidRPr="005675DC">
              <w:rPr>
                <w:rFonts w:cs="Times New Roman"/>
              </w:rPr>
              <w:t>Dimethoate</w:t>
            </w:r>
            <w:r w:rsidRPr="005675DC">
              <w:rPr>
                <w:rFonts w:cs="Times New Roman"/>
                <w:spacing w:val="-2"/>
              </w:rPr>
              <w:t xml:space="preserve"> </w:t>
            </w:r>
            <w:r w:rsidRPr="005675DC">
              <w:rPr>
                <w:rFonts w:cs="Times New Roman"/>
              </w:rPr>
              <w:t>30 EC</w:t>
            </w:r>
            <w:r w:rsidRPr="005675DC">
              <w:rPr>
                <w:rFonts w:cs="Times New Roman"/>
                <w:spacing w:val="-6"/>
              </w:rPr>
              <w:t xml:space="preserve"> </w:t>
            </w:r>
            <w:r w:rsidRPr="005675DC">
              <w:rPr>
                <w:rFonts w:cs="Times New Roman"/>
              </w:rPr>
              <w:t xml:space="preserve">at 1.7 </w:t>
            </w:r>
            <w:r w:rsidRPr="005675DC">
              <w:rPr>
                <w:rFonts w:cs="Times New Roman"/>
                <w:spacing w:val="-4"/>
              </w:rPr>
              <w:t>ml/l</w:t>
            </w:r>
          </w:p>
          <w:p w14:paraId="42378236" w14:textId="77777777" w:rsidR="0003387C" w:rsidRPr="005675DC" w:rsidRDefault="0003387C" w:rsidP="0003387C">
            <w:pPr>
              <w:widowControl w:val="0"/>
              <w:numPr>
                <w:ilvl w:val="0"/>
                <w:numId w:val="10"/>
              </w:numPr>
              <w:tabs>
                <w:tab w:val="left" w:pos="343"/>
              </w:tabs>
              <w:autoSpaceDE w:val="0"/>
              <w:autoSpaceDN w:val="0"/>
              <w:spacing w:after="0" w:line="251" w:lineRule="exact"/>
              <w:rPr>
                <w:rFonts w:cs="Times New Roman"/>
              </w:rPr>
            </w:pPr>
            <w:r w:rsidRPr="005675DC">
              <w:rPr>
                <w:rFonts w:cs="Times New Roman"/>
              </w:rPr>
              <w:t>Imidacloprid</w:t>
            </w:r>
            <w:r w:rsidRPr="005675DC">
              <w:rPr>
                <w:rFonts w:cs="Times New Roman"/>
                <w:spacing w:val="-1"/>
              </w:rPr>
              <w:t xml:space="preserve"> </w:t>
            </w:r>
            <w:r w:rsidRPr="005675DC">
              <w:rPr>
                <w:rFonts w:cs="Times New Roman"/>
              </w:rPr>
              <w:t>17.8</w:t>
            </w:r>
            <w:r w:rsidRPr="005675DC">
              <w:rPr>
                <w:rFonts w:cs="Times New Roman"/>
                <w:spacing w:val="-1"/>
              </w:rPr>
              <w:t xml:space="preserve"> </w:t>
            </w:r>
            <w:r w:rsidRPr="005675DC">
              <w:rPr>
                <w:rFonts w:cs="Times New Roman"/>
              </w:rPr>
              <w:t>SL at</w:t>
            </w:r>
            <w:r w:rsidRPr="005675DC">
              <w:rPr>
                <w:rFonts w:cs="Times New Roman"/>
                <w:spacing w:val="-1"/>
              </w:rPr>
              <w:t xml:space="preserve"> </w:t>
            </w:r>
            <w:r w:rsidRPr="005675DC">
              <w:rPr>
                <w:rFonts w:cs="Times New Roman"/>
              </w:rPr>
              <w:t>0.3</w:t>
            </w:r>
            <w:r w:rsidRPr="005675DC">
              <w:rPr>
                <w:rFonts w:cs="Times New Roman"/>
                <w:spacing w:val="-1"/>
              </w:rPr>
              <w:t xml:space="preserve"> </w:t>
            </w:r>
            <w:r w:rsidRPr="005675DC">
              <w:rPr>
                <w:rFonts w:cs="Times New Roman"/>
                <w:spacing w:val="-4"/>
              </w:rPr>
              <w:t>ml/l</w:t>
            </w:r>
          </w:p>
        </w:tc>
      </w:tr>
    </w:tbl>
    <w:p w14:paraId="05176D48" w14:textId="77777777" w:rsidR="00653362" w:rsidRPr="005675DC" w:rsidRDefault="00653362">
      <w:pPr>
        <w:spacing w:after="160"/>
        <w:jc w:val="cente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
        <w:gridCol w:w="1952"/>
        <w:gridCol w:w="8274"/>
      </w:tblGrid>
      <w:tr w:rsidR="0003387C" w:rsidRPr="005675DC" w14:paraId="2814B374" w14:textId="77777777" w:rsidTr="00685DD7">
        <w:trPr>
          <w:trHeight w:val="1930"/>
        </w:trPr>
        <w:tc>
          <w:tcPr>
            <w:tcW w:w="644" w:type="dxa"/>
          </w:tcPr>
          <w:p w14:paraId="6EC81AAD" w14:textId="77777777" w:rsidR="0003387C" w:rsidRPr="005675DC" w:rsidRDefault="0003387C" w:rsidP="0003387C">
            <w:pPr>
              <w:widowControl w:val="0"/>
              <w:autoSpaceDE w:val="0"/>
              <w:autoSpaceDN w:val="0"/>
              <w:spacing w:after="0" w:line="240" w:lineRule="auto"/>
              <w:rPr>
                <w:rFonts w:cs="Times New Roman"/>
                <w:sz w:val="22"/>
              </w:rPr>
            </w:pPr>
          </w:p>
        </w:tc>
        <w:tc>
          <w:tcPr>
            <w:tcW w:w="1952" w:type="dxa"/>
          </w:tcPr>
          <w:p w14:paraId="0DB44F8B" w14:textId="77777777" w:rsidR="0003387C" w:rsidRPr="005675DC" w:rsidRDefault="0003387C" w:rsidP="0003387C">
            <w:pPr>
              <w:widowControl w:val="0"/>
              <w:autoSpaceDE w:val="0"/>
              <w:autoSpaceDN w:val="0"/>
              <w:spacing w:after="0" w:line="275" w:lineRule="exact"/>
              <w:ind w:left="8"/>
              <w:jc w:val="center"/>
              <w:rPr>
                <w:rFonts w:cs="Times New Roman"/>
                <w:b/>
              </w:rPr>
            </w:pPr>
            <w:r w:rsidRPr="005675DC">
              <w:rPr>
                <w:rFonts w:cs="Times New Roman"/>
                <w:b/>
                <w:spacing w:val="-2"/>
              </w:rPr>
              <w:t>protection</w:t>
            </w:r>
          </w:p>
        </w:tc>
        <w:tc>
          <w:tcPr>
            <w:tcW w:w="8274" w:type="dxa"/>
          </w:tcPr>
          <w:p w14:paraId="595C422A" w14:textId="77777777" w:rsidR="0003387C" w:rsidRPr="005675DC" w:rsidRDefault="0003387C" w:rsidP="0003387C">
            <w:pPr>
              <w:widowControl w:val="0"/>
              <w:numPr>
                <w:ilvl w:val="0"/>
                <w:numId w:val="13"/>
              </w:numPr>
              <w:tabs>
                <w:tab w:val="left" w:pos="343"/>
              </w:tabs>
              <w:autoSpaceDE w:val="0"/>
              <w:autoSpaceDN w:val="0"/>
              <w:spacing w:after="0" w:line="275" w:lineRule="exact"/>
              <w:rPr>
                <w:rFonts w:cs="Times New Roman"/>
              </w:rPr>
            </w:pPr>
            <w:r w:rsidRPr="005675DC">
              <w:rPr>
                <w:rFonts w:cs="Times New Roman"/>
              </w:rPr>
              <w:t>Thiamethoxam</w:t>
            </w:r>
            <w:r w:rsidRPr="005675DC">
              <w:rPr>
                <w:rFonts w:cs="Times New Roman"/>
                <w:spacing w:val="-3"/>
              </w:rPr>
              <w:t xml:space="preserve"> </w:t>
            </w:r>
            <w:r w:rsidRPr="005675DC">
              <w:rPr>
                <w:rFonts w:cs="Times New Roman"/>
              </w:rPr>
              <w:t>25</w:t>
            </w:r>
            <w:r w:rsidRPr="005675DC">
              <w:rPr>
                <w:rFonts w:cs="Times New Roman"/>
                <w:spacing w:val="-2"/>
              </w:rPr>
              <w:t xml:space="preserve"> </w:t>
            </w:r>
            <w:r w:rsidRPr="005675DC">
              <w:rPr>
                <w:rFonts w:cs="Times New Roman"/>
              </w:rPr>
              <w:t>WG</w:t>
            </w:r>
            <w:r w:rsidRPr="005675DC">
              <w:rPr>
                <w:rFonts w:cs="Times New Roman"/>
                <w:spacing w:val="-2"/>
              </w:rPr>
              <w:t xml:space="preserve"> </w:t>
            </w:r>
            <w:r w:rsidRPr="005675DC">
              <w:rPr>
                <w:rFonts w:cs="Times New Roman"/>
              </w:rPr>
              <w:t>at</w:t>
            </w:r>
            <w:r w:rsidRPr="005675DC">
              <w:rPr>
                <w:rFonts w:cs="Times New Roman"/>
                <w:spacing w:val="-1"/>
              </w:rPr>
              <w:t xml:space="preserve"> </w:t>
            </w:r>
            <w:r w:rsidRPr="005675DC">
              <w:rPr>
                <w:rFonts w:cs="Times New Roman"/>
              </w:rPr>
              <w:t>0.2</w:t>
            </w:r>
            <w:r w:rsidRPr="005675DC">
              <w:rPr>
                <w:rFonts w:cs="Times New Roman"/>
                <w:spacing w:val="-1"/>
              </w:rPr>
              <w:t xml:space="preserve"> </w:t>
            </w:r>
            <w:r w:rsidRPr="005675DC">
              <w:rPr>
                <w:rFonts w:cs="Times New Roman"/>
                <w:spacing w:val="-5"/>
              </w:rPr>
              <w:t>g/l</w:t>
            </w:r>
          </w:p>
          <w:p w14:paraId="436327B7" w14:textId="77777777" w:rsidR="0003387C" w:rsidRPr="005675DC" w:rsidRDefault="0003387C" w:rsidP="0003387C">
            <w:pPr>
              <w:widowControl w:val="0"/>
              <w:numPr>
                <w:ilvl w:val="0"/>
                <w:numId w:val="13"/>
              </w:numPr>
              <w:tabs>
                <w:tab w:val="left" w:pos="343"/>
              </w:tabs>
              <w:autoSpaceDE w:val="0"/>
              <w:autoSpaceDN w:val="0"/>
              <w:spacing w:after="0" w:line="240" w:lineRule="auto"/>
              <w:rPr>
                <w:rFonts w:cs="Times New Roman"/>
              </w:rPr>
            </w:pPr>
            <w:proofErr w:type="spellStart"/>
            <w:r w:rsidRPr="005675DC">
              <w:rPr>
                <w:rFonts w:cs="Times New Roman"/>
              </w:rPr>
              <w:t>Acephate</w:t>
            </w:r>
            <w:proofErr w:type="spellEnd"/>
            <w:r w:rsidRPr="005675DC">
              <w:rPr>
                <w:rFonts w:cs="Times New Roman"/>
                <w:spacing w:val="1"/>
              </w:rPr>
              <w:t xml:space="preserve"> </w:t>
            </w:r>
            <w:r w:rsidRPr="005675DC">
              <w:rPr>
                <w:rFonts w:cs="Times New Roman"/>
              </w:rPr>
              <w:t>75 SP</w:t>
            </w:r>
            <w:r w:rsidRPr="005675DC">
              <w:rPr>
                <w:rFonts w:cs="Times New Roman"/>
                <w:spacing w:val="-2"/>
              </w:rPr>
              <w:t xml:space="preserve"> </w:t>
            </w:r>
            <w:r w:rsidRPr="005675DC">
              <w:rPr>
                <w:rFonts w:cs="Times New Roman"/>
              </w:rPr>
              <w:t xml:space="preserve">at 1.0 </w:t>
            </w:r>
            <w:r w:rsidRPr="005675DC">
              <w:rPr>
                <w:rFonts w:cs="Times New Roman"/>
                <w:spacing w:val="-5"/>
              </w:rPr>
              <w:t>g/l</w:t>
            </w:r>
          </w:p>
          <w:p w14:paraId="4DF764E2" w14:textId="77777777" w:rsidR="0003387C" w:rsidRPr="005675DC" w:rsidRDefault="0003387C" w:rsidP="0003387C">
            <w:pPr>
              <w:widowControl w:val="0"/>
              <w:numPr>
                <w:ilvl w:val="0"/>
                <w:numId w:val="13"/>
              </w:numPr>
              <w:tabs>
                <w:tab w:val="left" w:pos="343"/>
              </w:tabs>
              <w:autoSpaceDE w:val="0"/>
              <w:autoSpaceDN w:val="0"/>
              <w:spacing w:after="0" w:line="240" w:lineRule="auto"/>
              <w:rPr>
                <w:rFonts w:cs="Times New Roman"/>
              </w:rPr>
            </w:pPr>
            <w:r w:rsidRPr="005675DC">
              <w:rPr>
                <w:rFonts w:cs="Times New Roman"/>
              </w:rPr>
              <w:t>Acetamiprid</w:t>
            </w:r>
            <w:r w:rsidRPr="005675DC">
              <w:rPr>
                <w:rFonts w:cs="Times New Roman"/>
                <w:spacing w:val="-1"/>
              </w:rPr>
              <w:t xml:space="preserve"> </w:t>
            </w:r>
            <w:r w:rsidRPr="005675DC">
              <w:rPr>
                <w:rFonts w:cs="Times New Roman"/>
              </w:rPr>
              <w:t>20 SP</w:t>
            </w:r>
            <w:r w:rsidRPr="005675DC">
              <w:rPr>
                <w:rFonts w:cs="Times New Roman"/>
                <w:spacing w:val="-3"/>
              </w:rPr>
              <w:t xml:space="preserve"> </w:t>
            </w:r>
            <w:r w:rsidRPr="005675DC">
              <w:rPr>
                <w:rFonts w:cs="Times New Roman"/>
              </w:rPr>
              <w:t xml:space="preserve">at 0.2 </w:t>
            </w:r>
            <w:r w:rsidRPr="005675DC">
              <w:rPr>
                <w:rFonts w:cs="Times New Roman"/>
                <w:spacing w:val="-4"/>
              </w:rPr>
              <w:t>ml/l</w:t>
            </w:r>
          </w:p>
          <w:p w14:paraId="26E5FDEE" w14:textId="77777777" w:rsidR="0003387C" w:rsidRPr="005675DC" w:rsidRDefault="0003387C" w:rsidP="0003387C">
            <w:pPr>
              <w:widowControl w:val="0"/>
              <w:numPr>
                <w:ilvl w:val="0"/>
                <w:numId w:val="13"/>
              </w:numPr>
              <w:tabs>
                <w:tab w:val="left" w:pos="343"/>
              </w:tabs>
              <w:autoSpaceDE w:val="0"/>
              <w:autoSpaceDN w:val="0"/>
              <w:spacing w:after="0" w:line="240" w:lineRule="auto"/>
              <w:rPr>
                <w:rFonts w:cs="Times New Roman"/>
              </w:rPr>
            </w:pPr>
            <w:proofErr w:type="spellStart"/>
            <w:r w:rsidRPr="005675DC">
              <w:rPr>
                <w:rFonts w:cs="Times New Roman"/>
              </w:rPr>
              <w:t>Profenophos</w:t>
            </w:r>
            <w:proofErr w:type="spellEnd"/>
            <w:r w:rsidRPr="005675DC">
              <w:rPr>
                <w:rFonts w:cs="Times New Roman"/>
                <w:spacing w:val="-2"/>
              </w:rPr>
              <w:t xml:space="preserve"> </w:t>
            </w:r>
            <w:r w:rsidRPr="005675DC">
              <w:rPr>
                <w:rFonts w:cs="Times New Roman"/>
              </w:rPr>
              <w:t>50 EC at 2.0</w:t>
            </w:r>
            <w:r w:rsidRPr="005675DC">
              <w:rPr>
                <w:rFonts w:cs="Times New Roman"/>
                <w:spacing w:val="1"/>
              </w:rPr>
              <w:t xml:space="preserve"> </w:t>
            </w:r>
            <w:r w:rsidRPr="005675DC">
              <w:rPr>
                <w:rFonts w:cs="Times New Roman"/>
                <w:spacing w:val="-4"/>
              </w:rPr>
              <w:t>ml/l</w:t>
            </w:r>
          </w:p>
          <w:p w14:paraId="604B6668" w14:textId="77777777" w:rsidR="0003387C" w:rsidRPr="005675DC" w:rsidRDefault="0003387C" w:rsidP="0003387C">
            <w:pPr>
              <w:widowControl w:val="0"/>
              <w:numPr>
                <w:ilvl w:val="0"/>
                <w:numId w:val="13"/>
              </w:numPr>
              <w:tabs>
                <w:tab w:val="left" w:pos="343"/>
              </w:tabs>
              <w:autoSpaceDE w:val="0"/>
              <w:autoSpaceDN w:val="0"/>
              <w:spacing w:after="0" w:line="240" w:lineRule="auto"/>
              <w:rPr>
                <w:rFonts w:cs="Times New Roman"/>
              </w:rPr>
            </w:pPr>
            <w:r w:rsidRPr="005675DC">
              <w:rPr>
                <w:rFonts w:cs="Times New Roman"/>
              </w:rPr>
              <w:t>Quinalphos</w:t>
            </w:r>
            <w:r w:rsidRPr="005675DC">
              <w:rPr>
                <w:rFonts w:cs="Times New Roman"/>
                <w:spacing w:val="-2"/>
              </w:rPr>
              <w:t xml:space="preserve"> </w:t>
            </w:r>
            <w:r w:rsidRPr="005675DC">
              <w:rPr>
                <w:rFonts w:cs="Times New Roman"/>
              </w:rPr>
              <w:t>25 EC at 2.0</w:t>
            </w:r>
            <w:r w:rsidRPr="005675DC">
              <w:rPr>
                <w:rFonts w:cs="Times New Roman"/>
                <w:spacing w:val="-4"/>
              </w:rPr>
              <w:t xml:space="preserve"> ml/l</w:t>
            </w:r>
          </w:p>
          <w:p w14:paraId="47A4808B" w14:textId="77777777" w:rsidR="0003387C" w:rsidRPr="005675DC" w:rsidRDefault="0003387C" w:rsidP="0003387C">
            <w:pPr>
              <w:widowControl w:val="0"/>
              <w:numPr>
                <w:ilvl w:val="0"/>
                <w:numId w:val="13"/>
              </w:numPr>
              <w:tabs>
                <w:tab w:val="left" w:pos="343"/>
              </w:tabs>
              <w:autoSpaceDE w:val="0"/>
              <w:autoSpaceDN w:val="0"/>
              <w:spacing w:after="0" w:line="240" w:lineRule="auto"/>
              <w:rPr>
                <w:rFonts w:cs="Times New Roman"/>
              </w:rPr>
            </w:pPr>
            <w:r w:rsidRPr="005675DC">
              <w:rPr>
                <w:rFonts w:cs="Times New Roman"/>
              </w:rPr>
              <w:t>Spinosad</w:t>
            </w:r>
            <w:r w:rsidRPr="005675DC">
              <w:rPr>
                <w:rFonts w:cs="Times New Roman"/>
                <w:spacing w:val="-3"/>
              </w:rPr>
              <w:t xml:space="preserve"> </w:t>
            </w:r>
            <w:r w:rsidRPr="005675DC">
              <w:rPr>
                <w:rFonts w:cs="Times New Roman"/>
              </w:rPr>
              <w:t>45</w:t>
            </w:r>
            <w:r w:rsidRPr="005675DC">
              <w:rPr>
                <w:rFonts w:cs="Times New Roman"/>
                <w:spacing w:val="-1"/>
              </w:rPr>
              <w:t xml:space="preserve"> </w:t>
            </w:r>
            <w:r w:rsidRPr="005675DC">
              <w:rPr>
                <w:rFonts w:cs="Times New Roman"/>
              </w:rPr>
              <w:t>SC</w:t>
            </w:r>
            <w:r w:rsidRPr="005675DC">
              <w:rPr>
                <w:rFonts w:cs="Times New Roman"/>
                <w:spacing w:val="-1"/>
              </w:rPr>
              <w:t xml:space="preserve"> </w:t>
            </w:r>
            <w:r w:rsidRPr="005675DC">
              <w:rPr>
                <w:rFonts w:cs="Times New Roman"/>
              </w:rPr>
              <w:t>at</w:t>
            </w:r>
            <w:r w:rsidRPr="005675DC">
              <w:rPr>
                <w:rFonts w:cs="Times New Roman"/>
                <w:spacing w:val="-1"/>
              </w:rPr>
              <w:t xml:space="preserve"> </w:t>
            </w:r>
            <w:r w:rsidRPr="005675DC">
              <w:rPr>
                <w:rFonts w:cs="Times New Roman"/>
              </w:rPr>
              <w:t xml:space="preserve">0.2 </w:t>
            </w:r>
            <w:r w:rsidRPr="005675DC">
              <w:rPr>
                <w:rFonts w:cs="Times New Roman"/>
                <w:spacing w:val="-4"/>
              </w:rPr>
              <w:t>ml/l</w:t>
            </w:r>
          </w:p>
          <w:p w14:paraId="0CE42965" w14:textId="77777777" w:rsidR="0003387C" w:rsidRPr="005675DC" w:rsidRDefault="0003387C" w:rsidP="0003387C">
            <w:pPr>
              <w:widowControl w:val="0"/>
              <w:numPr>
                <w:ilvl w:val="0"/>
                <w:numId w:val="13"/>
              </w:numPr>
              <w:tabs>
                <w:tab w:val="left" w:pos="343"/>
              </w:tabs>
              <w:autoSpaceDE w:val="0"/>
              <w:autoSpaceDN w:val="0"/>
              <w:spacing w:after="0" w:line="255" w:lineRule="exact"/>
              <w:rPr>
                <w:rFonts w:cs="Times New Roman"/>
              </w:rPr>
            </w:pPr>
            <w:r w:rsidRPr="005675DC">
              <w:rPr>
                <w:rFonts w:cs="Times New Roman"/>
              </w:rPr>
              <w:t>Chlorantraniliprole 18.5 EC</w:t>
            </w:r>
            <w:r w:rsidRPr="005675DC">
              <w:rPr>
                <w:rFonts w:cs="Times New Roman"/>
                <w:spacing w:val="-5"/>
              </w:rPr>
              <w:t xml:space="preserve"> </w:t>
            </w:r>
            <w:r w:rsidRPr="005675DC">
              <w:rPr>
                <w:rFonts w:cs="Times New Roman"/>
              </w:rPr>
              <w:t xml:space="preserve">at 0.2 </w:t>
            </w:r>
            <w:r w:rsidRPr="005675DC">
              <w:rPr>
                <w:rFonts w:cs="Times New Roman"/>
                <w:spacing w:val="-4"/>
              </w:rPr>
              <w:t>ml/l</w:t>
            </w:r>
          </w:p>
        </w:tc>
      </w:tr>
      <w:tr w:rsidR="0003387C" w:rsidRPr="005675DC" w14:paraId="08B8C2CD" w14:textId="77777777" w:rsidTr="00685DD7">
        <w:trPr>
          <w:trHeight w:val="290"/>
        </w:trPr>
        <w:tc>
          <w:tcPr>
            <w:tcW w:w="644" w:type="dxa"/>
          </w:tcPr>
          <w:p w14:paraId="3D351F9D" w14:textId="77777777" w:rsidR="0003387C" w:rsidRPr="005675DC" w:rsidRDefault="0003387C" w:rsidP="0003387C">
            <w:pPr>
              <w:widowControl w:val="0"/>
              <w:autoSpaceDE w:val="0"/>
              <w:autoSpaceDN w:val="0"/>
              <w:spacing w:before="13" w:after="0" w:line="257" w:lineRule="exact"/>
              <w:ind w:left="163"/>
              <w:rPr>
                <w:rFonts w:cs="Times New Roman"/>
                <w:b/>
                <w:sz w:val="16"/>
              </w:rPr>
            </w:pPr>
            <w:r w:rsidRPr="005675DC">
              <w:rPr>
                <w:rFonts w:cs="Times New Roman"/>
                <w:b/>
                <w:spacing w:val="-5"/>
                <w:position w:val="1"/>
              </w:rPr>
              <w:t>M</w:t>
            </w:r>
            <w:r w:rsidRPr="005675DC">
              <w:rPr>
                <w:rFonts w:cs="Times New Roman"/>
                <w:b/>
                <w:spacing w:val="-5"/>
                <w:sz w:val="16"/>
              </w:rPr>
              <w:t>4</w:t>
            </w:r>
          </w:p>
        </w:tc>
        <w:tc>
          <w:tcPr>
            <w:tcW w:w="1952" w:type="dxa"/>
          </w:tcPr>
          <w:p w14:paraId="3A0AA5E6" w14:textId="77777777" w:rsidR="0003387C" w:rsidRPr="005675DC" w:rsidRDefault="0003387C" w:rsidP="0003387C">
            <w:pPr>
              <w:widowControl w:val="0"/>
              <w:autoSpaceDE w:val="0"/>
              <w:autoSpaceDN w:val="0"/>
              <w:spacing w:before="11" w:after="0" w:line="259" w:lineRule="exact"/>
              <w:ind w:left="8" w:right="1"/>
              <w:jc w:val="center"/>
              <w:rPr>
                <w:rFonts w:cs="Times New Roman"/>
                <w:b/>
              </w:rPr>
            </w:pPr>
            <w:r w:rsidRPr="005675DC">
              <w:rPr>
                <w:rFonts w:cs="Times New Roman"/>
                <w:b/>
              </w:rPr>
              <w:t>Untreated</w:t>
            </w:r>
            <w:r w:rsidRPr="005675DC">
              <w:rPr>
                <w:rFonts w:cs="Times New Roman"/>
                <w:b/>
                <w:spacing w:val="-3"/>
              </w:rPr>
              <w:t xml:space="preserve"> </w:t>
            </w:r>
            <w:r w:rsidRPr="005675DC">
              <w:rPr>
                <w:rFonts w:cs="Times New Roman"/>
                <w:b/>
                <w:spacing w:val="-2"/>
              </w:rPr>
              <w:t>check</w:t>
            </w:r>
          </w:p>
        </w:tc>
        <w:tc>
          <w:tcPr>
            <w:tcW w:w="8274" w:type="dxa"/>
          </w:tcPr>
          <w:p w14:paraId="458B368E" w14:textId="77777777" w:rsidR="0003387C" w:rsidRPr="005675DC" w:rsidRDefault="0003387C" w:rsidP="0003387C">
            <w:pPr>
              <w:widowControl w:val="0"/>
              <w:autoSpaceDE w:val="0"/>
              <w:autoSpaceDN w:val="0"/>
              <w:spacing w:before="11" w:after="0" w:line="259" w:lineRule="exact"/>
              <w:ind w:left="103"/>
              <w:rPr>
                <w:rFonts w:cs="Times New Roman"/>
              </w:rPr>
            </w:pPr>
            <w:r w:rsidRPr="005675DC">
              <w:rPr>
                <w:rFonts w:cs="Times New Roman"/>
              </w:rPr>
              <w:t>Okra</w:t>
            </w:r>
            <w:r w:rsidRPr="005675DC">
              <w:rPr>
                <w:rFonts w:cs="Times New Roman"/>
                <w:spacing w:val="-3"/>
              </w:rPr>
              <w:t xml:space="preserve"> </w:t>
            </w:r>
            <w:r w:rsidRPr="005675DC">
              <w:rPr>
                <w:rFonts w:cs="Times New Roman"/>
              </w:rPr>
              <w:t>as</w:t>
            </w:r>
            <w:r w:rsidRPr="005675DC">
              <w:rPr>
                <w:rFonts w:cs="Times New Roman"/>
                <w:spacing w:val="-2"/>
              </w:rPr>
              <w:t xml:space="preserve"> </w:t>
            </w:r>
            <w:r w:rsidRPr="005675DC">
              <w:rPr>
                <w:rFonts w:cs="Times New Roman"/>
              </w:rPr>
              <w:t xml:space="preserve">sole </w:t>
            </w:r>
            <w:r w:rsidRPr="005675DC">
              <w:rPr>
                <w:rFonts w:cs="Times New Roman"/>
                <w:spacing w:val="-4"/>
              </w:rPr>
              <w:t>crop</w:t>
            </w:r>
          </w:p>
        </w:tc>
      </w:tr>
    </w:tbl>
    <w:p w14:paraId="3315E473" w14:textId="77777777" w:rsidR="00653362" w:rsidRPr="005675DC" w:rsidRDefault="00653362">
      <w:pPr>
        <w:spacing w:after="160"/>
        <w:jc w:val="center"/>
      </w:pPr>
    </w:p>
    <w:p w14:paraId="69E9EF89" w14:textId="77777777" w:rsidR="00653362" w:rsidRPr="005675DC" w:rsidRDefault="00000000">
      <w:pPr>
        <w:spacing w:before="240" w:after="120"/>
        <w:jc w:val="center"/>
      </w:pPr>
      <w:r w:rsidRPr="005675DC">
        <w:rPr>
          <w:b/>
        </w:rPr>
        <w:t>Results</w:t>
      </w:r>
    </w:p>
    <w:p w14:paraId="4E9739DA" w14:textId="77777777" w:rsidR="00653362" w:rsidRPr="005675DC" w:rsidRDefault="00000000">
      <w:pPr>
        <w:spacing w:before="240" w:after="120"/>
      </w:pPr>
      <w:r w:rsidRPr="005675DC">
        <w:rPr>
          <w:b/>
        </w:rPr>
        <w:t>Abundance of natural enemies</w:t>
      </w:r>
    </w:p>
    <w:p w14:paraId="1A934D4B" w14:textId="77777777" w:rsidR="00653362" w:rsidRPr="00D543F3" w:rsidRDefault="00000000">
      <w:pPr>
        <w:spacing w:after="120"/>
        <w:ind w:firstLine="504"/>
        <w:rPr>
          <w:bCs/>
        </w:rPr>
      </w:pPr>
      <w:r w:rsidRPr="005675DC">
        <w:t>Recommended plant protection registered the significantly lowest mean number of coccinellids (0.10/plant). The habitat manipulation-based adoptable module (M2) recorded 0.27/plant, which was statistically on par with the untreated check (0.21/plant). The superior treatment was M1, the habitat manipulation-based bio-intensive module (0.37/plant), indicating its effectiveness in encouraging the coccinellid population (Table 2).</w:t>
      </w:r>
      <w:r>
        <w:t xml:space="preserve"> </w:t>
      </w:r>
      <w:r w:rsidRPr="00D543F3">
        <w:rPr>
          <w:bCs/>
          <w:highlight w:val="yellow"/>
        </w:rPr>
        <w:t>This pattern is consistent with the role of coccinellids as generalist predators that can persist in crop habitats by using prey and alternative resources when suitable habitat conditions are present (Romero et al., 2023; Stowe et al., 2021). Recent okra field evidence has also shown that selected insecticides can suppress major pest populations while maintaining coccinellid abundance, reinforcing the need to consider natural-enemy safety when selecting IPM-compatible inputs (Dalei et al., 2025).</w:t>
      </w:r>
    </w:p>
    <w:p w14:paraId="2008FBB5" w14:textId="77777777" w:rsidR="00653362" w:rsidRPr="00D543F3" w:rsidRDefault="00000000" w:rsidP="00AA14EC">
      <w:pPr>
        <w:spacing w:after="120"/>
        <w:ind w:firstLine="504"/>
        <w:jc w:val="both"/>
        <w:rPr>
          <w:bCs/>
        </w:rPr>
      </w:pPr>
      <w:proofErr w:type="spellStart"/>
      <w:r w:rsidRPr="00D543F3">
        <w:rPr>
          <w:bCs/>
        </w:rPr>
        <w:t>Chrysopid</w:t>
      </w:r>
      <w:proofErr w:type="spellEnd"/>
      <w:r w:rsidRPr="00D543F3">
        <w:rPr>
          <w:bCs/>
        </w:rPr>
        <w:t xml:space="preserve"> populations varied among the different modules, with M1, the habitat manipulation-based bio-intensive module (0.40/plant), recording the significantly highest population. The second-best module was M2, the habitat manipulation-based adoptable module (0.31/plant), which was statistically on par with the untreated check (0.24/plant). In contrast, M3, the recommended plant protection module, registered the lowest </w:t>
      </w:r>
      <w:proofErr w:type="spellStart"/>
      <w:r w:rsidRPr="00D543F3">
        <w:rPr>
          <w:bCs/>
        </w:rPr>
        <w:t>chrysopid</w:t>
      </w:r>
      <w:proofErr w:type="spellEnd"/>
      <w:r w:rsidRPr="00D543F3">
        <w:rPr>
          <w:bCs/>
        </w:rPr>
        <w:t xml:space="preserve"> population (0.13/plant) (Table 3). </w:t>
      </w:r>
      <w:r w:rsidRPr="00D543F3">
        <w:rPr>
          <w:bCs/>
          <w:highlight w:val="yellow"/>
        </w:rPr>
        <w:t xml:space="preserve">The higher </w:t>
      </w:r>
      <w:proofErr w:type="spellStart"/>
      <w:r w:rsidRPr="00D543F3">
        <w:rPr>
          <w:bCs/>
          <w:highlight w:val="yellow"/>
        </w:rPr>
        <w:t>chrysopid</w:t>
      </w:r>
      <w:proofErr w:type="spellEnd"/>
      <w:r w:rsidRPr="00D543F3">
        <w:rPr>
          <w:bCs/>
          <w:highlight w:val="yellow"/>
        </w:rPr>
        <w:t xml:space="preserve"> abundance under the bio-intensive module is also in agreement with recent evidence that habitat diversity can support </w:t>
      </w:r>
      <w:proofErr w:type="spellStart"/>
      <w:r w:rsidRPr="00D543F3">
        <w:rPr>
          <w:bCs/>
          <w:highlight w:val="yellow"/>
        </w:rPr>
        <w:t>Chrysoperla</w:t>
      </w:r>
      <w:proofErr w:type="spellEnd"/>
      <w:r w:rsidRPr="00D543F3">
        <w:rPr>
          <w:bCs/>
          <w:highlight w:val="yellow"/>
        </w:rPr>
        <w:t xml:space="preserve"> abundance and that </w:t>
      </w:r>
      <w:proofErr w:type="spellStart"/>
      <w:r w:rsidRPr="00D543F3">
        <w:rPr>
          <w:bCs/>
          <w:highlight w:val="yellow"/>
        </w:rPr>
        <w:t>Chrysoperla</w:t>
      </w:r>
      <w:proofErr w:type="spellEnd"/>
      <w:r w:rsidRPr="00D543F3">
        <w:rPr>
          <w:bCs/>
          <w:highlight w:val="yellow"/>
        </w:rPr>
        <w:t xml:space="preserve"> </w:t>
      </w:r>
      <w:proofErr w:type="spellStart"/>
      <w:r w:rsidRPr="00D543F3">
        <w:rPr>
          <w:bCs/>
          <w:highlight w:val="yellow"/>
        </w:rPr>
        <w:t>carnea</w:t>
      </w:r>
      <w:proofErr w:type="spellEnd"/>
      <w:r w:rsidRPr="00D543F3">
        <w:rPr>
          <w:bCs/>
          <w:highlight w:val="yellow"/>
        </w:rPr>
        <w:t xml:space="preserve"> functions as an important generalist predator within IPM-compatible systems (Paredes et al., 2024; Hassan &amp; Shad, 2024).</w:t>
      </w:r>
    </w:p>
    <w:p w14:paraId="13AD10D8" w14:textId="77777777" w:rsidR="00653362" w:rsidRPr="00D543F3" w:rsidRDefault="00000000" w:rsidP="00AA14EC">
      <w:pPr>
        <w:spacing w:after="120"/>
        <w:ind w:firstLine="504"/>
        <w:jc w:val="both"/>
        <w:rPr>
          <w:bCs/>
        </w:rPr>
      </w:pPr>
      <w:r w:rsidRPr="00D543F3">
        <w:rPr>
          <w:bCs/>
        </w:rPr>
        <w:t xml:space="preserve">Among the various treatments, M1, the habitat manipulation-based bio-intensive module, recorded the highest syrphid population (0.45/plant), which was statistically on par with M2, the habitat manipulation-based adoptable module (0.39/plant), revealing that both modules were effective in encouraging syrphid populations. These treatments were also statistically on par with the untreated check (0.34/plant). In contrast, recommended plant protection (M3) resulted in toxicity to the syrphid population (0.14/plant) (Table 4). </w:t>
      </w:r>
      <w:r w:rsidRPr="00D543F3">
        <w:rPr>
          <w:bCs/>
          <w:highlight w:val="yellow"/>
        </w:rPr>
        <w:t>The relative maintenance of syrphids under the habitat-manipulation modules is ecologically plausible because syrphids contribute to pest suppression as predatory larvae while adults often depend on floral resources supplied by diversified habitats (Dunn et al., 2020).</w:t>
      </w:r>
    </w:p>
    <w:p w14:paraId="716BE9E2" w14:textId="77777777" w:rsidR="007D7291" w:rsidRPr="00D543F3" w:rsidRDefault="00000000" w:rsidP="003033C5">
      <w:pPr>
        <w:spacing w:after="120"/>
        <w:ind w:firstLine="504"/>
        <w:jc w:val="both"/>
        <w:rPr>
          <w:bCs/>
        </w:rPr>
      </w:pPr>
      <w:r w:rsidRPr="00D543F3">
        <w:rPr>
          <w:bCs/>
        </w:rPr>
        <w:t>The habitat manipulation-based bio-intensive module (M1) registered the highest</w:t>
      </w:r>
      <w:r w:rsidRPr="005675DC">
        <w:t xml:space="preserve"> spider population (0.62/plant), which was statistically on par with both M2, the habitat manipulation-based adoptable module (0.59/plant), and the untreated check (0.55/plant). In contrast, M3, the recommended plant protection module, registered the lowest spider population (0.23/plant) (Table 5).</w:t>
      </w:r>
      <w:r w:rsidR="003033C5">
        <w:t xml:space="preserve"> </w:t>
      </w:r>
      <w:r w:rsidRPr="003033C5">
        <w:rPr>
          <w:bCs/>
        </w:rPr>
        <w:t>These observations are supported by recent okra-based evidence indicating that bio-intensive pest management modules are safer to spiders and coccinellid predators than routine pest-management modules, thereby supporting natural enemy conservation in okra ecosystems (</w:t>
      </w:r>
      <w:proofErr w:type="spellStart"/>
      <w:r w:rsidRPr="003033C5">
        <w:rPr>
          <w:bCs/>
        </w:rPr>
        <w:t>Meenambigai</w:t>
      </w:r>
      <w:proofErr w:type="spellEnd"/>
      <w:r w:rsidRPr="003033C5">
        <w:rPr>
          <w:bCs/>
        </w:rPr>
        <w:t xml:space="preserve"> &amp; Bhuvaneswari, 2024).</w:t>
      </w:r>
      <w:r>
        <w:t xml:space="preserve"> </w:t>
      </w:r>
      <w:r w:rsidRPr="00D543F3">
        <w:rPr>
          <w:bCs/>
          <w:highlight w:val="yellow"/>
        </w:rPr>
        <w:t xml:space="preserve">The comparatively greater spider population in M1 and M2 is also </w:t>
      </w:r>
      <w:r w:rsidRPr="00D543F3">
        <w:rPr>
          <w:bCs/>
          <w:highlight w:val="yellow"/>
        </w:rPr>
        <w:lastRenderedPageBreak/>
        <w:t>supported by evidence from vegetable systems showing that local management and surrounding habitat structure can influence spider abundance and species richness (Saqib et al., 2020).</w:t>
      </w:r>
    </w:p>
    <w:p w14:paraId="53F884E0" w14:textId="77777777" w:rsidR="00794935" w:rsidRPr="005675DC" w:rsidRDefault="00794935" w:rsidP="00794935">
      <w:pPr>
        <w:widowControl w:val="0"/>
        <w:autoSpaceDE w:val="0"/>
        <w:autoSpaceDN w:val="0"/>
        <w:spacing w:before="80" w:after="0" w:line="240" w:lineRule="auto"/>
        <w:ind w:left="720"/>
        <w:outlineLvl w:val="2"/>
        <w:rPr>
          <w:rFonts w:cs="Times New Roman"/>
          <w:b/>
          <w:bCs/>
          <w:szCs w:val="24"/>
        </w:rPr>
      </w:pPr>
      <w:r w:rsidRPr="005675DC">
        <w:rPr>
          <w:rFonts w:cs="Times New Roman"/>
          <w:b/>
          <w:bCs/>
          <w:szCs w:val="24"/>
        </w:rPr>
        <w:t>Table</w:t>
      </w:r>
      <w:r w:rsidRPr="005675DC">
        <w:rPr>
          <w:rFonts w:cs="Times New Roman"/>
          <w:b/>
          <w:bCs/>
          <w:spacing w:val="-2"/>
          <w:szCs w:val="24"/>
        </w:rPr>
        <w:t xml:space="preserve"> </w:t>
      </w:r>
      <w:r w:rsidRPr="005675DC">
        <w:rPr>
          <w:rFonts w:cs="Times New Roman"/>
          <w:b/>
          <w:bCs/>
          <w:szCs w:val="24"/>
        </w:rPr>
        <w:t>2:</w:t>
      </w:r>
      <w:r w:rsidRPr="005675DC">
        <w:rPr>
          <w:rFonts w:cs="Times New Roman"/>
          <w:b/>
          <w:bCs/>
          <w:spacing w:val="-2"/>
          <w:szCs w:val="24"/>
        </w:rPr>
        <w:t xml:space="preserve"> </w:t>
      </w:r>
      <w:r w:rsidRPr="005675DC">
        <w:rPr>
          <w:rFonts w:cs="Times New Roman"/>
          <w:b/>
          <w:bCs/>
          <w:szCs w:val="24"/>
        </w:rPr>
        <w:t>To</w:t>
      </w:r>
      <w:r w:rsidRPr="005675DC">
        <w:rPr>
          <w:rFonts w:cs="Times New Roman"/>
          <w:b/>
          <w:bCs/>
          <w:spacing w:val="-2"/>
          <w:szCs w:val="24"/>
        </w:rPr>
        <w:t xml:space="preserve"> </w:t>
      </w:r>
      <w:r w:rsidRPr="005675DC">
        <w:rPr>
          <w:rFonts w:cs="Times New Roman"/>
          <w:b/>
          <w:bCs/>
          <w:szCs w:val="24"/>
        </w:rPr>
        <w:t>evaluate habitat</w:t>
      </w:r>
      <w:r w:rsidRPr="005675DC">
        <w:rPr>
          <w:rFonts w:cs="Times New Roman"/>
          <w:b/>
          <w:bCs/>
          <w:spacing w:val="-2"/>
          <w:szCs w:val="24"/>
        </w:rPr>
        <w:t xml:space="preserve"> </w:t>
      </w:r>
      <w:r w:rsidRPr="005675DC">
        <w:rPr>
          <w:rFonts w:cs="Times New Roman"/>
          <w:b/>
          <w:bCs/>
          <w:szCs w:val="24"/>
        </w:rPr>
        <w:t>manipulation</w:t>
      </w:r>
      <w:r w:rsidRPr="005675DC">
        <w:rPr>
          <w:rFonts w:cs="Times New Roman"/>
          <w:b/>
          <w:bCs/>
          <w:spacing w:val="-2"/>
          <w:szCs w:val="24"/>
        </w:rPr>
        <w:t xml:space="preserve"> </w:t>
      </w:r>
      <w:r w:rsidRPr="005675DC">
        <w:rPr>
          <w:rFonts w:cs="Times New Roman"/>
          <w:b/>
          <w:bCs/>
          <w:szCs w:val="24"/>
        </w:rPr>
        <w:t>based</w:t>
      </w:r>
      <w:r w:rsidRPr="005675DC">
        <w:rPr>
          <w:rFonts w:cs="Times New Roman"/>
          <w:b/>
          <w:bCs/>
          <w:spacing w:val="-4"/>
          <w:szCs w:val="24"/>
        </w:rPr>
        <w:t xml:space="preserve"> </w:t>
      </w:r>
      <w:r w:rsidRPr="005675DC">
        <w:rPr>
          <w:rFonts w:cs="Times New Roman"/>
          <w:b/>
          <w:bCs/>
          <w:szCs w:val="24"/>
        </w:rPr>
        <w:t>modules</w:t>
      </w:r>
      <w:r w:rsidRPr="005675DC">
        <w:rPr>
          <w:rFonts w:cs="Times New Roman"/>
          <w:b/>
          <w:bCs/>
          <w:spacing w:val="-2"/>
          <w:szCs w:val="24"/>
        </w:rPr>
        <w:t xml:space="preserve"> </w:t>
      </w:r>
      <w:r w:rsidRPr="005675DC">
        <w:rPr>
          <w:rFonts w:cs="Times New Roman"/>
          <w:b/>
          <w:bCs/>
          <w:szCs w:val="24"/>
        </w:rPr>
        <w:t>against</w:t>
      </w:r>
      <w:r w:rsidRPr="005675DC">
        <w:rPr>
          <w:rFonts w:cs="Times New Roman"/>
          <w:b/>
          <w:bCs/>
          <w:spacing w:val="-2"/>
          <w:szCs w:val="24"/>
        </w:rPr>
        <w:t xml:space="preserve"> </w:t>
      </w:r>
      <w:r w:rsidRPr="005675DC">
        <w:rPr>
          <w:rFonts w:cs="Times New Roman"/>
          <w:b/>
          <w:bCs/>
          <w:szCs w:val="24"/>
        </w:rPr>
        <w:t>coccinellids</w:t>
      </w:r>
      <w:r w:rsidRPr="005675DC">
        <w:rPr>
          <w:rFonts w:cs="Times New Roman"/>
          <w:b/>
          <w:bCs/>
          <w:spacing w:val="-4"/>
          <w:szCs w:val="24"/>
        </w:rPr>
        <w:t xml:space="preserve"> </w:t>
      </w:r>
      <w:r w:rsidRPr="005675DC">
        <w:rPr>
          <w:rFonts w:cs="Times New Roman"/>
          <w:b/>
          <w:bCs/>
          <w:szCs w:val="24"/>
        </w:rPr>
        <w:t>in</w:t>
      </w:r>
      <w:r w:rsidRPr="005675DC">
        <w:rPr>
          <w:rFonts w:cs="Times New Roman"/>
          <w:b/>
          <w:bCs/>
          <w:spacing w:val="-3"/>
          <w:szCs w:val="24"/>
        </w:rPr>
        <w:t xml:space="preserve"> </w:t>
      </w:r>
      <w:r w:rsidRPr="005675DC">
        <w:rPr>
          <w:rFonts w:cs="Times New Roman"/>
          <w:b/>
          <w:bCs/>
          <w:spacing w:val="-4"/>
          <w:szCs w:val="24"/>
        </w:rPr>
        <w:t>okra</w:t>
      </w:r>
    </w:p>
    <w:p w14:paraId="000E764C" w14:textId="77777777" w:rsidR="00794935" w:rsidRPr="005675DC" w:rsidRDefault="00794935" w:rsidP="00794935">
      <w:pPr>
        <w:widowControl w:val="0"/>
        <w:autoSpaceDE w:val="0"/>
        <w:autoSpaceDN w:val="0"/>
        <w:spacing w:before="74" w:after="0" w:line="240" w:lineRule="auto"/>
        <w:rPr>
          <w:rFonts w:cs="Times New Roman"/>
          <w:b/>
          <w:sz w:val="20"/>
          <w:szCs w:val="24"/>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3"/>
        <w:gridCol w:w="808"/>
        <w:gridCol w:w="808"/>
        <w:gridCol w:w="804"/>
        <w:gridCol w:w="809"/>
        <w:gridCol w:w="804"/>
        <w:gridCol w:w="808"/>
        <w:gridCol w:w="804"/>
        <w:gridCol w:w="813"/>
        <w:gridCol w:w="972"/>
      </w:tblGrid>
      <w:tr w:rsidR="00794935" w:rsidRPr="005675DC" w14:paraId="13623919" w14:textId="77777777" w:rsidTr="00685DD7">
        <w:trPr>
          <w:trHeight w:val="278"/>
        </w:trPr>
        <w:tc>
          <w:tcPr>
            <w:tcW w:w="2673" w:type="dxa"/>
            <w:vMerge w:val="restart"/>
          </w:tcPr>
          <w:p w14:paraId="45DCEAD2" w14:textId="77777777" w:rsidR="00794935" w:rsidRPr="005675DC" w:rsidRDefault="00794935" w:rsidP="00794935">
            <w:pPr>
              <w:widowControl w:val="0"/>
              <w:autoSpaceDE w:val="0"/>
              <w:autoSpaceDN w:val="0"/>
              <w:spacing w:before="6" w:after="0" w:line="240" w:lineRule="auto"/>
              <w:rPr>
                <w:rFonts w:cs="Times New Roman"/>
                <w:b/>
              </w:rPr>
            </w:pPr>
          </w:p>
          <w:p w14:paraId="47295062" w14:textId="77777777" w:rsidR="00794935" w:rsidRPr="005675DC" w:rsidRDefault="00794935" w:rsidP="00794935">
            <w:pPr>
              <w:widowControl w:val="0"/>
              <w:autoSpaceDE w:val="0"/>
              <w:autoSpaceDN w:val="0"/>
              <w:spacing w:before="1" w:after="0" w:line="240" w:lineRule="auto"/>
              <w:ind w:left="739"/>
              <w:rPr>
                <w:rFonts w:cs="Times New Roman"/>
                <w:b/>
              </w:rPr>
            </w:pPr>
            <w:r w:rsidRPr="005675DC">
              <w:rPr>
                <w:rFonts w:cs="Times New Roman"/>
                <w:b/>
                <w:spacing w:val="-2"/>
              </w:rPr>
              <w:t>Treatments</w:t>
            </w:r>
          </w:p>
        </w:tc>
        <w:tc>
          <w:tcPr>
            <w:tcW w:w="6458" w:type="dxa"/>
            <w:gridSpan w:val="8"/>
          </w:tcPr>
          <w:p w14:paraId="16FD9BC4" w14:textId="77777777" w:rsidR="00794935" w:rsidRPr="005675DC" w:rsidRDefault="00794935" w:rsidP="00794935">
            <w:pPr>
              <w:widowControl w:val="0"/>
              <w:autoSpaceDE w:val="0"/>
              <w:autoSpaceDN w:val="0"/>
              <w:spacing w:before="3" w:after="0" w:line="255" w:lineRule="exact"/>
              <w:ind w:left="1751"/>
              <w:rPr>
                <w:rFonts w:cs="Times New Roman"/>
                <w:b/>
              </w:rPr>
            </w:pPr>
            <w:r w:rsidRPr="005675DC">
              <w:rPr>
                <w:rFonts w:cs="Times New Roman"/>
                <w:b/>
              </w:rPr>
              <w:t>Number</w:t>
            </w:r>
            <w:r w:rsidRPr="005675DC">
              <w:rPr>
                <w:rFonts w:cs="Times New Roman"/>
                <w:b/>
                <w:spacing w:val="-2"/>
              </w:rPr>
              <w:t xml:space="preserve"> </w:t>
            </w:r>
            <w:r w:rsidRPr="005675DC">
              <w:rPr>
                <w:rFonts w:cs="Times New Roman"/>
                <w:b/>
              </w:rPr>
              <w:t>of</w:t>
            </w:r>
            <w:r w:rsidRPr="005675DC">
              <w:rPr>
                <w:rFonts w:cs="Times New Roman"/>
                <w:b/>
                <w:spacing w:val="-2"/>
              </w:rPr>
              <w:t xml:space="preserve"> coccinellids/plant</w:t>
            </w:r>
          </w:p>
        </w:tc>
        <w:tc>
          <w:tcPr>
            <w:tcW w:w="972" w:type="dxa"/>
            <w:vMerge w:val="restart"/>
          </w:tcPr>
          <w:p w14:paraId="1A4D71B7" w14:textId="77777777" w:rsidR="00794935" w:rsidRPr="005675DC" w:rsidRDefault="00794935" w:rsidP="00794935">
            <w:pPr>
              <w:widowControl w:val="0"/>
              <w:autoSpaceDE w:val="0"/>
              <w:autoSpaceDN w:val="0"/>
              <w:spacing w:before="6" w:after="0" w:line="240" w:lineRule="auto"/>
              <w:rPr>
                <w:rFonts w:cs="Times New Roman"/>
                <w:b/>
              </w:rPr>
            </w:pPr>
          </w:p>
          <w:p w14:paraId="28104635" w14:textId="77777777" w:rsidR="00794935" w:rsidRPr="005675DC" w:rsidRDefault="00794935" w:rsidP="00794935">
            <w:pPr>
              <w:widowControl w:val="0"/>
              <w:autoSpaceDE w:val="0"/>
              <w:autoSpaceDN w:val="0"/>
              <w:spacing w:before="1" w:after="0" w:line="240" w:lineRule="auto"/>
              <w:ind w:left="186"/>
              <w:rPr>
                <w:rFonts w:cs="Times New Roman"/>
                <w:b/>
              </w:rPr>
            </w:pPr>
            <w:r w:rsidRPr="005675DC">
              <w:rPr>
                <w:rFonts w:cs="Times New Roman"/>
                <w:b/>
                <w:spacing w:val="-4"/>
              </w:rPr>
              <w:t>Mean</w:t>
            </w:r>
          </w:p>
        </w:tc>
      </w:tr>
      <w:tr w:rsidR="00794935" w:rsidRPr="005675DC" w14:paraId="5AC4DEFE" w14:textId="77777777" w:rsidTr="00685DD7">
        <w:trPr>
          <w:trHeight w:val="549"/>
        </w:trPr>
        <w:tc>
          <w:tcPr>
            <w:tcW w:w="2673" w:type="dxa"/>
            <w:vMerge/>
            <w:tcBorders>
              <w:top w:val="nil"/>
            </w:tcBorders>
          </w:tcPr>
          <w:p w14:paraId="3A351F64" w14:textId="77777777" w:rsidR="00794935" w:rsidRPr="005675DC" w:rsidRDefault="00794935" w:rsidP="00794935">
            <w:pPr>
              <w:widowControl w:val="0"/>
              <w:autoSpaceDE w:val="0"/>
              <w:autoSpaceDN w:val="0"/>
              <w:spacing w:after="0" w:line="240" w:lineRule="auto"/>
              <w:rPr>
                <w:rFonts w:cs="Times New Roman"/>
                <w:sz w:val="2"/>
                <w:szCs w:val="2"/>
              </w:rPr>
            </w:pPr>
          </w:p>
        </w:tc>
        <w:tc>
          <w:tcPr>
            <w:tcW w:w="808" w:type="dxa"/>
          </w:tcPr>
          <w:p w14:paraId="230218B8" w14:textId="77777777" w:rsidR="00794935" w:rsidRPr="005675DC" w:rsidRDefault="00794935" w:rsidP="00794935">
            <w:pPr>
              <w:widowControl w:val="0"/>
              <w:autoSpaceDE w:val="0"/>
              <w:autoSpaceDN w:val="0"/>
              <w:spacing w:after="0" w:line="275" w:lineRule="exact"/>
              <w:ind w:left="4" w:right="4"/>
              <w:jc w:val="center"/>
              <w:rPr>
                <w:rFonts w:cs="Times New Roman"/>
                <w:b/>
              </w:rPr>
            </w:pPr>
            <w:r w:rsidRPr="005675DC">
              <w:rPr>
                <w:rFonts w:cs="Times New Roman"/>
                <w:b/>
                <w:spacing w:val="-5"/>
              </w:rPr>
              <w:t>30</w:t>
            </w:r>
          </w:p>
          <w:p w14:paraId="227B1912" w14:textId="77777777" w:rsidR="00794935" w:rsidRPr="005675DC" w:rsidRDefault="00794935" w:rsidP="00794935">
            <w:pPr>
              <w:widowControl w:val="0"/>
              <w:autoSpaceDE w:val="0"/>
              <w:autoSpaceDN w:val="0"/>
              <w:spacing w:after="0" w:line="255" w:lineRule="exact"/>
              <w:ind w:left="4" w:right="5"/>
              <w:jc w:val="center"/>
              <w:rPr>
                <w:rFonts w:cs="Times New Roman"/>
                <w:b/>
              </w:rPr>
            </w:pPr>
            <w:r w:rsidRPr="005675DC">
              <w:rPr>
                <w:rFonts w:cs="Times New Roman"/>
                <w:b/>
                <w:spacing w:val="-5"/>
              </w:rPr>
              <w:t>DAS</w:t>
            </w:r>
          </w:p>
        </w:tc>
        <w:tc>
          <w:tcPr>
            <w:tcW w:w="808" w:type="dxa"/>
          </w:tcPr>
          <w:p w14:paraId="677D934A" w14:textId="77777777" w:rsidR="00794935" w:rsidRPr="005675DC" w:rsidRDefault="00794935" w:rsidP="00794935">
            <w:pPr>
              <w:widowControl w:val="0"/>
              <w:autoSpaceDE w:val="0"/>
              <w:autoSpaceDN w:val="0"/>
              <w:spacing w:after="0" w:line="275" w:lineRule="exact"/>
              <w:ind w:left="4" w:right="4"/>
              <w:jc w:val="center"/>
              <w:rPr>
                <w:rFonts w:cs="Times New Roman"/>
                <w:b/>
              </w:rPr>
            </w:pPr>
            <w:r w:rsidRPr="005675DC">
              <w:rPr>
                <w:rFonts w:cs="Times New Roman"/>
                <w:b/>
                <w:spacing w:val="-5"/>
              </w:rPr>
              <w:t>40</w:t>
            </w:r>
          </w:p>
          <w:p w14:paraId="57887039" w14:textId="77777777" w:rsidR="00794935" w:rsidRPr="005675DC" w:rsidRDefault="00794935" w:rsidP="00794935">
            <w:pPr>
              <w:widowControl w:val="0"/>
              <w:autoSpaceDE w:val="0"/>
              <w:autoSpaceDN w:val="0"/>
              <w:spacing w:after="0" w:line="255" w:lineRule="exact"/>
              <w:ind w:left="4" w:right="5"/>
              <w:jc w:val="center"/>
              <w:rPr>
                <w:rFonts w:cs="Times New Roman"/>
                <w:b/>
              </w:rPr>
            </w:pPr>
            <w:r w:rsidRPr="005675DC">
              <w:rPr>
                <w:rFonts w:cs="Times New Roman"/>
                <w:b/>
                <w:spacing w:val="-5"/>
              </w:rPr>
              <w:t>DAS</w:t>
            </w:r>
          </w:p>
        </w:tc>
        <w:tc>
          <w:tcPr>
            <w:tcW w:w="804" w:type="dxa"/>
          </w:tcPr>
          <w:p w14:paraId="28461B97" w14:textId="77777777" w:rsidR="00794935" w:rsidRPr="005675DC" w:rsidRDefault="00794935" w:rsidP="00794935">
            <w:pPr>
              <w:widowControl w:val="0"/>
              <w:autoSpaceDE w:val="0"/>
              <w:autoSpaceDN w:val="0"/>
              <w:spacing w:after="0" w:line="275" w:lineRule="exact"/>
              <w:ind w:left="9" w:right="4"/>
              <w:jc w:val="center"/>
              <w:rPr>
                <w:rFonts w:cs="Times New Roman"/>
                <w:b/>
              </w:rPr>
            </w:pPr>
            <w:r w:rsidRPr="005675DC">
              <w:rPr>
                <w:rFonts w:cs="Times New Roman"/>
                <w:b/>
                <w:spacing w:val="-5"/>
              </w:rPr>
              <w:t>50</w:t>
            </w:r>
          </w:p>
          <w:p w14:paraId="249D4460" w14:textId="77777777" w:rsidR="00794935" w:rsidRPr="005675DC" w:rsidRDefault="00794935" w:rsidP="00794935">
            <w:pPr>
              <w:widowControl w:val="0"/>
              <w:autoSpaceDE w:val="0"/>
              <w:autoSpaceDN w:val="0"/>
              <w:spacing w:after="0" w:line="255" w:lineRule="exact"/>
              <w:ind w:left="9" w:right="8"/>
              <w:jc w:val="center"/>
              <w:rPr>
                <w:rFonts w:cs="Times New Roman"/>
                <w:b/>
              </w:rPr>
            </w:pPr>
            <w:r w:rsidRPr="005675DC">
              <w:rPr>
                <w:rFonts w:cs="Times New Roman"/>
                <w:b/>
                <w:spacing w:val="-5"/>
              </w:rPr>
              <w:t>DAS</w:t>
            </w:r>
          </w:p>
        </w:tc>
        <w:tc>
          <w:tcPr>
            <w:tcW w:w="809" w:type="dxa"/>
          </w:tcPr>
          <w:p w14:paraId="4054EC85" w14:textId="77777777" w:rsidR="00794935" w:rsidRPr="005675DC" w:rsidRDefault="00794935" w:rsidP="00794935">
            <w:pPr>
              <w:widowControl w:val="0"/>
              <w:autoSpaceDE w:val="0"/>
              <w:autoSpaceDN w:val="0"/>
              <w:spacing w:after="0" w:line="275" w:lineRule="exact"/>
              <w:ind w:left="4" w:right="4"/>
              <w:jc w:val="center"/>
              <w:rPr>
                <w:rFonts w:cs="Times New Roman"/>
                <w:b/>
              </w:rPr>
            </w:pPr>
            <w:r w:rsidRPr="005675DC">
              <w:rPr>
                <w:rFonts w:cs="Times New Roman"/>
                <w:b/>
                <w:spacing w:val="-5"/>
              </w:rPr>
              <w:t>60</w:t>
            </w:r>
          </w:p>
          <w:p w14:paraId="15027566" w14:textId="77777777" w:rsidR="00794935" w:rsidRPr="005675DC" w:rsidRDefault="00794935" w:rsidP="00794935">
            <w:pPr>
              <w:widowControl w:val="0"/>
              <w:autoSpaceDE w:val="0"/>
              <w:autoSpaceDN w:val="0"/>
              <w:spacing w:after="0" w:line="255" w:lineRule="exact"/>
              <w:ind w:left="4" w:right="5"/>
              <w:jc w:val="center"/>
              <w:rPr>
                <w:rFonts w:cs="Times New Roman"/>
                <w:b/>
              </w:rPr>
            </w:pPr>
            <w:r w:rsidRPr="005675DC">
              <w:rPr>
                <w:rFonts w:cs="Times New Roman"/>
                <w:b/>
                <w:spacing w:val="-5"/>
              </w:rPr>
              <w:t>DAS</w:t>
            </w:r>
          </w:p>
        </w:tc>
        <w:tc>
          <w:tcPr>
            <w:tcW w:w="804" w:type="dxa"/>
          </w:tcPr>
          <w:p w14:paraId="1A5E7DAF" w14:textId="77777777" w:rsidR="00794935" w:rsidRPr="005675DC" w:rsidRDefault="00794935" w:rsidP="00794935">
            <w:pPr>
              <w:widowControl w:val="0"/>
              <w:autoSpaceDE w:val="0"/>
              <w:autoSpaceDN w:val="0"/>
              <w:spacing w:after="0" w:line="275" w:lineRule="exact"/>
              <w:ind w:left="9" w:right="6"/>
              <w:jc w:val="center"/>
              <w:rPr>
                <w:rFonts w:cs="Times New Roman"/>
                <w:b/>
              </w:rPr>
            </w:pPr>
            <w:r w:rsidRPr="005675DC">
              <w:rPr>
                <w:rFonts w:cs="Times New Roman"/>
                <w:b/>
                <w:spacing w:val="-5"/>
              </w:rPr>
              <w:t>70</w:t>
            </w:r>
          </w:p>
          <w:p w14:paraId="36085BD2" w14:textId="77777777" w:rsidR="00794935" w:rsidRPr="005675DC" w:rsidRDefault="00794935" w:rsidP="00794935">
            <w:pPr>
              <w:widowControl w:val="0"/>
              <w:autoSpaceDE w:val="0"/>
              <w:autoSpaceDN w:val="0"/>
              <w:spacing w:after="0" w:line="255" w:lineRule="exact"/>
              <w:ind w:left="9" w:right="9"/>
              <w:jc w:val="center"/>
              <w:rPr>
                <w:rFonts w:cs="Times New Roman"/>
                <w:b/>
              </w:rPr>
            </w:pPr>
            <w:r w:rsidRPr="005675DC">
              <w:rPr>
                <w:rFonts w:cs="Times New Roman"/>
                <w:b/>
                <w:spacing w:val="-5"/>
              </w:rPr>
              <w:t>DAS</w:t>
            </w:r>
          </w:p>
        </w:tc>
        <w:tc>
          <w:tcPr>
            <w:tcW w:w="808" w:type="dxa"/>
          </w:tcPr>
          <w:p w14:paraId="79B7586F" w14:textId="77777777" w:rsidR="00794935" w:rsidRPr="005675DC" w:rsidRDefault="00794935" w:rsidP="00794935">
            <w:pPr>
              <w:widowControl w:val="0"/>
              <w:autoSpaceDE w:val="0"/>
              <w:autoSpaceDN w:val="0"/>
              <w:spacing w:after="0" w:line="275" w:lineRule="exact"/>
              <w:ind w:left="4" w:right="4"/>
              <w:jc w:val="center"/>
              <w:rPr>
                <w:rFonts w:cs="Times New Roman"/>
                <w:b/>
              </w:rPr>
            </w:pPr>
            <w:r w:rsidRPr="005675DC">
              <w:rPr>
                <w:rFonts w:cs="Times New Roman"/>
                <w:b/>
                <w:spacing w:val="-5"/>
              </w:rPr>
              <w:t>80</w:t>
            </w:r>
          </w:p>
          <w:p w14:paraId="09C88FAA" w14:textId="77777777" w:rsidR="00794935" w:rsidRPr="005675DC" w:rsidRDefault="00794935" w:rsidP="00794935">
            <w:pPr>
              <w:widowControl w:val="0"/>
              <w:autoSpaceDE w:val="0"/>
              <w:autoSpaceDN w:val="0"/>
              <w:spacing w:after="0" w:line="255" w:lineRule="exact"/>
              <w:ind w:left="4" w:right="5"/>
              <w:jc w:val="center"/>
              <w:rPr>
                <w:rFonts w:cs="Times New Roman"/>
                <w:b/>
              </w:rPr>
            </w:pPr>
            <w:r w:rsidRPr="005675DC">
              <w:rPr>
                <w:rFonts w:cs="Times New Roman"/>
                <w:b/>
                <w:spacing w:val="-5"/>
              </w:rPr>
              <w:t>DAS</w:t>
            </w:r>
          </w:p>
        </w:tc>
        <w:tc>
          <w:tcPr>
            <w:tcW w:w="804" w:type="dxa"/>
          </w:tcPr>
          <w:p w14:paraId="6E3C319D" w14:textId="77777777" w:rsidR="00794935" w:rsidRPr="005675DC" w:rsidRDefault="00794935" w:rsidP="00794935">
            <w:pPr>
              <w:widowControl w:val="0"/>
              <w:autoSpaceDE w:val="0"/>
              <w:autoSpaceDN w:val="0"/>
              <w:spacing w:after="0" w:line="275" w:lineRule="exact"/>
              <w:ind w:left="9" w:right="4"/>
              <w:jc w:val="center"/>
              <w:rPr>
                <w:rFonts w:cs="Times New Roman"/>
                <w:b/>
              </w:rPr>
            </w:pPr>
            <w:r w:rsidRPr="005675DC">
              <w:rPr>
                <w:rFonts w:cs="Times New Roman"/>
                <w:b/>
                <w:spacing w:val="-5"/>
              </w:rPr>
              <w:t>90</w:t>
            </w:r>
          </w:p>
          <w:p w14:paraId="16485178" w14:textId="77777777" w:rsidR="00794935" w:rsidRPr="005675DC" w:rsidRDefault="00794935" w:rsidP="00794935">
            <w:pPr>
              <w:widowControl w:val="0"/>
              <w:autoSpaceDE w:val="0"/>
              <w:autoSpaceDN w:val="0"/>
              <w:spacing w:after="0" w:line="255" w:lineRule="exact"/>
              <w:ind w:left="9" w:right="8"/>
              <w:jc w:val="center"/>
              <w:rPr>
                <w:rFonts w:cs="Times New Roman"/>
                <w:b/>
              </w:rPr>
            </w:pPr>
            <w:r w:rsidRPr="005675DC">
              <w:rPr>
                <w:rFonts w:cs="Times New Roman"/>
                <w:b/>
                <w:spacing w:val="-5"/>
              </w:rPr>
              <w:t>DAS</w:t>
            </w:r>
          </w:p>
        </w:tc>
        <w:tc>
          <w:tcPr>
            <w:tcW w:w="813" w:type="dxa"/>
          </w:tcPr>
          <w:p w14:paraId="6F6A1EC4" w14:textId="77777777" w:rsidR="00794935" w:rsidRPr="005675DC" w:rsidRDefault="00794935" w:rsidP="00794935">
            <w:pPr>
              <w:widowControl w:val="0"/>
              <w:autoSpaceDE w:val="0"/>
              <w:autoSpaceDN w:val="0"/>
              <w:spacing w:after="0" w:line="275" w:lineRule="exact"/>
              <w:ind w:left="223"/>
              <w:rPr>
                <w:rFonts w:cs="Times New Roman"/>
                <w:b/>
              </w:rPr>
            </w:pPr>
            <w:r w:rsidRPr="005675DC">
              <w:rPr>
                <w:rFonts w:cs="Times New Roman"/>
                <w:b/>
                <w:spacing w:val="-5"/>
              </w:rPr>
              <w:t>100</w:t>
            </w:r>
          </w:p>
          <w:p w14:paraId="552B2B8E" w14:textId="77777777" w:rsidR="00794935" w:rsidRPr="005675DC" w:rsidRDefault="00794935" w:rsidP="00794935">
            <w:pPr>
              <w:widowControl w:val="0"/>
              <w:autoSpaceDE w:val="0"/>
              <w:autoSpaceDN w:val="0"/>
              <w:spacing w:after="0" w:line="255" w:lineRule="exact"/>
              <w:ind w:left="163"/>
              <w:rPr>
                <w:rFonts w:cs="Times New Roman"/>
                <w:b/>
              </w:rPr>
            </w:pPr>
            <w:r w:rsidRPr="005675DC">
              <w:rPr>
                <w:rFonts w:cs="Times New Roman"/>
                <w:b/>
                <w:spacing w:val="-5"/>
              </w:rPr>
              <w:t>DAS</w:t>
            </w:r>
          </w:p>
        </w:tc>
        <w:tc>
          <w:tcPr>
            <w:tcW w:w="972" w:type="dxa"/>
            <w:vMerge/>
            <w:tcBorders>
              <w:top w:val="nil"/>
            </w:tcBorders>
          </w:tcPr>
          <w:p w14:paraId="7432C538" w14:textId="77777777" w:rsidR="00794935" w:rsidRPr="005675DC" w:rsidRDefault="00794935" w:rsidP="00794935">
            <w:pPr>
              <w:widowControl w:val="0"/>
              <w:autoSpaceDE w:val="0"/>
              <w:autoSpaceDN w:val="0"/>
              <w:spacing w:after="0" w:line="240" w:lineRule="auto"/>
              <w:rPr>
                <w:rFonts w:cs="Times New Roman"/>
                <w:sz w:val="2"/>
                <w:szCs w:val="2"/>
              </w:rPr>
            </w:pPr>
          </w:p>
        </w:tc>
      </w:tr>
      <w:tr w:rsidR="00794935" w:rsidRPr="005675DC" w14:paraId="17366D9C" w14:textId="77777777" w:rsidTr="00685DD7">
        <w:trPr>
          <w:trHeight w:val="830"/>
        </w:trPr>
        <w:tc>
          <w:tcPr>
            <w:tcW w:w="2673" w:type="dxa"/>
          </w:tcPr>
          <w:p w14:paraId="4DAB949C" w14:textId="77777777" w:rsidR="00794935" w:rsidRPr="005675DC" w:rsidRDefault="00794935" w:rsidP="00794935">
            <w:pPr>
              <w:widowControl w:val="0"/>
              <w:autoSpaceDE w:val="0"/>
              <w:autoSpaceDN w:val="0"/>
              <w:spacing w:before="5" w:after="0" w:line="240" w:lineRule="auto"/>
              <w:ind w:left="423" w:right="183" w:hanging="368"/>
              <w:rPr>
                <w:rFonts w:cs="Times New Roman"/>
              </w:rPr>
            </w:pPr>
            <w:r w:rsidRPr="005675DC">
              <w:rPr>
                <w:rFonts w:cs="Times New Roman"/>
                <w:b/>
                <w:position w:val="1"/>
              </w:rPr>
              <w:t>M</w:t>
            </w:r>
            <w:r w:rsidRPr="005675DC">
              <w:rPr>
                <w:rFonts w:cs="Times New Roman"/>
                <w:b/>
                <w:sz w:val="16"/>
              </w:rPr>
              <w:t>1</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bio-intensive</w:t>
            </w:r>
          </w:p>
          <w:p w14:paraId="4A70F272" w14:textId="77777777" w:rsidR="00794935" w:rsidRPr="005675DC" w:rsidRDefault="00794935" w:rsidP="00794935">
            <w:pPr>
              <w:widowControl w:val="0"/>
              <w:autoSpaceDE w:val="0"/>
              <w:autoSpaceDN w:val="0"/>
              <w:spacing w:after="0" w:line="253" w:lineRule="exact"/>
              <w:ind w:left="423"/>
              <w:rPr>
                <w:rFonts w:cs="Times New Roman"/>
              </w:rPr>
            </w:pPr>
            <w:r w:rsidRPr="005675DC">
              <w:rPr>
                <w:rFonts w:cs="Times New Roman"/>
                <w:spacing w:val="-2"/>
              </w:rPr>
              <w:t>module</w:t>
            </w:r>
          </w:p>
        </w:tc>
        <w:tc>
          <w:tcPr>
            <w:tcW w:w="808" w:type="dxa"/>
          </w:tcPr>
          <w:p w14:paraId="6A11EE15"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0.10 </w:t>
            </w:r>
            <w:r w:rsidRPr="005675DC">
              <w:rPr>
                <w:rFonts w:cs="Times New Roman"/>
                <w:spacing w:val="-10"/>
                <w:vertAlign w:val="superscript"/>
              </w:rPr>
              <w:t>a</w:t>
            </w:r>
          </w:p>
          <w:p w14:paraId="4CE78055"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(0.31)</w:t>
            </w:r>
          </w:p>
        </w:tc>
        <w:tc>
          <w:tcPr>
            <w:tcW w:w="808" w:type="dxa"/>
          </w:tcPr>
          <w:p w14:paraId="68331B83"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0.34 </w:t>
            </w:r>
            <w:r w:rsidRPr="005675DC">
              <w:rPr>
                <w:rFonts w:cs="Times New Roman"/>
                <w:spacing w:val="-10"/>
                <w:vertAlign w:val="superscript"/>
              </w:rPr>
              <w:t>a</w:t>
            </w:r>
          </w:p>
          <w:p w14:paraId="0BB35A3E"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(0.57)</w:t>
            </w:r>
          </w:p>
        </w:tc>
        <w:tc>
          <w:tcPr>
            <w:tcW w:w="804" w:type="dxa"/>
          </w:tcPr>
          <w:p w14:paraId="7A99B457"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0.45 </w:t>
            </w:r>
            <w:r w:rsidRPr="005675DC">
              <w:rPr>
                <w:rFonts w:cs="Times New Roman"/>
                <w:spacing w:val="-10"/>
                <w:vertAlign w:val="superscript"/>
              </w:rPr>
              <w:t>a</w:t>
            </w:r>
          </w:p>
          <w:p w14:paraId="75A87A2B"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(0.66)</w:t>
            </w:r>
          </w:p>
        </w:tc>
        <w:tc>
          <w:tcPr>
            <w:tcW w:w="809" w:type="dxa"/>
          </w:tcPr>
          <w:p w14:paraId="5B63BA88"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0.46 </w:t>
            </w:r>
            <w:r w:rsidRPr="005675DC">
              <w:rPr>
                <w:rFonts w:cs="Times New Roman"/>
                <w:spacing w:val="-10"/>
                <w:vertAlign w:val="superscript"/>
              </w:rPr>
              <w:t>a</w:t>
            </w:r>
          </w:p>
          <w:p w14:paraId="1BF7D770"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(0.67)</w:t>
            </w:r>
          </w:p>
        </w:tc>
        <w:tc>
          <w:tcPr>
            <w:tcW w:w="804" w:type="dxa"/>
          </w:tcPr>
          <w:p w14:paraId="0E10A9F9" w14:textId="77777777" w:rsidR="00794935" w:rsidRPr="005675DC" w:rsidRDefault="00794935" w:rsidP="00794935">
            <w:pPr>
              <w:widowControl w:val="0"/>
              <w:autoSpaceDE w:val="0"/>
              <w:autoSpaceDN w:val="0"/>
              <w:spacing w:before="139" w:after="0" w:line="240" w:lineRule="auto"/>
              <w:ind w:left="122"/>
              <w:rPr>
                <w:rFonts w:cs="Times New Roman"/>
              </w:rPr>
            </w:pPr>
            <w:r w:rsidRPr="005675DC">
              <w:rPr>
                <w:rFonts w:cs="Times New Roman"/>
              </w:rPr>
              <w:t xml:space="preserve">0.45 </w:t>
            </w:r>
            <w:r w:rsidRPr="005675DC">
              <w:rPr>
                <w:rFonts w:cs="Times New Roman"/>
                <w:spacing w:val="-10"/>
                <w:vertAlign w:val="superscript"/>
              </w:rPr>
              <w:t>a</w:t>
            </w:r>
          </w:p>
          <w:p w14:paraId="30557778"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(0.66)</w:t>
            </w:r>
          </w:p>
        </w:tc>
        <w:tc>
          <w:tcPr>
            <w:tcW w:w="808" w:type="dxa"/>
          </w:tcPr>
          <w:p w14:paraId="59D51168"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0.53</w:t>
            </w:r>
            <w:r w:rsidRPr="005675DC">
              <w:rPr>
                <w:rFonts w:cs="Times New Roman"/>
                <w:spacing w:val="-1"/>
              </w:rPr>
              <w:t xml:space="preserve"> </w:t>
            </w:r>
            <w:r w:rsidRPr="005675DC">
              <w:rPr>
                <w:rFonts w:cs="Times New Roman"/>
                <w:spacing w:val="-10"/>
                <w:vertAlign w:val="superscript"/>
              </w:rPr>
              <w:t>a</w:t>
            </w:r>
          </w:p>
          <w:p w14:paraId="5E09A250"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(0.72)</w:t>
            </w:r>
          </w:p>
        </w:tc>
        <w:tc>
          <w:tcPr>
            <w:tcW w:w="804" w:type="dxa"/>
          </w:tcPr>
          <w:p w14:paraId="32A4C79B"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0.39 </w:t>
            </w:r>
            <w:r w:rsidRPr="005675DC">
              <w:rPr>
                <w:rFonts w:cs="Times New Roman"/>
                <w:spacing w:val="-10"/>
                <w:vertAlign w:val="superscript"/>
              </w:rPr>
              <w:t>a</w:t>
            </w:r>
          </w:p>
          <w:p w14:paraId="768A5867"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(0.61)</w:t>
            </w:r>
          </w:p>
        </w:tc>
        <w:tc>
          <w:tcPr>
            <w:tcW w:w="813" w:type="dxa"/>
          </w:tcPr>
          <w:p w14:paraId="346E521E" w14:textId="77777777" w:rsidR="00794935" w:rsidRPr="005675DC" w:rsidRDefault="00794935" w:rsidP="00794935">
            <w:pPr>
              <w:widowControl w:val="0"/>
              <w:autoSpaceDE w:val="0"/>
              <w:autoSpaceDN w:val="0"/>
              <w:spacing w:before="139" w:after="0" w:line="240" w:lineRule="auto"/>
              <w:ind w:left="127"/>
              <w:rPr>
                <w:rFonts w:cs="Times New Roman"/>
              </w:rPr>
            </w:pPr>
            <w:r w:rsidRPr="005675DC">
              <w:rPr>
                <w:rFonts w:cs="Times New Roman"/>
              </w:rPr>
              <w:t xml:space="preserve">0.21 </w:t>
            </w:r>
            <w:r w:rsidRPr="005675DC">
              <w:rPr>
                <w:rFonts w:cs="Times New Roman"/>
                <w:spacing w:val="-10"/>
                <w:vertAlign w:val="superscript"/>
              </w:rPr>
              <w:t>a</w:t>
            </w:r>
          </w:p>
          <w:p w14:paraId="0751158E"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(0.45)</w:t>
            </w:r>
          </w:p>
        </w:tc>
        <w:tc>
          <w:tcPr>
            <w:tcW w:w="972" w:type="dxa"/>
          </w:tcPr>
          <w:p w14:paraId="4CB49518" w14:textId="77777777" w:rsidR="00794935" w:rsidRPr="005675DC" w:rsidRDefault="00794935" w:rsidP="00794935">
            <w:pPr>
              <w:widowControl w:val="0"/>
              <w:autoSpaceDE w:val="0"/>
              <w:autoSpaceDN w:val="0"/>
              <w:spacing w:before="139" w:after="0" w:line="240" w:lineRule="auto"/>
              <w:ind w:left="206"/>
              <w:rPr>
                <w:rFonts w:cs="Times New Roman"/>
              </w:rPr>
            </w:pPr>
            <w:r w:rsidRPr="005675DC">
              <w:rPr>
                <w:rFonts w:cs="Times New Roman"/>
                <w:b/>
              </w:rPr>
              <w:t xml:space="preserve">0.37 </w:t>
            </w:r>
            <w:r w:rsidRPr="005675DC">
              <w:rPr>
                <w:rFonts w:cs="Times New Roman"/>
                <w:spacing w:val="-10"/>
                <w:vertAlign w:val="superscript"/>
              </w:rPr>
              <w:t>a</w:t>
            </w:r>
          </w:p>
          <w:p w14:paraId="46C88F83" w14:textId="77777777" w:rsidR="00794935" w:rsidRPr="005675DC" w:rsidRDefault="00794935" w:rsidP="00794935">
            <w:pPr>
              <w:widowControl w:val="0"/>
              <w:autoSpaceDE w:val="0"/>
              <w:autoSpaceDN w:val="0"/>
              <w:spacing w:after="0" w:line="240" w:lineRule="auto"/>
              <w:ind w:left="191"/>
              <w:rPr>
                <w:rFonts w:cs="Times New Roman"/>
                <w:b/>
              </w:rPr>
            </w:pPr>
            <w:r w:rsidRPr="005675DC">
              <w:rPr>
                <w:rFonts w:cs="Times New Roman"/>
                <w:b/>
                <w:spacing w:val="-2"/>
              </w:rPr>
              <w:t>(0.60)</w:t>
            </w:r>
          </w:p>
        </w:tc>
      </w:tr>
      <w:tr w:rsidR="00794935" w:rsidRPr="005675DC" w14:paraId="5ECBF773" w14:textId="77777777" w:rsidTr="00685DD7">
        <w:trPr>
          <w:trHeight w:val="825"/>
        </w:trPr>
        <w:tc>
          <w:tcPr>
            <w:tcW w:w="2673" w:type="dxa"/>
          </w:tcPr>
          <w:p w14:paraId="1E17A50F" w14:textId="77777777" w:rsidR="00794935" w:rsidRPr="005675DC" w:rsidRDefault="00794935" w:rsidP="00794935">
            <w:pPr>
              <w:widowControl w:val="0"/>
              <w:autoSpaceDE w:val="0"/>
              <w:autoSpaceDN w:val="0"/>
              <w:spacing w:before="1" w:after="0" w:line="240" w:lineRule="auto"/>
              <w:ind w:left="423" w:right="183" w:hanging="368"/>
              <w:rPr>
                <w:rFonts w:cs="Times New Roman"/>
              </w:rPr>
            </w:pPr>
            <w:r w:rsidRPr="005675DC">
              <w:rPr>
                <w:rFonts w:cs="Times New Roman"/>
                <w:b/>
                <w:position w:val="1"/>
              </w:rPr>
              <w:t>M</w:t>
            </w:r>
            <w:r w:rsidRPr="005675DC">
              <w:rPr>
                <w:rFonts w:cs="Times New Roman"/>
                <w:b/>
                <w:sz w:val="16"/>
              </w:rPr>
              <w:t>2</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adoptable</w:t>
            </w:r>
          </w:p>
          <w:p w14:paraId="0C23EA72" w14:textId="77777777" w:rsidR="00794935" w:rsidRPr="005675DC" w:rsidRDefault="00794935" w:rsidP="00794935">
            <w:pPr>
              <w:widowControl w:val="0"/>
              <w:autoSpaceDE w:val="0"/>
              <w:autoSpaceDN w:val="0"/>
              <w:spacing w:after="0" w:line="253" w:lineRule="exact"/>
              <w:ind w:left="423"/>
              <w:rPr>
                <w:rFonts w:cs="Times New Roman"/>
              </w:rPr>
            </w:pPr>
            <w:r w:rsidRPr="005675DC">
              <w:rPr>
                <w:rFonts w:cs="Times New Roman"/>
                <w:spacing w:val="-2"/>
              </w:rPr>
              <w:t>module</w:t>
            </w:r>
          </w:p>
        </w:tc>
        <w:tc>
          <w:tcPr>
            <w:tcW w:w="808" w:type="dxa"/>
          </w:tcPr>
          <w:p w14:paraId="58E5E184" w14:textId="77777777" w:rsidR="00794935" w:rsidRPr="005675DC" w:rsidRDefault="00794935" w:rsidP="00794935">
            <w:pPr>
              <w:widowControl w:val="0"/>
              <w:autoSpaceDE w:val="0"/>
              <w:autoSpaceDN w:val="0"/>
              <w:spacing w:before="139" w:after="0" w:line="240" w:lineRule="auto"/>
              <w:ind w:left="119"/>
              <w:rPr>
                <w:rFonts w:cs="Times New Roman"/>
              </w:rPr>
            </w:pPr>
            <w:r w:rsidRPr="005675DC">
              <w:rPr>
                <w:rFonts w:cs="Times New Roman"/>
              </w:rPr>
              <w:t xml:space="preserve">0.05 </w:t>
            </w:r>
            <w:r w:rsidRPr="005675DC">
              <w:rPr>
                <w:rFonts w:cs="Times New Roman"/>
                <w:spacing w:val="-10"/>
                <w:vertAlign w:val="superscript"/>
              </w:rPr>
              <w:t>b</w:t>
            </w:r>
          </w:p>
          <w:p w14:paraId="06097773"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(0.22)</w:t>
            </w:r>
          </w:p>
        </w:tc>
        <w:tc>
          <w:tcPr>
            <w:tcW w:w="808" w:type="dxa"/>
          </w:tcPr>
          <w:p w14:paraId="343818DF" w14:textId="77777777" w:rsidR="00794935" w:rsidRPr="005675DC" w:rsidRDefault="00794935" w:rsidP="00794935">
            <w:pPr>
              <w:widowControl w:val="0"/>
              <w:autoSpaceDE w:val="0"/>
              <w:autoSpaceDN w:val="0"/>
              <w:spacing w:before="139" w:after="0" w:line="240" w:lineRule="auto"/>
              <w:ind w:left="118"/>
              <w:rPr>
                <w:rFonts w:cs="Times New Roman"/>
              </w:rPr>
            </w:pPr>
            <w:r w:rsidRPr="005675DC">
              <w:rPr>
                <w:rFonts w:cs="Times New Roman"/>
              </w:rPr>
              <w:t xml:space="preserve">0.21 </w:t>
            </w:r>
            <w:r w:rsidRPr="005675DC">
              <w:rPr>
                <w:rFonts w:cs="Times New Roman"/>
                <w:spacing w:val="-10"/>
                <w:vertAlign w:val="superscript"/>
              </w:rPr>
              <w:t>b</w:t>
            </w:r>
          </w:p>
          <w:p w14:paraId="671EEF49"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(0.45)</w:t>
            </w:r>
          </w:p>
        </w:tc>
        <w:tc>
          <w:tcPr>
            <w:tcW w:w="804" w:type="dxa"/>
          </w:tcPr>
          <w:p w14:paraId="28CEC047" w14:textId="77777777" w:rsidR="00794935" w:rsidRPr="005675DC" w:rsidRDefault="00794935" w:rsidP="00794935">
            <w:pPr>
              <w:widowControl w:val="0"/>
              <w:autoSpaceDE w:val="0"/>
              <w:autoSpaceDN w:val="0"/>
              <w:spacing w:before="139" w:after="0" w:line="240" w:lineRule="auto"/>
              <w:ind w:left="119"/>
              <w:rPr>
                <w:rFonts w:cs="Times New Roman"/>
              </w:rPr>
            </w:pPr>
            <w:r w:rsidRPr="005675DC">
              <w:rPr>
                <w:rFonts w:cs="Times New Roman"/>
              </w:rPr>
              <w:t xml:space="preserve">0.31 </w:t>
            </w:r>
            <w:r w:rsidRPr="005675DC">
              <w:rPr>
                <w:rFonts w:cs="Times New Roman"/>
                <w:spacing w:val="-10"/>
                <w:vertAlign w:val="superscript"/>
              </w:rPr>
              <w:t>b</w:t>
            </w:r>
          </w:p>
          <w:p w14:paraId="1EB327D5"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(0.55)</w:t>
            </w:r>
          </w:p>
        </w:tc>
        <w:tc>
          <w:tcPr>
            <w:tcW w:w="809" w:type="dxa"/>
          </w:tcPr>
          <w:p w14:paraId="5A0BC728"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0.45 </w:t>
            </w:r>
            <w:r w:rsidRPr="005675DC">
              <w:rPr>
                <w:rFonts w:cs="Times New Roman"/>
                <w:spacing w:val="-10"/>
                <w:vertAlign w:val="superscript"/>
              </w:rPr>
              <w:t>a</w:t>
            </w:r>
          </w:p>
          <w:p w14:paraId="10E42CE4"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(0.66)</w:t>
            </w:r>
          </w:p>
        </w:tc>
        <w:tc>
          <w:tcPr>
            <w:tcW w:w="804" w:type="dxa"/>
          </w:tcPr>
          <w:p w14:paraId="1C9AD4C3" w14:textId="77777777" w:rsidR="00794935" w:rsidRPr="005675DC" w:rsidRDefault="00794935" w:rsidP="00794935">
            <w:pPr>
              <w:widowControl w:val="0"/>
              <w:autoSpaceDE w:val="0"/>
              <w:autoSpaceDN w:val="0"/>
              <w:spacing w:before="139" w:after="0" w:line="240" w:lineRule="auto"/>
              <w:ind w:left="83"/>
              <w:rPr>
                <w:rFonts w:cs="Times New Roman"/>
              </w:rPr>
            </w:pPr>
            <w:r w:rsidRPr="005675DC">
              <w:rPr>
                <w:rFonts w:cs="Times New Roman"/>
              </w:rPr>
              <w:t>0.35</w:t>
            </w:r>
            <w:r w:rsidRPr="005675DC">
              <w:rPr>
                <w:rFonts w:cs="Times New Roman"/>
                <w:spacing w:val="-1"/>
              </w:rPr>
              <w:t xml:space="preserve"> </w:t>
            </w:r>
            <w:r w:rsidRPr="005675DC">
              <w:rPr>
                <w:rFonts w:cs="Times New Roman"/>
                <w:spacing w:val="-5"/>
                <w:vertAlign w:val="superscript"/>
              </w:rPr>
              <w:t>ab</w:t>
            </w:r>
          </w:p>
          <w:p w14:paraId="7AE0FD93"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(0.58)</w:t>
            </w:r>
          </w:p>
        </w:tc>
        <w:tc>
          <w:tcPr>
            <w:tcW w:w="808" w:type="dxa"/>
          </w:tcPr>
          <w:p w14:paraId="246CEE35" w14:textId="77777777" w:rsidR="00794935" w:rsidRPr="005675DC" w:rsidRDefault="00794935" w:rsidP="00794935">
            <w:pPr>
              <w:widowControl w:val="0"/>
              <w:autoSpaceDE w:val="0"/>
              <w:autoSpaceDN w:val="0"/>
              <w:spacing w:before="139" w:after="0" w:line="240" w:lineRule="auto"/>
              <w:ind w:left="118"/>
              <w:rPr>
                <w:rFonts w:cs="Times New Roman"/>
              </w:rPr>
            </w:pPr>
            <w:r w:rsidRPr="005675DC">
              <w:rPr>
                <w:rFonts w:cs="Times New Roman"/>
              </w:rPr>
              <w:t xml:space="preserve">0.37 </w:t>
            </w:r>
            <w:r w:rsidRPr="005675DC">
              <w:rPr>
                <w:rFonts w:cs="Times New Roman"/>
                <w:spacing w:val="-10"/>
                <w:vertAlign w:val="superscript"/>
              </w:rPr>
              <w:t>b</w:t>
            </w:r>
          </w:p>
          <w:p w14:paraId="01FB4033"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(0.60)</w:t>
            </w:r>
          </w:p>
        </w:tc>
        <w:tc>
          <w:tcPr>
            <w:tcW w:w="804" w:type="dxa"/>
          </w:tcPr>
          <w:p w14:paraId="1EDA88F2" w14:textId="77777777" w:rsidR="00794935" w:rsidRPr="005675DC" w:rsidRDefault="00794935" w:rsidP="00794935">
            <w:pPr>
              <w:widowControl w:val="0"/>
              <w:autoSpaceDE w:val="0"/>
              <w:autoSpaceDN w:val="0"/>
              <w:spacing w:before="139" w:after="0" w:line="240" w:lineRule="auto"/>
              <w:ind w:left="83"/>
              <w:rPr>
                <w:rFonts w:cs="Times New Roman"/>
              </w:rPr>
            </w:pPr>
            <w:r w:rsidRPr="005675DC">
              <w:rPr>
                <w:rFonts w:cs="Times New Roman"/>
              </w:rPr>
              <w:t xml:space="preserve">0.30 </w:t>
            </w:r>
            <w:r w:rsidRPr="005675DC">
              <w:rPr>
                <w:rFonts w:cs="Times New Roman"/>
                <w:spacing w:val="-5"/>
                <w:vertAlign w:val="superscript"/>
              </w:rPr>
              <w:t>ab</w:t>
            </w:r>
          </w:p>
          <w:p w14:paraId="40C46A08"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(0.54)</w:t>
            </w:r>
          </w:p>
        </w:tc>
        <w:tc>
          <w:tcPr>
            <w:tcW w:w="813" w:type="dxa"/>
          </w:tcPr>
          <w:p w14:paraId="4A2495A3"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0.10 </w:t>
            </w:r>
            <w:r w:rsidRPr="005675DC">
              <w:rPr>
                <w:rFonts w:cs="Times New Roman"/>
                <w:spacing w:val="-10"/>
                <w:vertAlign w:val="superscript"/>
              </w:rPr>
              <w:t>b</w:t>
            </w:r>
          </w:p>
          <w:p w14:paraId="788D7B28"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(0.31)</w:t>
            </w:r>
          </w:p>
        </w:tc>
        <w:tc>
          <w:tcPr>
            <w:tcW w:w="972" w:type="dxa"/>
          </w:tcPr>
          <w:p w14:paraId="66BAB1C7" w14:textId="77777777" w:rsidR="00794935" w:rsidRPr="005675DC" w:rsidRDefault="00794935" w:rsidP="00794935">
            <w:pPr>
              <w:widowControl w:val="0"/>
              <w:autoSpaceDE w:val="0"/>
              <w:autoSpaceDN w:val="0"/>
              <w:spacing w:before="139" w:after="0" w:line="240" w:lineRule="auto"/>
              <w:ind w:left="199"/>
              <w:rPr>
                <w:rFonts w:cs="Times New Roman"/>
                <w:b/>
              </w:rPr>
            </w:pPr>
            <w:r w:rsidRPr="005675DC">
              <w:rPr>
                <w:rFonts w:cs="Times New Roman"/>
                <w:b/>
              </w:rPr>
              <w:t xml:space="preserve">0.27 </w:t>
            </w:r>
            <w:r w:rsidRPr="005675DC">
              <w:rPr>
                <w:rFonts w:cs="Times New Roman"/>
                <w:b/>
                <w:spacing w:val="-10"/>
                <w:vertAlign w:val="superscript"/>
              </w:rPr>
              <w:t>b</w:t>
            </w:r>
          </w:p>
          <w:p w14:paraId="23431010" w14:textId="77777777" w:rsidR="00794935" w:rsidRPr="005675DC" w:rsidRDefault="00794935" w:rsidP="00794935">
            <w:pPr>
              <w:widowControl w:val="0"/>
              <w:autoSpaceDE w:val="0"/>
              <w:autoSpaceDN w:val="0"/>
              <w:spacing w:after="0" w:line="240" w:lineRule="auto"/>
              <w:ind w:left="191"/>
              <w:rPr>
                <w:rFonts w:cs="Times New Roman"/>
                <w:b/>
              </w:rPr>
            </w:pPr>
            <w:r w:rsidRPr="005675DC">
              <w:rPr>
                <w:rFonts w:cs="Times New Roman"/>
                <w:b/>
                <w:spacing w:val="-2"/>
              </w:rPr>
              <w:t>(0.51)</w:t>
            </w:r>
          </w:p>
        </w:tc>
      </w:tr>
      <w:tr w:rsidR="00794935" w:rsidRPr="005675DC" w14:paraId="07B8643B" w14:textId="77777777" w:rsidTr="00685DD7">
        <w:trPr>
          <w:trHeight w:val="554"/>
        </w:trPr>
        <w:tc>
          <w:tcPr>
            <w:tcW w:w="2673" w:type="dxa"/>
          </w:tcPr>
          <w:p w14:paraId="51E0D51C" w14:textId="77777777" w:rsidR="00794935" w:rsidRPr="005675DC" w:rsidRDefault="00794935" w:rsidP="00794935">
            <w:pPr>
              <w:widowControl w:val="0"/>
              <w:autoSpaceDE w:val="0"/>
              <w:autoSpaceDN w:val="0"/>
              <w:spacing w:before="46" w:after="0" w:line="244" w:lineRule="exact"/>
              <w:ind w:left="431" w:right="388" w:hanging="376"/>
              <w:rPr>
                <w:rFonts w:cs="Times New Roman"/>
                <w:sz w:val="22"/>
              </w:rPr>
            </w:pPr>
            <w:r w:rsidRPr="005675DC">
              <w:rPr>
                <w:rFonts w:cs="Times New Roman"/>
                <w:b/>
                <w:position w:val="1"/>
              </w:rPr>
              <w:t>M</w:t>
            </w:r>
            <w:r w:rsidRPr="005675DC">
              <w:rPr>
                <w:rFonts w:cs="Times New Roman"/>
                <w:b/>
                <w:sz w:val="16"/>
              </w:rPr>
              <w:t>3</w:t>
            </w:r>
            <w:r w:rsidRPr="005675DC">
              <w:rPr>
                <w:rFonts w:cs="Times New Roman"/>
                <w:position w:val="1"/>
              </w:rPr>
              <w:t>-</w:t>
            </w:r>
            <w:r w:rsidRPr="005675DC">
              <w:rPr>
                <w:rFonts w:cs="Times New Roman"/>
                <w:position w:val="1"/>
                <w:sz w:val="22"/>
              </w:rPr>
              <w:t>Recommended</w:t>
            </w:r>
            <w:r w:rsidRPr="005675DC">
              <w:rPr>
                <w:rFonts w:cs="Times New Roman"/>
                <w:spacing w:val="-14"/>
                <w:position w:val="1"/>
                <w:sz w:val="22"/>
              </w:rPr>
              <w:t xml:space="preserve"> </w:t>
            </w:r>
            <w:r w:rsidRPr="005675DC">
              <w:rPr>
                <w:rFonts w:cs="Times New Roman"/>
                <w:position w:val="1"/>
                <w:sz w:val="22"/>
              </w:rPr>
              <w:t xml:space="preserve">Plant </w:t>
            </w:r>
            <w:r w:rsidRPr="005675DC">
              <w:rPr>
                <w:rFonts w:cs="Times New Roman"/>
                <w:spacing w:val="-2"/>
                <w:sz w:val="22"/>
              </w:rPr>
              <w:t>Protection</w:t>
            </w:r>
          </w:p>
        </w:tc>
        <w:tc>
          <w:tcPr>
            <w:tcW w:w="808" w:type="dxa"/>
          </w:tcPr>
          <w:p w14:paraId="395C8750" w14:textId="77777777" w:rsidR="00794935" w:rsidRPr="005675DC" w:rsidRDefault="00794935" w:rsidP="00794935">
            <w:pPr>
              <w:widowControl w:val="0"/>
              <w:autoSpaceDE w:val="0"/>
              <w:autoSpaceDN w:val="0"/>
              <w:spacing w:before="3" w:after="0" w:line="240" w:lineRule="auto"/>
              <w:ind w:left="119"/>
              <w:rPr>
                <w:rFonts w:cs="Times New Roman"/>
              </w:rPr>
            </w:pPr>
            <w:r w:rsidRPr="005675DC">
              <w:rPr>
                <w:rFonts w:cs="Times New Roman"/>
              </w:rPr>
              <w:t xml:space="preserve">0.02 </w:t>
            </w:r>
            <w:r w:rsidRPr="005675DC">
              <w:rPr>
                <w:rFonts w:cs="Times New Roman"/>
                <w:spacing w:val="-10"/>
                <w:vertAlign w:val="superscript"/>
              </w:rPr>
              <w:t>d</w:t>
            </w:r>
          </w:p>
          <w:p w14:paraId="2DBFD05F"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(0.13)</w:t>
            </w:r>
          </w:p>
        </w:tc>
        <w:tc>
          <w:tcPr>
            <w:tcW w:w="808" w:type="dxa"/>
          </w:tcPr>
          <w:p w14:paraId="32A98ADA" w14:textId="77777777" w:rsidR="00794935" w:rsidRPr="005675DC" w:rsidRDefault="00794935" w:rsidP="00794935">
            <w:pPr>
              <w:widowControl w:val="0"/>
              <w:autoSpaceDE w:val="0"/>
              <w:autoSpaceDN w:val="0"/>
              <w:spacing w:before="3" w:after="0" w:line="240" w:lineRule="auto"/>
              <w:ind w:left="123"/>
              <w:rPr>
                <w:rFonts w:cs="Times New Roman"/>
              </w:rPr>
            </w:pPr>
            <w:r w:rsidRPr="005675DC">
              <w:rPr>
                <w:rFonts w:cs="Times New Roman"/>
              </w:rPr>
              <w:t xml:space="preserve">0.10 </w:t>
            </w:r>
            <w:r w:rsidRPr="005675DC">
              <w:rPr>
                <w:rFonts w:cs="Times New Roman"/>
                <w:spacing w:val="-10"/>
                <w:vertAlign w:val="superscript"/>
              </w:rPr>
              <w:t>c</w:t>
            </w:r>
          </w:p>
          <w:p w14:paraId="2D40ABD5"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(0.31)</w:t>
            </w:r>
          </w:p>
        </w:tc>
        <w:tc>
          <w:tcPr>
            <w:tcW w:w="804" w:type="dxa"/>
          </w:tcPr>
          <w:p w14:paraId="250CCDAB" w14:textId="77777777" w:rsidR="00794935" w:rsidRPr="005675DC" w:rsidRDefault="00794935" w:rsidP="00794935">
            <w:pPr>
              <w:widowControl w:val="0"/>
              <w:autoSpaceDE w:val="0"/>
              <w:autoSpaceDN w:val="0"/>
              <w:spacing w:before="3" w:after="0" w:line="240" w:lineRule="auto"/>
              <w:ind w:left="123"/>
              <w:rPr>
                <w:rFonts w:cs="Times New Roman"/>
              </w:rPr>
            </w:pPr>
            <w:r w:rsidRPr="005675DC">
              <w:rPr>
                <w:rFonts w:cs="Times New Roman"/>
              </w:rPr>
              <w:t xml:space="preserve">0.10 </w:t>
            </w:r>
            <w:r w:rsidRPr="005675DC">
              <w:rPr>
                <w:rFonts w:cs="Times New Roman"/>
                <w:spacing w:val="-10"/>
                <w:vertAlign w:val="superscript"/>
              </w:rPr>
              <w:t>c</w:t>
            </w:r>
          </w:p>
          <w:p w14:paraId="773AD0F1"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(0.31)</w:t>
            </w:r>
          </w:p>
        </w:tc>
        <w:tc>
          <w:tcPr>
            <w:tcW w:w="809" w:type="dxa"/>
          </w:tcPr>
          <w:p w14:paraId="266E93C1" w14:textId="77777777" w:rsidR="00794935" w:rsidRPr="005675DC" w:rsidRDefault="00794935" w:rsidP="00794935">
            <w:pPr>
              <w:widowControl w:val="0"/>
              <w:autoSpaceDE w:val="0"/>
              <w:autoSpaceDN w:val="0"/>
              <w:spacing w:before="3" w:after="0" w:line="240" w:lineRule="auto"/>
              <w:ind w:left="119"/>
              <w:rPr>
                <w:rFonts w:cs="Times New Roman"/>
              </w:rPr>
            </w:pPr>
            <w:r w:rsidRPr="005675DC">
              <w:rPr>
                <w:rFonts w:cs="Times New Roman"/>
              </w:rPr>
              <w:t xml:space="preserve">0.10 </w:t>
            </w:r>
            <w:r w:rsidRPr="005675DC">
              <w:rPr>
                <w:rFonts w:cs="Times New Roman"/>
                <w:spacing w:val="-10"/>
                <w:vertAlign w:val="superscript"/>
              </w:rPr>
              <w:t>b</w:t>
            </w:r>
          </w:p>
          <w:p w14:paraId="7B2723A8"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(0.31)</w:t>
            </w:r>
          </w:p>
        </w:tc>
        <w:tc>
          <w:tcPr>
            <w:tcW w:w="804" w:type="dxa"/>
          </w:tcPr>
          <w:p w14:paraId="278FEE5A" w14:textId="77777777" w:rsidR="00794935" w:rsidRPr="005675DC" w:rsidRDefault="00794935" w:rsidP="00794935">
            <w:pPr>
              <w:widowControl w:val="0"/>
              <w:autoSpaceDE w:val="0"/>
              <w:autoSpaceDN w:val="0"/>
              <w:spacing w:before="3" w:after="0" w:line="240" w:lineRule="auto"/>
              <w:ind w:left="122"/>
              <w:rPr>
                <w:rFonts w:cs="Times New Roman"/>
              </w:rPr>
            </w:pPr>
            <w:r w:rsidRPr="005675DC">
              <w:rPr>
                <w:rFonts w:cs="Times New Roman"/>
              </w:rPr>
              <w:t xml:space="preserve">0.13 </w:t>
            </w:r>
            <w:r w:rsidRPr="005675DC">
              <w:rPr>
                <w:rFonts w:cs="Times New Roman"/>
                <w:spacing w:val="-10"/>
                <w:vertAlign w:val="superscript"/>
              </w:rPr>
              <w:t>c</w:t>
            </w:r>
          </w:p>
          <w:p w14:paraId="57B7B229"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(0.35)</w:t>
            </w:r>
          </w:p>
        </w:tc>
        <w:tc>
          <w:tcPr>
            <w:tcW w:w="808" w:type="dxa"/>
          </w:tcPr>
          <w:p w14:paraId="3D3AA2F7" w14:textId="77777777" w:rsidR="00794935" w:rsidRPr="005675DC" w:rsidRDefault="00794935" w:rsidP="00794935">
            <w:pPr>
              <w:widowControl w:val="0"/>
              <w:autoSpaceDE w:val="0"/>
              <w:autoSpaceDN w:val="0"/>
              <w:spacing w:before="3" w:after="0" w:line="240" w:lineRule="auto"/>
              <w:ind w:left="123"/>
              <w:rPr>
                <w:rFonts w:cs="Times New Roman"/>
              </w:rPr>
            </w:pPr>
            <w:r w:rsidRPr="005675DC">
              <w:rPr>
                <w:rFonts w:cs="Times New Roman"/>
              </w:rPr>
              <w:t>0.20</w:t>
            </w:r>
            <w:r w:rsidRPr="005675DC">
              <w:rPr>
                <w:rFonts w:cs="Times New Roman"/>
                <w:spacing w:val="-1"/>
              </w:rPr>
              <w:t xml:space="preserve"> </w:t>
            </w:r>
            <w:r w:rsidRPr="005675DC">
              <w:rPr>
                <w:rFonts w:cs="Times New Roman"/>
                <w:spacing w:val="-10"/>
                <w:vertAlign w:val="superscript"/>
              </w:rPr>
              <w:t>c</w:t>
            </w:r>
          </w:p>
          <w:p w14:paraId="0D8AAFEE"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(0.44)</w:t>
            </w:r>
          </w:p>
        </w:tc>
        <w:tc>
          <w:tcPr>
            <w:tcW w:w="804" w:type="dxa"/>
          </w:tcPr>
          <w:p w14:paraId="1C8BFAE8" w14:textId="77777777" w:rsidR="00794935" w:rsidRPr="005675DC" w:rsidRDefault="00794935" w:rsidP="00794935">
            <w:pPr>
              <w:widowControl w:val="0"/>
              <w:autoSpaceDE w:val="0"/>
              <w:autoSpaceDN w:val="0"/>
              <w:spacing w:before="3" w:after="0" w:line="240" w:lineRule="auto"/>
              <w:ind w:left="123"/>
              <w:rPr>
                <w:rFonts w:cs="Times New Roman"/>
              </w:rPr>
            </w:pPr>
            <w:r w:rsidRPr="005675DC">
              <w:rPr>
                <w:rFonts w:cs="Times New Roman"/>
              </w:rPr>
              <w:t xml:space="preserve">0.10 </w:t>
            </w:r>
            <w:r w:rsidRPr="005675DC">
              <w:rPr>
                <w:rFonts w:cs="Times New Roman"/>
                <w:spacing w:val="-10"/>
                <w:vertAlign w:val="superscript"/>
              </w:rPr>
              <w:t>c</w:t>
            </w:r>
          </w:p>
          <w:p w14:paraId="412547A9"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(0.31)</w:t>
            </w:r>
          </w:p>
        </w:tc>
        <w:tc>
          <w:tcPr>
            <w:tcW w:w="813" w:type="dxa"/>
          </w:tcPr>
          <w:p w14:paraId="4E3AECC5" w14:textId="77777777" w:rsidR="00794935" w:rsidRPr="005675DC" w:rsidRDefault="00794935" w:rsidP="00794935">
            <w:pPr>
              <w:widowControl w:val="0"/>
              <w:autoSpaceDE w:val="0"/>
              <w:autoSpaceDN w:val="0"/>
              <w:spacing w:before="3" w:after="0" w:line="240" w:lineRule="auto"/>
              <w:ind w:left="123"/>
              <w:rPr>
                <w:rFonts w:cs="Times New Roman"/>
              </w:rPr>
            </w:pPr>
            <w:r w:rsidRPr="005675DC">
              <w:rPr>
                <w:rFonts w:cs="Times New Roman"/>
              </w:rPr>
              <w:t xml:space="preserve">0.07 </w:t>
            </w:r>
            <w:r w:rsidRPr="005675DC">
              <w:rPr>
                <w:rFonts w:cs="Times New Roman"/>
                <w:spacing w:val="-10"/>
                <w:vertAlign w:val="superscript"/>
              </w:rPr>
              <w:t>b</w:t>
            </w:r>
          </w:p>
          <w:p w14:paraId="459A1B41"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(0.26)</w:t>
            </w:r>
          </w:p>
        </w:tc>
        <w:tc>
          <w:tcPr>
            <w:tcW w:w="972" w:type="dxa"/>
          </w:tcPr>
          <w:p w14:paraId="441476B6" w14:textId="77777777" w:rsidR="00794935" w:rsidRPr="005675DC" w:rsidRDefault="00794935" w:rsidP="00794935">
            <w:pPr>
              <w:widowControl w:val="0"/>
              <w:autoSpaceDE w:val="0"/>
              <w:autoSpaceDN w:val="0"/>
              <w:spacing w:before="3" w:after="0" w:line="240" w:lineRule="auto"/>
              <w:ind w:left="206"/>
              <w:rPr>
                <w:rFonts w:cs="Times New Roman"/>
                <w:b/>
              </w:rPr>
            </w:pPr>
            <w:r w:rsidRPr="005675DC">
              <w:rPr>
                <w:rFonts w:cs="Times New Roman"/>
                <w:b/>
              </w:rPr>
              <w:t xml:space="preserve">0.10 </w:t>
            </w:r>
            <w:r w:rsidRPr="005675DC">
              <w:rPr>
                <w:rFonts w:cs="Times New Roman"/>
                <w:b/>
                <w:spacing w:val="-10"/>
                <w:vertAlign w:val="superscript"/>
              </w:rPr>
              <w:t>c</w:t>
            </w:r>
          </w:p>
          <w:p w14:paraId="601B05BF" w14:textId="77777777" w:rsidR="00794935" w:rsidRPr="005675DC" w:rsidRDefault="00794935" w:rsidP="00794935">
            <w:pPr>
              <w:widowControl w:val="0"/>
              <w:autoSpaceDE w:val="0"/>
              <w:autoSpaceDN w:val="0"/>
              <w:spacing w:after="0" w:line="255" w:lineRule="exact"/>
              <w:ind w:left="191"/>
              <w:rPr>
                <w:rFonts w:cs="Times New Roman"/>
                <w:b/>
              </w:rPr>
            </w:pPr>
            <w:r w:rsidRPr="005675DC">
              <w:rPr>
                <w:rFonts w:cs="Times New Roman"/>
                <w:b/>
                <w:spacing w:val="-2"/>
              </w:rPr>
              <w:t>(0.31)</w:t>
            </w:r>
          </w:p>
        </w:tc>
      </w:tr>
      <w:tr w:rsidR="00794935" w:rsidRPr="005675DC" w14:paraId="74FE19A9" w14:textId="77777777" w:rsidTr="00685DD7">
        <w:trPr>
          <w:trHeight w:val="550"/>
        </w:trPr>
        <w:tc>
          <w:tcPr>
            <w:tcW w:w="2673" w:type="dxa"/>
          </w:tcPr>
          <w:p w14:paraId="47E9D7DE" w14:textId="77777777" w:rsidR="00794935" w:rsidRPr="005675DC" w:rsidRDefault="00794935" w:rsidP="00794935">
            <w:pPr>
              <w:widowControl w:val="0"/>
              <w:autoSpaceDE w:val="0"/>
              <w:autoSpaceDN w:val="0"/>
              <w:spacing w:before="141" w:after="0" w:line="240" w:lineRule="auto"/>
              <w:ind w:left="55"/>
              <w:rPr>
                <w:rFonts w:cs="Times New Roman"/>
                <w:position w:val="1"/>
              </w:rPr>
            </w:pPr>
            <w:r w:rsidRPr="005675DC">
              <w:rPr>
                <w:rFonts w:cs="Times New Roman"/>
                <w:b/>
                <w:position w:val="1"/>
              </w:rPr>
              <w:t>M</w:t>
            </w:r>
            <w:r w:rsidRPr="005675DC">
              <w:rPr>
                <w:rFonts w:cs="Times New Roman"/>
                <w:b/>
                <w:sz w:val="16"/>
              </w:rPr>
              <w:t>4</w:t>
            </w:r>
            <w:r w:rsidRPr="005675DC">
              <w:rPr>
                <w:rFonts w:cs="Times New Roman"/>
                <w:position w:val="1"/>
              </w:rPr>
              <w:t>-Untreated</w:t>
            </w:r>
            <w:r w:rsidRPr="005675DC">
              <w:rPr>
                <w:rFonts w:cs="Times New Roman"/>
                <w:spacing w:val="-3"/>
                <w:position w:val="1"/>
              </w:rPr>
              <w:t xml:space="preserve"> </w:t>
            </w:r>
            <w:r w:rsidRPr="005675DC">
              <w:rPr>
                <w:rFonts w:cs="Times New Roman"/>
                <w:spacing w:val="-4"/>
                <w:position w:val="1"/>
              </w:rPr>
              <w:t>check</w:t>
            </w:r>
          </w:p>
        </w:tc>
        <w:tc>
          <w:tcPr>
            <w:tcW w:w="808" w:type="dxa"/>
          </w:tcPr>
          <w:p w14:paraId="710B2E78" w14:textId="77777777" w:rsidR="00794935" w:rsidRPr="005675DC" w:rsidRDefault="00794935" w:rsidP="00794935">
            <w:pPr>
              <w:widowControl w:val="0"/>
              <w:autoSpaceDE w:val="0"/>
              <w:autoSpaceDN w:val="0"/>
              <w:spacing w:after="0" w:line="275" w:lineRule="exact"/>
              <w:ind w:left="123"/>
              <w:rPr>
                <w:rFonts w:cs="Times New Roman"/>
              </w:rPr>
            </w:pPr>
            <w:r w:rsidRPr="005675DC">
              <w:rPr>
                <w:rFonts w:cs="Times New Roman"/>
              </w:rPr>
              <w:t xml:space="preserve">0.03 </w:t>
            </w:r>
            <w:r w:rsidRPr="005675DC">
              <w:rPr>
                <w:rFonts w:cs="Times New Roman"/>
                <w:spacing w:val="-10"/>
                <w:vertAlign w:val="superscript"/>
              </w:rPr>
              <w:t>c</w:t>
            </w:r>
          </w:p>
          <w:p w14:paraId="5502B518"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(0.17)</w:t>
            </w:r>
          </w:p>
        </w:tc>
        <w:tc>
          <w:tcPr>
            <w:tcW w:w="808" w:type="dxa"/>
          </w:tcPr>
          <w:p w14:paraId="63EA2B2A" w14:textId="77777777" w:rsidR="00794935" w:rsidRPr="005675DC" w:rsidRDefault="00794935" w:rsidP="00794935">
            <w:pPr>
              <w:widowControl w:val="0"/>
              <w:autoSpaceDE w:val="0"/>
              <w:autoSpaceDN w:val="0"/>
              <w:spacing w:after="0" w:line="275" w:lineRule="exact"/>
              <w:ind w:left="118"/>
              <w:rPr>
                <w:rFonts w:cs="Times New Roman"/>
              </w:rPr>
            </w:pPr>
            <w:r w:rsidRPr="005675DC">
              <w:rPr>
                <w:rFonts w:cs="Times New Roman"/>
              </w:rPr>
              <w:t xml:space="preserve">0.16 </w:t>
            </w:r>
            <w:r w:rsidRPr="005675DC">
              <w:rPr>
                <w:rFonts w:cs="Times New Roman"/>
                <w:spacing w:val="-10"/>
                <w:vertAlign w:val="superscript"/>
              </w:rPr>
              <w:t>b</w:t>
            </w:r>
          </w:p>
          <w:p w14:paraId="2986D51B"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(0.39)</w:t>
            </w:r>
          </w:p>
        </w:tc>
        <w:tc>
          <w:tcPr>
            <w:tcW w:w="804" w:type="dxa"/>
          </w:tcPr>
          <w:p w14:paraId="34AA4766" w14:textId="77777777" w:rsidR="00794935" w:rsidRPr="005675DC" w:rsidRDefault="00794935" w:rsidP="00794935">
            <w:pPr>
              <w:widowControl w:val="0"/>
              <w:autoSpaceDE w:val="0"/>
              <w:autoSpaceDN w:val="0"/>
              <w:spacing w:after="0" w:line="275" w:lineRule="exact"/>
              <w:ind w:left="119"/>
              <w:rPr>
                <w:rFonts w:cs="Times New Roman"/>
              </w:rPr>
            </w:pPr>
            <w:r w:rsidRPr="005675DC">
              <w:rPr>
                <w:rFonts w:cs="Times New Roman"/>
              </w:rPr>
              <w:t xml:space="preserve">0.25 </w:t>
            </w:r>
            <w:r w:rsidRPr="005675DC">
              <w:rPr>
                <w:rFonts w:cs="Times New Roman"/>
                <w:spacing w:val="-10"/>
                <w:vertAlign w:val="superscript"/>
              </w:rPr>
              <w:t>b</w:t>
            </w:r>
          </w:p>
          <w:p w14:paraId="0381DEB0"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(0.49)</w:t>
            </w:r>
          </w:p>
        </w:tc>
        <w:tc>
          <w:tcPr>
            <w:tcW w:w="809" w:type="dxa"/>
          </w:tcPr>
          <w:p w14:paraId="2848B61E" w14:textId="77777777" w:rsidR="00794935" w:rsidRPr="005675DC" w:rsidRDefault="00794935" w:rsidP="00794935">
            <w:pPr>
              <w:widowControl w:val="0"/>
              <w:autoSpaceDE w:val="0"/>
              <w:autoSpaceDN w:val="0"/>
              <w:spacing w:after="0" w:line="275" w:lineRule="exact"/>
              <w:ind w:left="119"/>
              <w:rPr>
                <w:rFonts w:cs="Times New Roman"/>
              </w:rPr>
            </w:pPr>
            <w:r w:rsidRPr="005675DC">
              <w:rPr>
                <w:rFonts w:cs="Times New Roman"/>
              </w:rPr>
              <w:t xml:space="preserve">0.25 </w:t>
            </w:r>
            <w:r w:rsidRPr="005675DC">
              <w:rPr>
                <w:rFonts w:cs="Times New Roman"/>
                <w:spacing w:val="-10"/>
                <w:vertAlign w:val="superscript"/>
              </w:rPr>
              <w:t>b</w:t>
            </w:r>
          </w:p>
          <w:p w14:paraId="087F6EE0"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(0.49)</w:t>
            </w:r>
          </w:p>
        </w:tc>
        <w:tc>
          <w:tcPr>
            <w:tcW w:w="804" w:type="dxa"/>
          </w:tcPr>
          <w:p w14:paraId="1BCD2FEA" w14:textId="77777777" w:rsidR="00794935" w:rsidRPr="005675DC" w:rsidRDefault="00794935" w:rsidP="00794935">
            <w:pPr>
              <w:widowControl w:val="0"/>
              <w:autoSpaceDE w:val="0"/>
              <w:autoSpaceDN w:val="0"/>
              <w:spacing w:after="0" w:line="275" w:lineRule="exact"/>
              <w:ind w:left="118"/>
              <w:rPr>
                <w:rFonts w:cs="Times New Roman"/>
              </w:rPr>
            </w:pPr>
            <w:r w:rsidRPr="005675DC">
              <w:rPr>
                <w:rFonts w:cs="Times New Roman"/>
              </w:rPr>
              <w:t xml:space="preserve">0.26 </w:t>
            </w:r>
            <w:r w:rsidRPr="005675DC">
              <w:rPr>
                <w:rFonts w:cs="Times New Roman"/>
                <w:spacing w:val="-10"/>
                <w:vertAlign w:val="superscript"/>
              </w:rPr>
              <w:t>b</w:t>
            </w:r>
          </w:p>
          <w:p w14:paraId="29B3E1C0"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(0.50)</w:t>
            </w:r>
          </w:p>
        </w:tc>
        <w:tc>
          <w:tcPr>
            <w:tcW w:w="808" w:type="dxa"/>
          </w:tcPr>
          <w:p w14:paraId="74E85000" w14:textId="77777777" w:rsidR="00794935" w:rsidRPr="005675DC" w:rsidRDefault="00794935" w:rsidP="00794935">
            <w:pPr>
              <w:widowControl w:val="0"/>
              <w:autoSpaceDE w:val="0"/>
              <w:autoSpaceDN w:val="0"/>
              <w:spacing w:after="0" w:line="275" w:lineRule="exact"/>
              <w:ind w:left="118"/>
              <w:rPr>
                <w:rFonts w:cs="Times New Roman"/>
              </w:rPr>
            </w:pPr>
            <w:r w:rsidRPr="005675DC">
              <w:rPr>
                <w:rFonts w:cs="Times New Roman"/>
              </w:rPr>
              <w:t xml:space="preserve">0.35 </w:t>
            </w:r>
            <w:r w:rsidRPr="005675DC">
              <w:rPr>
                <w:rFonts w:cs="Times New Roman"/>
                <w:spacing w:val="-10"/>
                <w:vertAlign w:val="superscript"/>
              </w:rPr>
              <w:t>b</w:t>
            </w:r>
          </w:p>
          <w:p w14:paraId="0F51F442"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(0.58)</w:t>
            </w:r>
          </w:p>
        </w:tc>
        <w:tc>
          <w:tcPr>
            <w:tcW w:w="804" w:type="dxa"/>
          </w:tcPr>
          <w:p w14:paraId="56143CF3" w14:textId="77777777" w:rsidR="00794935" w:rsidRPr="005675DC" w:rsidRDefault="00794935" w:rsidP="00794935">
            <w:pPr>
              <w:widowControl w:val="0"/>
              <w:autoSpaceDE w:val="0"/>
              <w:autoSpaceDN w:val="0"/>
              <w:spacing w:after="0" w:line="275" w:lineRule="exact"/>
              <w:ind w:left="119"/>
              <w:rPr>
                <w:rFonts w:cs="Times New Roman"/>
              </w:rPr>
            </w:pPr>
            <w:r w:rsidRPr="005675DC">
              <w:rPr>
                <w:rFonts w:cs="Times New Roman"/>
              </w:rPr>
              <w:t xml:space="preserve">0.29 </w:t>
            </w:r>
            <w:r w:rsidRPr="005675DC">
              <w:rPr>
                <w:rFonts w:cs="Times New Roman"/>
                <w:spacing w:val="-10"/>
                <w:vertAlign w:val="superscript"/>
              </w:rPr>
              <w:t>b</w:t>
            </w:r>
          </w:p>
          <w:p w14:paraId="61732039"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(0.53)</w:t>
            </w:r>
          </w:p>
        </w:tc>
        <w:tc>
          <w:tcPr>
            <w:tcW w:w="813" w:type="dxa"/>
          </w:tcPr>
          <w:p w14:paraId="18A824C5" w14:textId="77777777" w:rsidR="00794935" w:rsidRPr="005675DC" w:rsidRDefault="00794935" w:rsidP="00794935">
            <w:pPr>
              <w:widowControl w:val="0"/>
              <w:autoSpaceDE w:val="0"/>
              <w:autoSpaceDN w:val="0"/>
              <w:spacing w:after="0" w:line="275" w:lineRule="exact"/>
              <w:ind w:left="123"/>
              <w:rPr>
                <w:rFonts w:cs="Times New Roman"/>
              </w:rPr>
            </w:pPr>
            <w:r w:rsidRPr="005675DC">
              <w:rPr>
                <w:rFonts w:cs="Times New Roman"/>
              </w:rPr>
              <w:t xml:space="preserve">0.08 </w:t>
            </w:r>
            <w:r w:rsidRPr="005675DC">
              <w:rPr>
                <w:rFonts w:cs="Times New Roman"/>
                <w:spacing w:val="-10"/>
                <w:vertAlign w:val="superscript"/>
              </w:rPr>
              <w:t>b</w:t>
            </w:r>
          </w:p>
          <w:p w14:paraId="059748ED"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(0.28)</w:t>
            </w:r>
          </w:p>
        </w:tc>
        <w:tc>
          <w:tcPr>
            <w:tcW w:w="972" w:type="dxa"/>
          </w:tcPr>
          <w:p w14:paraId="17D557C9" w14:textId="77777777" w:rsidR="00794935" w:rsidRPr="005675DC" w:rsidRDefault="00794935" w:rsidP="00794935">
            <w:pPr>
              <w:widowControl w:val="0"/>
              <w:autoSpaceDE w:val="0"/>
              <w:autoSpaceDN w:val="0"/>
              <w:spacing w:after="0" w:line="275" w:lineRule="exact"/>
              <w:ind w:left="202"/>
              <w:rPr>
                <w:rFonts w:cs="Times New Roman"/>
              </w:rPr>
            </w:pPr>
            <w:r w:rsidRPr="005675DC">
              <w:rPr>
                <w:rFonts w:cs="Times New Roman"/>
                <w:b/>
              </w:rPr>
              <w:t xml:space="preserve">0.21 </w:t>
            </w:r>
            <w:r w:rsidRPr="005675DC">
              <w:rPr>
                <w:rFonts w:cs="Times New Roman"/>
                <w:spacing w:val="-10"/>
                <w:vertAlign w:val="superscript"/>
              </w:rPr>
              <w:t>b</w:t>
            </w:r>
          </w:p>
          <w:p w14:paraId="6E956986" w14:textId="77777777" w:rsidR="00794935" w:rsidRPr="005675DC" w:rsidRDefault="00794935" w:rsidP="00794935">
            <w:pPr>
              <w:widowControl w:val="0"/>
              <w:autoSpaceDE w:val="0"/>
              <w:autoSpaceDN w:val="0"/>
              <w:spacing w:after="0" w:line="255" w:lineRule="exact"/>
              <w:ind w:left="191"/>
              <w:rPr>
                <w:rFonts w:cs="Times New Roman"/>
                <w:b/>
              </w:rPr>
            </w:pPr>
            <w:r w:rsidRPr="005675DC">
              <w:rPr>
                <w:rFonts w:cs="Times New Roman"/>
                <w:b/>
                <w:spacing w:val="-2"/>
              </w:rPr>
              <w:t>(0.45)</w:t>
            </w:r>
          </w:p>
        </w:tc>
      </w:tr>
      <w:tr w:rsidR="00794935" w:rsidRPr="005675DC" w14:paraId="7804A639" w14:textId="77777777" w:rsidTr="00685DD7">
        <w:trPr>
          <w:trHeight w:val="277"/>
        </w:trPr>
        <w:tc>
          <w:tcPr>
            <w:tcW w:w="2673" w:type="dxa"/>
          </w:tcPr>
          <w:p w14:paraId="532B5C75" w14:textId="77777777" w:rsidR="00794935" w:rsidRPr="005675DC" w:rsidRDefault="00794935" w:rsidP="00794935">
            <w:pPr>
              <w:widowControl w:val="0"/>
              <w:autoSpaceDE w:val="0"/>
              <w:autoSpaceDN w:val="0"/>
              <w:spacing w:before="3" w:after="0" w:line="255" w:lineRule="exact"/>
              <w:ind w:left="943"/>
              <w:rPr>
                <w:rFonts w:cs="Times New Roman"/>
              </w:rPr>
            </w:pPr>
            <w:r w:rsidRPr="005675DC">
              <w:rPr>
                <w:rFonts w:cs="Times New Roman"/>
              </w:rPr>
              <w:t>S.</w:t>
            </w:r>
            <w:r w:rsidRPr="005675DC">
              <w:rPr>
                <w:rFonts w:cs="Times New Roman"/>
                <w:spacing w:val="-1"/>
              </w:rPr>
              <w:t xml:space="preserve"> </w:t>
            </w:r>
            <w:r w:rsidRPr="005675DC">
              <w:rPr>
                <w:rFonts w:cs="Times New Roman"/>
              </w:rPr>
              <w:t xml:space="preserve">Em </w:t>
            </w:r>
            <w:r w:rsidRPr="005675DC">
              <w:rPr>
                <w:rFonts w:cs="Times New Roman"/>
                <w:spacing w:val="-10"/>
              </w:rPr>
              <w:t>±</w:t>
            </w:r>
          </w:p>
        </w:tc>
        <w:tc>
          <w:tcPr>
            <w:tcW w:w="808" w:type="dxa"/>
          </w:tcPr>
          <w:p w14:paraId="4186DC48" w14:textId="77777777" w:rsidR="00794935" w:rsidRPr="005675DC" w:rsidRDefault="00794935" w:rsidP="00794935">
            <w:pPr>
              <w:widowControl w:val="0"/>
              <w:autoSpaceDE w:val="0"/>
              <w:autoSpaceDN w:val="0"/>
              <w:spacing w:before="3" w:after="0" w:line="255" w:lineRule="exact"/>
              <w:ind w:left="5" w:right="1"/>
              <w:jc w:val="center"/>
              <w:rPr>
                <w:rFonts w:cs="Times New Roman"/>
              </w:rPr>
            </w:pPr>
            <w:r w:rsidRPr="005675DC">
              <w:rPr>
                <w:rFonts w:cs="Times New Roman"/>
                <w:spacing w:val="-4"/>
              </w:rPr>
              <w:t>0.01</w:t>
            </w:r>
          </w:p>
        </w:tc>
        <w:tc>
          <w:tcPr>
            <w:tcW w:w="808" w:type="dxa"/>
          </w:tcPr>
          <w:p w14:paraId="6DBD7F95" w14:textId="77777777" w:rsidR="00794935" w:rsidRPr="005675DC" w:rsidRDefault="00794935" w:rsidP="00794935">
            <w:pPr>
              <w:widowControl w:val="0"/>
              <w:autoSpaceDE w:val="0"/>
              <w:autoSpaceDN w:val="0"/>
              <w:spacing w:before="3" w:after="0" w:line="255" w:lineRule="exact"/>
              <w:ind w:left="5" w:right="1"/>
              <w:jc w:val="center"/>
              <w:rPr>
                <w:rFonts w:cs="Times New Roman"/>
              </w:rPr>
            </w:pPr>
            <w:r w:rsidRPr="005675DC">
              <w:rPr>
                <w:rFonts w:cs="Times New Roman"/>
                <w:spacing w:val="-4"/>
              </w:rPr>
              <w:t>0.02</w:t>
            </w:r>
          </w:p>
        </w:tc>
        <w:tc>
          <w:tcPr>
            <w:tcW w:w="804" w:type="dxa"/>
          </w:tcPr>
          <w:p w14:paraId="19D477A2" w14:textId="77777777" w:rsidR="00794935" w:rsidRPr="005675DC" w:rsidRDefault="00794935" w:rsidP="00794935">
            <w:pPr>
              <w:widowControl w:val="0"/>
              <w:autoSpaceDE w:val="0"/>
              <w:autoSpaceDN w:val="0"/>
              <w:spacing w:before="3" w:after="0" w:line="255" w:lineRule="exact"/>
              <w:ind w:left="9"/>
              <w:jc w:val="center"/>
              <w:rPr>
                <w:rFonts w:cs="Times New Roman"/>
              </w:rPr>
            </w:pPr>
            <w:r w:rsidRPr="005675DC">
              <w:rPr>
                <w:rFonts w:cs="Times New Roman"/>
                <w:spacing w:val="-4"/>
              </w:rPr>
              <w:t>0.02</w:t>
            </w:r>
          </w:p>
        </w:tc>
        <w:tc>
          <w:tcPr>
            <w:tcW w:w="809" w:type="dxa"/>
          </w:tcPr>
          <w:p w14:paraId="06FE491D" w14:textId="77777777" w:rsidR="00794935" w:rsidRPr="005675DC" w:rsidRDefault="00794935" w:rsidP="00794935">
            <w:pPr>
              <w:widowControl w:val="0"/>
              <w:autoSpaceDE w:val="0"/>
              <w:autoSpaceDN w:val="0"/>
              <w:spacing w:before="3" w:after="0" w:line="255" w:lineRule="exact"/>
              <w:ind w:left="5" w:right="1"/>
              <w:jc w:val="center"/>
              <w:rPr>
                <w:rFonts w:cs="Times New Roman"/>
              </w:rPr>
            </w:pPr>
            <w:r w:rsidRPr="005675DC">
              <w:rPr>
                <w:rFonts w:cs="Times New Roman"/>
                <w:spacing w:val="-4"/>
              </w:rPr>
              <w:t>0.04</w:t>
            </w:r>
          </w:p>
        </w:tc>
        <w:tc>
          <w:tcPr>
            <w:tcW w:w="804" w:type="dxa"/>
          </w:tcPr>
          <w:p w14:paraId="6447870B" w14:textId="77777777" w:rsidR="00794935" w:rsidRPr="005675DC" w:rsidRDefault="00794935" w:rsidP="00794935">
            <w:pPr>
              <w:widowControl w:val="0"/>
              <w:autoSpaceDE w:val="0"/>
              <w:autoSpaceDN w:val="0"/>
              <w:spacing w:before="3" w:after="0" w:line="255" w:lineRule="exact"/>
              <w:ind w:left="9" w:right="2"/>
              <w:jc w:val="center"/>
              <w:rPr>
                <w:rFonts w:cs="Times New Roman"/>
              </w:rPr>
            </w:pPr>
            <w:r w:rsidRPr="005675DC">
              <w:rPr>
                <w:rFonts w:cs="Times New Roman"/>
                <w:spacing w:val="-4"/>
              </w:rPr>
              <w:t>0.03</w:t>
            </w:r>
          </w:p>
        </w:tc>
        <w:tc>
          <w:tcPr>
            <w:tcW w:w="808" w:type="dxa"/>
          </w:tcPr>
          <w:p w14:paraId="2714A2F7" w14:textId="77777777" w:rsidR="00794935" w:rsidRPr="005675DC" w:rsidRDefault="00794935" w:rsidP="00794935">
            <w:pPr>
              <w:widowControl w:val="0"/>
              <w:autoSpaceDE w:val="0"/>
              <w:autoSpaceDN w:val="0"/>
              <w:spacing w:before="3" w:after="0" w:line="255" w:lineRule="exact"/>
              <w:ind w:left="5" w:right="1"/>
              <w:jc w:val="center"/>
              <w:rPr>
                <w:rFonts w:cs="Times New Roman"/>
              </w:rPr>
            </w:pPr>
            <w:r w:rsidRPr="005675DC">
              <w:rPr>
                <w:rFonts w:cs="Times New Roman"/>
                <w:spacing w:val="-4"/>
              </w:rPr>
              <w:t>0.02</w:t>
            </w:r>
          </w:p>
        </w:tc>
        <w:tc>
          <w:tcPr>
            <w:tcW w:w="804" w:type="dxa"/>
          </w:tcPr>
          <w:p w14:paraId="5DBC9BC5" w14:textId="77777777" w:rsidR="00794935" w:rsidRPr="005675DC" w:rsidRDefault="00794935" w:rsidP="00794935">
            <w:pPr>
              <w:widowControl w:val="0"/>
              <w:autoSpaceDE w:val="0"/>
              <w:autoSpaceDN w:val="0"/>
              <w:spacing w:before="3" w:after="0" w:line="255" w:lineRule="exact"/>
              <w:ind w:left="9"/>
              <w:jc w:val="center"/>
              <w:rPr>
                <w:rFonts w:cs="Times New Roman"/>
              </w:rPr>
            </w:pPr>
            <w:r w:rsidRPr="005675DC">
              <w:rPr>
                <w:rFonts w:cs="Times New Roman"/>
                <w:spacing w:val="-4"/>
              </w:rPr>
              <w:t>0.01</w:t>
            </w:r>
          </w:p>
        </w:tc>
        <w:tc>
          <w:tcPr>
            <w:tcW w:w="813" w:type="dxa"/>
          </w:tcPr>
          <w:p w14:paraId="27B0BDB1" w14:textId="77777777" w:rsidR="00794935" w:rsidRPr="005675DC" w:rsidRDefault="00794935" w:rsidP="00794935">
            <w:pPr>
              <w:widowControl w:val="0"/>
              <w:autoSpaceDE w:val="0"/>
              <w:autoSpaceDN w:val="0"/>
              <w:spacing w:before="3" w:after="0" w:line="255" w:lineRule="exact"/>
              <w:jc w:val="center"/>
              <w:rPr>
                <w:rFonts w:cs="Times New Roman"/>
              </w:rPr>
            </w:pPr>
            <w:r w:rsidRPr="005675DC">
              <w:rPr>
                <w:rFonts w:cs="Times New Roman"/>
                <w:spacing w:val="-4"/>
              </w:rPr>
              <w:t>0.03</w:t>
            </w:r>
          </w:p>
        </w:tc>
        <w:tc>
          <w:tcPr>
            <w:tcW w:w="972" w:type="dxa"/>
          </w:tcPr>
          <w:p w14:paraId="426A0312" w14:textId="77777777" w:rsidR="00794935" w:rsidRPr="005675DC" w:rsidRDefault="00794935" w:rsidP="00794935">
            <w:pPr>
              <w:widowControl w:val="0"/>
              <w:autoSpaceDE w:val="0"/>
              <w:autoSpaceDN w:val="0"/>
              <w:spacing w:before="3" w:after="0" w:line="255" w:lineRule="exact"/>
              <w:jc w:val="center"/>
              <w:rPr>
                <w:rFonts w:cs="Times New Roman"/>
                <w:b/>
              </w:rPr>
            </w:pPr>
            <w:r w:rsidRPr="005675DC">
              <w:rPr>
                <w:rFonts w:cs="Times New Roman"/>
                <w:b/>
                <w:spacing w:val="-4"/>
              </w:rPr>
              <w:t>0.03</w:t>
            </w:r>
          </w:p>
        </w:tc>
      </w:tr>
      <w:tr w:rsidR="00794935" w:rsidRPr="005675DC" w14:paraId="3CD18FB9" w14:textId="77777777" w:rsidTr="00685DD7">
        <w:trPr>
          <w:trHeight w:val="274"/>
        </w:trPr>
        <w:tc>
          <w:tcPr>
            <w:tcW w:w="2673" w:type="dxa"/>
          </w:tcPr>
          <w:p w14:paraId="6569CCFE" w14:textId="77777777" w:rsidR="00794935" w:rsidRPr="005675DC" w:rsidRDefault="00794935" w:rsidP="00794935">
            <w:pPr>
              <w:widowControl w:val="0"/>
              <w:autoSpaceDE w:val="0"/>
              <w:autoSpaceDN w:val="0"/>
              <w:spacing w:after="0" w:line="254" w:lineRule="exact"/>
              <w:ind w:left="798"/>
              <w:rPr>
                <w:rFonts w:cs="Times New Roman"/>
              </w:rPr>
            </w:pPr>
            <w:r w:rsidRPr="005675DC">
              <w:rPr>
                <w:rFonts w:cs="Times New Roman"/>
              </w:rPr>
              <w:t>C.D.</w:t>
            </w:r>
            <w:r w:rsidRPr="005675DC">
              <w:rPr>
                <w:rFonts w:cs="Times New Roman"/>
                <w:spacing w:val="-1"/>
              </w:rPr>
              <w:t xml:space="preserve"> </w:t>
            </w:r>
            <w:r w:rsidRPr="005675DC">
              <w:rPr>
                <w:rFonts w:cs="Times New Roman"/>
              </w:rPr>
              <w:t xml:space="preserve">at </w:t>
            </w:r>
            <w:r w:rsidRPr="005675DC">
              <w:rPr>
                <w:rFonts w:cs="Times New Roman"/>
                <w:spacing w:val="-5"/>
              </w:rPr>
              <w:t>5%</w:t>
            </w:r>
          </w:p>
        </w:tc>
        <w:tc>
          <w:tcPr>
            <w:tcW w:w="808" w:type="dxa"/>
          </w:tcPr>
          <w:p w14:paraId="26EA28E2" w14:textId="77777777" w:rsidR="00794935" w:rsidRPr="005675DC" w:rsidRDefault="00794935" w:rsidP="00794935">
            <w:pPr>
              <w:widowControl w:val="0"/>
              <w:autoSpaceDE w:val="0"/>
              <w:autoSpaceDN w:val="0"/>
              <w:spacing w:after="0" w:line="254" w:lineRule="exact"/>
              <w:ind w:left="5" w:right="1"/>
              <w:jc w:val="center"/>
              <w:rPr>
                <w:rFonts w:cs="Times New Roman"/>
              </w:rPr>
            </w:pPr>
            <w:r w:rsidRPr="005675DC">
              <w:rPr>
                <w:rFonts w:cs="Times New Roman"/>
                <w:spacing w:val="-4"/>
              </w:rPr>
              <w:t>0.04</w:t>
            </w:r>
          </w:p>
        </w:tc>
        <w:tc>
          <w:tcPr>
            <w:tcW w:w="808" w:type="dxa"/>
          </w:tcPr>
          <w:p w14:paraId="002F1C34" w14:textId="77777777" w:rsidR="00794935" w:rsidRPr="005675DC" w:rsidRDefault="00794935" w:rsidP="00794935">
            <w:pPr>
              <w:widowControl w:val="0"/>
              <w:autoSpaceDE w:val="0"/>
              <w:autoSpaceDN w:val="0"/>
              <w:spacing w:after="0" w:line="254" w:lineRule="exact"/>
              <w:ind w:left="5" w:right="1"/>
              <w:jc w:val="center"/>
              <w:rPr>
                <w:rFonts w:cs="Times New Roman"/>
              </w:rPr>
            </w:pPr>
            <w:r w:rsidRPr="005675DC">
              <w:rPr>
                <w:rFonts w:cs="Times New Roman"/>
                <w:spacing w:val="-4"/>
              </w:rPr>
              <w:t>0.06</w:t>
            </w:r>
          </w:p>
        </w:tc>
        <w:tc>
          <w:tcPr>
            <w:tcW w:w="804" w:type="dxa"/>
          </w:tcPr>
          <w:p w14:paraId="2A59AFEA" w14:textId="77777777" w:rsidR="00794935" w:rsidRPr="005675DC" w:rsidRDefault="00794935" w:rsidP="00794935">
            <w:pPr>
              <w:widowControl w:val="0"/>
              <w:autoSpaceDE w:val="0"/>
              <w:autoSpaceDN w:val="0"/>
              <w:spacing w:after="0" w:line="254" w:lineRule="exact"/>
              <w:ind w:left="9"/>
              <w:jc w:val="center"/>
              <w:rPr>
                <w:rFonts w:cs="Times New Roman"/>
              </w:rPr>
            </w:pPr>
            <w:r w:rsidRPr="005675DC">
              <w:rPr>
                <w:rFonts w:cs="Times New Roman"/>
                <w:spacing w:val="-4"/>
              </w:rPr>
              <w:t>0.08</w:t>
            </w:r>
          </w:p>
        </w:tc>
        <w:tc>
          <w:tcPr>
            <w:tcW w:w="809" w:type="dxa"/>
          </w:tcPr>
          <w:p w14:paraId="4DBE6040" w14:textId="77777777" w:rsidR="00794935" w:rsidRPr="005675DC" w:rsidRDefault="00794935" w:rsidP="00794935">
            <w:pPr>
              <w:widowControl w:val="0"/>
              <w:autoSpaceDE w:val="0"/>
              <w:autoSpaceDN w:val="0"/>
              <w:spacing w:after="0" w:line="254" w:lineRule="exact"/>
              <w:ind w:left="5" w:right="1"/>
              <w:jc w:val="center"/>
              <w:rPr>
                <w:rFonts w:cs="Times New Roman"/>
              </w:rPr>
            </w:pPr>
            <w:r w:rsidRPr="005675DC">
              <w:rPr>
                <w:rFonts w:cs="Times New Roman"/>
                <w:spacing w:val="-4"/>
              </w:rPr>
              <w:t>0.13</w:t>
            </w:r>
          </w:p>
        </w:tc>
        <w:tc>
          <w:tcPr>
            <w:tcW w:w="804" w:type="dxa"/>
          </w:tcPr>
          <w:p w14:paraId="1B7F60FA" w14:textId="77777777" w:rsidR="00794935" w:rsidRPr="005675DC" w:rsidRDefault="00794935" w:rsidP="00794935">
            <w:pPr>
              <w:widowControl w:val="0"/>
              <w:autoSpaceDE w:val="0"/>
              <w:autoSpaceDN w:val="0"/>
              <w:spacing w:after="0" w:line="254" w:lineRule="exact"/>
              <w:ind w:left="9" w:right="2"/>
              <w:jc w:val="center"/>
              <w:rPr>
                <w:rFonts w:cs="Times New Roman"/>
              </w:rPr>
            </w:pPr>
            <w:r w:rsidRPr="005675DC">
              <w:rPr>
                <w:rFonts w:cs="Times New Roman"/>
                <w:spacing w:val="-4"/>
              </w:rPr>
              <w:t>0.07</w:t>
            </w:r>
          </w:p>
        </w:tc>
        <w:tc>
          <w:tcPr>
            <w:tcW w:w="808" w:type="dxa"/>
          </w:tcPr>
          <w:p w14:paraId="00B8159D" w14:textId="77777777" w:rsidR="00794935" w:rsidRPr="005675DC" w:rsidRDefault="00794935" w:rsidP="00794935">
            <w:pPr>
              <w:widowControl w:val="0"/>
              <w:autoSpaceDE w:val="0"/>
              <w:autoSpaceDN w:val="0"/>
              <w:spacing w:after="0" w:line="254" w:lineRule="exact"/>
              <w:ind w:left="5" w:right="1"/>
              <w:jc w:val="center"/>
              <w:rPr>
                <w:rFonts w:cs="Times New Roman"/>
              </w:rPr>
            </w:pPr>
            <w:r w:rsidRPr="005675DC">
              <w:rPr>
                <w:rFonts w:cs="Times New Roman"/>
                <w:spacing w:val="-4"/>
              </w:rPr>
              <w:t>0.08</w:t>
            </w:r>
          </w:p>
        </w:tc>
        <w:tc>
          <w:tcPr>
            <w:tcW w:w="804" w:type="dxa"/>
          </w:tcPr>
          <w:p w14:paraId="3121E3C1" w14:textId="77777777" w:rsidR="00794935" w:rsidRPr="005675DC" w:rsidRDefault="00794935" w:rsidP="00794935">
            <w:pPr>
              <w:widowControl w:val="0"/>
              <w:autoSpaceDE w:val="0"/>
              <w:autoSpaceDN w:val="0"/>
              <w:spacing w:after="0" w:line="254" w:lineRule="exact"/>
              <w:ind w:left="9"/>
              <w:jc w:val="center"/>
              <w:rPr>
                <w:rFonts w:cs="Times New Roman"/>
              </w:rPr>
            </w:pPr>
            <w:r w:rsidRPr="005675DC">
              <w:rPr>
                <w:rFonts w:cs="Times New Roman"/>
                <w:spacing w:val="-4"/>
              </w:rPr>
              <w:t>0.05</w:t>
            </w:r>
          </w:p>
        </w:tc>
        <w:tc>
          <w:tcPr>
            <w:tcW w:w="813" w:type="dxa"/>
          </w:tcPr>
          <w:p w14:paraId="7C2B3409" w14:textId="77777777" w:rsidR="00794935" w:rsidRPr="005675DC" w:rsidRDefault="00794935" w:rsidP="00794935">
            <w:pPr>
              <w:widowControl w:val="0"/>
              <w:autoSpaceDE w:val="0"/>
              <w:autoSpaceDN w:val="0"/>
              <w:spacing w:after="0" w:line="254" w:lineRule="exact"/>
              <w:jc w:val="center"/>
              <w:rPr>
                <w:rFonts w:cs="Times New Roman"/>
              </w:rPr>
            </w:pPr>
            <w:r w:rsidRPr="005675DC">
              <w:rPr>
                <w:rFonts w:cs="Times New Roman"/>
                <w:spacing w:val="-4"/>
              </w:rPr>
              <w:t>0.07</w:t>
            </w:r>
          </w:p>
        </w:tc>
        <w:tc>
          <w:tcPr>
            <w:tcW w:w="972" w:type="dxa"/>
          </w:tcPr>
          <w:p w14:paraId="20782935" w14:textId="77777777" w:rsidR="00794935" w:rsidRPr="005675DC" w:rsidRDefault="00794935" w:rsidP="00794935">
            <w:pPr>
              <w:widowControl w:val="0"/>
              <w:autoSpaceDE w:val="0"/>
              <w:autoSpaceDN w:val="0"/>
              <w:spacing w:after="0" w:line="254" w:lineRule="exact"/>
              <w:jc w:val="center"/>
              <w:rPr>
                <w:rFonts w:cs="Times New Roman"/>
                <w:b/>
              </w:rPr>
            </w:pPr>
            <w:r w:rsidRPr="005675DC">
              <w:rPr>
                <w:rFonts w:cs="Times New Roman"/>
                <w:b/>
                <w:spacing w:val="-4"/>
              </w:rPr>
              <w:t>0.07</w:t>
            </w:r>
          </w:p>
        </w:tc>
      </w:tr>
    </w:tbl>
    <w:p w14:paraId="4E839242" w14:textId="77777777" w:rsidR="00794935" w:rsidRPr="005675DC" w:rsidRDefault="00794935" w:rsidP="00794935">
      <w:pPr>
        <w:widowControl w:val="0"/>
        <w:autoSpaceDE w:val="0"/>
        <w:autoSpaceDN w:val="0"/>
        <w:spacing w:before="4" w:after="0" w:line="240" w:lineRule="auto"/>
        <w:ind w:left="720" w:right="2894" w:hanging="20"/>
        <w:rPr>
          <w:rFonts w:cs="Times New Roman"/>
          <w:sz w:val="22"/>
        </w:rPr>
      </w:pPr>
      <w:r w:rsidRPr="005675DC">
        <w:rPr>
          <w:rFonts w:cs="Times New Roman"/>
          <w:sz w:val="22"/>
        </w:rPr>
        <w:t>DAS;</w:t>
      </w:r>
      <w:r w:rsidRPr="005675DC">
        <w:rPr>
          <w:rFonts w:cs="Times New Roman"/>
          <w:spacing w:val="-5"/>
          <w:sz w:val="22"/>
        </w:rPr>
        <w:t xml:space="preserve"> </w:t>
      </w:r>
      <w:r w:rsidRPr="005675DC">
        <w:rPr>
          <w:rFonts w:cs="Times New Roman"/>
          <w:sz w:val="22"/>
        </w:rPr>
        <w:t>Days</w:t>
      </w:r>
      <w:r w:rsidRPr="005675DC">
        <w:rPr>
          <w:rFonts w:cs="Times New Roman"/>
          <w:spacing w:val="-5"/>
          <w:sz w:val="22"/>
        </w:rPr>
        <w:t xml:space="preserve"> </w:t>
      </w:r>
      <w:r w:rsidRPr="005675DC">
        <w:rPr>
          <w:rFonts w:cs="Times New Roman"/>
          <w:sz w:val="22"/>
        </w:rPr>
        <w:t>After</w:t>
      </w:r>
      <w:r w:rsidRPr="005675DC">
        <w:rPr>
          <w:rFonts w:cs="Times New Roman"/>
          <w:spacing w:val="-5"/>
          <w:sz w:val="22"/>
        </w:rPr>
        <w:t xml:space="preserve"> </w:t>
      </w:r>
      <w:r w:rsidRPr="005675DC">
        <w:rPr>
          <w:rFonts w:cs="Times New Roman"/>
          <w:sz w:val="22"/>
        </w:rPr>
        <w:t>Sowing,</w:t>
      </w:r>
      <w:r w:rsidRPr="005675DC">
        <w:rPr>
          <w:rFonts w:cs="Times New Roman"/>
          <w:spacing w:val="-7"/>
          <w:sz w:val="22"/>
        </w:rPr>
        <w:t xml:space="preserve"> </w:t>
      </w:r>
      <w:r w:rsidRPr="005675DC">
        <w:rPr>
          <w:rFonts w:cs="Times New Roman"/>
          <w:sz w:val="22"/>
        </w:rPr>
        <w:t>S.</w:t>
      </w:r>
      <w:r w:rsidRPr="005675DC">
        <w:rPr>
          <w:rFonts w:cs="Times New Roman"/>
          <w:spacing w:val="-7"/>
          <w:sz w:val="22"/>
        </w:rPr>
        <w:t xml:space="preserve"> </w:t>
      </w:r>
      <w:r w:rsidRPr="005675DC">
        <w:rPr>
          <w:rFonts w:cs="Times New Roman"/>
          <w:sz w:val="22"/>
        </w:rPr>
        <w:t>Em</w:t>
      </w:r>
      <w:r w:rsidRPr="005675DC">
        <w:rPr>
          <w:rFonts w:cs="Times New Roman"/>
          <w:spacing w:val="-3"/>
          <w:sz w:val="22"/>
        </w:rPr>
        <w:t xml:space="preserve"> </w:t>
      </w:r>
      <w:r w:rsidRPr="005675DC">
        <w:rPr>
          <w:rFonts w:cs="Times New Roman"/>
          <w:sz w:val="22"/>
        </w:rPr>
        <w:t>±;</w:t>
      </w:r>
      <w:r w:rsidRPr="005675DC">
        <w:rPr>
          <w:rFonts w:cs="Times New Roman"/>
          <w:spacing w:val="-8"/>
          <w:sz w:val="22"/>
        </w:rPr>
        <w:t xml:space="preserve"> </w:t>
      </w:r>
      <w:r w:rsidRPr="005675DC">
        <w:rPr>
          <w:rFonts w:cs="Times New Roman"/>
          <w:sz w:val="22"/>
        </w:rPr>
        <w:t>Standard</w:t>
      </w:r>
      <w:r w:rsidRPr="005675DC">
        <w:rPr>
          <w:rFonts w:cs="Times New Roman"/>
          <w:spacing w:val="-2"/>
          <w:sz w:val="22"/>
        </w:rPr>
        <w:t xml:space="preserve"> </w:t>
      </w:r>
      <w:r w:rsidRPr="005675DC">
        <w:rPr>
          <w:rFonts w:cs="Times New Roman"/>
          <w:sz w:val="22"/>
        </w:rPr>
        <w:t>Error</w:t>
      </w:r>
      <w:r w:rsidRPr="005675DC">
        <w:rPr>
          <w:rFonts w:cs="Times New Roman"/>
          <w:spacing w:val="-5"/>
          <w:sz w:val="22"/>
        </w:rPr>
        <w:t xml:space="preserve"> </w:t>
      </w:r>
      <w:r w:rsidRPr="005675DC">
        <w:rPr>
          <w:rFonts w:cs="Times New Roman"/>
          <w:sz w:val="22"/>
        </w:rPr>
        <w:t>Mean,</w:t>
      </w:r>
      <w:r w:rsidRPr="005675DC">
        <w:rPr>
          <w:rFonts w:cs="Times New Roman"/>
          <w:spacing w:val="-3"/>
          <w:sz w:val="22"/>
        </w:rPr>
        <w:t xml:space="preserve"> </w:t>
      </w:r>
      <w:r w:rsidRPr="005675DC">
        <w:rPr>
          <w:rFonts w:cs="Times New Roman"/>
          <w:sz w:val="22"/>
        </w:rPr>
        <w:t>CD;</w:t>
      </w:r>
      <w:r w:rsidRPr="005675DC">
        <w:rPr>
          <w:rFonts w:cs="Times New Roman"/>
          <w:spacing w:val="-5"/>
          <w:sz w:val="22"/>
        </w:rPr>
        <w:t xml:space="preserve"> </w:t>
      </w:r>
      <w:r w:rsidRPr="005675DC">
        <w:rPr>
          <w:rFonts w:cs="Times New Roman"/>
          <w:sz w:val="22"/>
        </w:rPr>
        <w:t>Critical</w:t>
      </w:r>
      <w:r w:rsidRPr="005675DC">
        <w:rPr>
          <w:rFonts w:cs="Times New Roman"/>
          <w:spacing w:val="-5"/>
          <w:sz w:val="22"/>
        </w:rPr>
        <w:t xml:space="preserve"> </w:t>
      </w:r>
      <w:r w:rsidRPr="005675DC">
        <w:rPr>
          <w:rFonts w:cs="Times New Roman"/>
          <w:sz w:val="22"/>
        </w:rPr>
        <w:t>Difference Figures in parenthesis indicate square root √(x+0.5) transformed values</w:t>
      </w:r>
    </w:p>
    <w:p w14:paraId="288ED6F4" w14:textId="77777777" w:rsidR="00794935" w:rsidRPr="005675DC" w:rsidRDefault="00794935" w:rsidP="00794935">
      <w:pPr>
        <w:widowControl w:val="0"/>
        <w:autoSpaceDE w:val="0"/>
        <w:autoSpaceDN w:val="0"/>
        <w:spacing w:after="0" w:line="251" w:lineRule="exact"/>
        <w:ind w:left="720"/>
        <w:rPr>
          <w:rFonts w:cs="Times New Roman"/>
          <w:sz w:val="22"/>
        </w:rPr>
      </w:pPr>
      <w:r w:rsidRPr="005675DC">
        <w:rPr>
          <w:rFonts w:cs="Times New Roman"/>
          <w:sz w:val="22"/>
        </w:rPr>
        <w:t>In</w:t>
      </w:r>
      <w:r w:rsidRPr="005675DC">
        <w:rPr>
          <w:rFonts w:cs="Times New Roman"/>
          <w:spacing w:val="-1"/>
          <w:sz w:val="22"/>
        </w:rPr>
        <w:t xml:space="preserve"> </w:t>
      </w:r>
      <w:r w:rsidRPr="005675DC">
        <w:rPr>
          <w:rFonts w:cs="Times New Roman"/>
          <w:sz w:val="22"/>
        </w:rPr>
        <w:t>a</w:t>
      </w:r>
      <w:r w:rsidRPr="005675DC">
        <w:rPr>
          <w:rFonts w:cs="Times New Roman"/>
          <w:spacing w:val="-4"/>
          <w:sz w:val="22"/>
        </w:rPr>
        <w:t xml:space="preserve"> </w:t>
      </w:r>
      <w:r w:rsidRPr="005675DC">
        <w:rPr>
          <w:rFonts w:cs="Times New Roman"/>
          <w:sz w:val="22"/>
        </w:rPr>
        <w:t>column,</w:t>
      </w:r>
      <w:r w:rsidRPr="005675DC">
        <w:rPr>
          <w:rFonts w:cs="Times New Roman"/>
          <w:spacing w:val="-1"/>
          <w:sz w:val="22"/>
        </w:rPr>
        <w:t xml:space="preserve"> </w:t>
      </w:r>
      <w:r w:rsidRPr="005675DC">
        <w:rPr>
          <w:rFonts w:cs="Times New Roman"/>
          <w:sz w:val="22"/>
        </w:rPr>
        <w:t>means</w:t>
      </w:r>
      <w:r w:rsidRPr="005675DC">
        <w:rPr>
          <w:rFonts w:cs="Times New Roman"/>
          <w:spacing w:val="-4"/>
          <w:sz w:val="22"/>
        </w:rPr>
        <w:t xml:space="preserve"> </w:t>
      </w:r>
      <w:r w:rsidRPr="005675DC">
        <w:rPr>
          <w:rFonts w:cs="Times New Roman"/>
          <w:sz w:val="22"/>
        </w:rPr>
        <w:t>followed</w:t>
      </w:r>
      <w:r w:rsidRPr="005675DC">
        <w:rPr>
          <w:rFonts w:cs="Times New Roman"/>
          <w:spacing w:val="-4"/>
          <w:sz w:val="22"/>
        </w:rPr>
        <w:t xml:space="preserve"> </w:t>
      </w:r>
      <w:r w:rsidRPr="005675DC">
        <w:rPr>
          <w:rFonts w:cs="Times New Roman"/>
          <w:sz w:val="22"/>
        </w:rPr>
        <w:t>by</w:t>
      </w:r>
      <w:r w:rsidRPr="005675DC">
        <w:rPr>
          <w:rFonts w:cs="Times New Roman"/>
          <w:spacing w:val="-5"/>
          <w:sz w:val="22"/>
        </w:rPr>
        <w:t xml:space="preserve"> </w:t>
      </w:r>
      <w:r w:rsidRPr="005675DC">
        <w:rPr>
          <w:rFonts w:cs="Times New Roman"/>
          <w:sz w:val="22"/>
        </w:rPr>
        <w:t>same</w:t>
      </w:r>
      <w:r w:rsidRPr="005675DC">
        <w:rPr>
          <w:rFonts w:cs="Times New Roman"/>
          <w:spacing w:val="-3"/>
          <w:sz w:val="22"/>
        </w:rPr>
        <w:t xml:space="preserve"> </w:t>
      </w:r>
      <w:r w:rsidRPr="005675DC">
        <w:rPr>
          <w:rFonts w:cs="Times New Roman"/>
          <w:sz w:val="22"/>
        </w:rPr>
        <w:t>alphabet</w:t>
      </w:r>
      <w:r w:rsidRPr="005675DC">
        <w:rPr>
          <w:rFonts w:cs="Times New Roman"/>
          <w:spacing w:val="-4"/>
          <w:sz w:val="22"/>
        </w:rPr>
        <w:t xml:space="preserve"> </w:t>
      </w:r>
      <w:r w:rsidRPr="005675DC">
        <w:rPr>
          <w:rFonts w:cs="Times New Roman"/>
          <w:sz w:val="22"/>
        </w:rPr>
        <w:t>do</w:t>
      </w:r>
      <w:r w:rsidRPr="005675DC">
        <w:rPr>
          <w:rFonts w:cs="Times New Roman"/>
          <w:spacing w:val="-4"/>
          <w:sz w:val="22"/>
        </w:rPr>
        <w:t xml:space="preserve"> </w:t>
      </w:r>
      <w:r w:rsidRPr="005675DC">
        <w:rPr>
          <w:rFonts w:cs="Times New Roman"/>
          <w:sz w:val="22"/>
        </w:rPr>
        <w:t>not</w:t>
      </w:r>
      <w:r w:rsidRPr="005675DC">
        <w:rPr>
          <w:rFonts w:cs="Times New Roman"/>
          <w:spacing w:val="-8"/>
          <w:sz w:val="22"/>
        </w:rPr>
        <w:t xml:space="preserve"> </w:t>
      </w:r>
      <w:r w:rsidRPr="005675DC">
        <w:rPr>
          <w:rFonts w:cs="Times New Roman"/>
          <w:sz w:val="22"/>
        </w:rPr>
        <w:t>differ</w:t>
      </w:r>
      <w:r w:rsidRPr="005675DC">
        <w:rPr>
          <w:rFonts w:cs="Times New Roman"/>
          <w:spacing w:val="-3"/>
          <w:sz w:val="22"/>
        </w:rPr>
        <w:t xml:space="preserve"> </w:t>
      </w:r>
      <w:r w:rsidRPr="005675DC">
        <w:rPr>
          <w:rFonts w:cs="Times New Roman"/>
          <w:sz w:val="22"/>
        </w:rPr>
        <w:t>significantly</w:t>
      </w:r>
      <w:r w:rsidRPr="005675DC">
        <w:rPr>
          <w:rFonts w:cs="Times New Roman"/>
          <w:spacing w:val="-1"/>
          <w:sz w:val="22"/>
        </w:rPr>
        <w:t xml:space="preserve"> </w:t>
      </w:r>
      <w:r w:rsidRPr="005675DC">
        <w:rPr>
          <w:rFonts w:cs="Times New Roman"/>
          <w:sz w:val="22"/>
        </w:rPr>
        <w:t>(P=0.05)</w:t>
      </w:r>
      <w:r w:rsidRPr="005675DC">
        <w:rPr>
          <w:rFonts w:cs="Times New Roman"/>
          <w:spacing w:val="-7"/>
          <w:sz w:val="22"/>
        </w:rPr>
        <w:t xml:space="preserve"> </w:t>
      </w:r>
      <w:r w:rsidRPr="005675DC">
        <w:rPr>
          <w:rFonts w:cs="Times New Roman"/>
          <w:sz w:val="22"/>
        </w:rPr>
        <w:t>by</w:t>
      </w:r>
      <w:r w:rsidRPr="005675DC">
        <w:rPr>
          <w:rFonts w:cs="Times New Roman"/>
          <w:spacing w:val="-4"/>
          <w:sz w:val="22"/>
        </w:rPr>
        <w:t xml:space="preserve"> DMRT</w:t>
      </w:r>
    </w:p>
    <w:p w14:paraId="0AD9147A" w14:textId="77777777" w:rsidR="00794935" w:rsidRPr="005675DC" w:rsidRDefault="00794935" w:rsidP="00794935">
      <w:pPr>
        <w:widowControl w:val="0"/>
        <w:autoSpaceDE w:val="0"/>
        <w:autoSpaceDN w:val="0"/>
        <w:spacing w:after="0" w:line="240" w:lineRule="auto"/>
        <w:rPr>
          <w:rFonts w:cs="Times New Roman"/>
          <w:sz w:val="22"/>
          <w:szCs w:val="24"/>
        </w:rPr>
      </w:pPr>
    </w:p>
    <w:p w14:paraId="44F34AE3" w14:textId="77777777" w:rsidR="00794935" w:rsidRPr="005675DC" w:rsidRDefault="00794935" w:rsidP="00794935">
      <w:pPr>
        <w:widowControl w:val="0"/>
        <w:autoSpaceDE w:val="0"/>
        <w:autoSpaceDN w:val="0"/>
        <w:spacing w:before="207" w:after="0" w:line="240" w:lineRule="auto"/>
        <w:rPr>
          <w:rFonts w:cs="Times New Roman"/>
          <w:sz w:val="22"/>
          <w:szCs w:val="24"/>
        </w:rPr>
      </w:pPr>
    </w:p>
    <w:p w14:paraId="448CB3A4" w14:textId="77777777" w:rsidR="00794935" w:rsidRPr="005675DC" w:rsidRDefault="00794935" w:rsidP="00794935">
      <w:pPr>
        <w:widowControl w:val="0"/>
        <w:autoSpaceDE w:val="0"/>
        <w:autoSpaceDN w:val="0"/>
        <w:spacing w:after="0" w:line="240" w:lineRule="auto"/>
        <w:ind w:left="720"/>
        <w:outlineLvl w:val="2"/>
        <w:rPr>
          <w:rFonts w:cs="Times New Roman"/>
          <w:b/>
          <w:bCs/>
          <w:szCs w:val="24"/>
        </w:rPr>
      </w:pPr>
      <w:r w:rsidRPr="005675DC">
        <w:rPr>
          <w:rFonts w:cs="Times New Roman"/>
          <w:b/>
          <w:bCs/>
          <w:szCs w:val="24"/>
        </w:rPr>
        <w:t>Table</w:t>
      </w:r>
      <w:r w:rsidRPr="005675DC">
        <w:rPr>
          <w:rFonts w:cs="Times New Roman"/>
          <w:b/>
          <w:bCs/>
          <w:spacing w:val="-2"/>
          <w:szCs w:val="24"/>
        </w:rPr>
        <w:t xml:space="preserve"> </w:t>
      </w:r>
      <w:r w:rsidRPr="005675DC">
        <w:rPr>
          <w:rFonts w:cs="Times New Roman"/>
          <w:b/>
          <w:bCs/>
          <w:szCs w:val="24"/>
        </w:rPr>
        <w:t>3</w:t>
      </w:r>
      <w:r w:rsidRPr="005675DC">
        <w:rPr>
          <w:rFonts w:cs="Times New Roman"/>
          <w:bCs/>
          <w:szCs w:val="24"/>
        </w:rPr>
        <w:t>:</w:t>
      </w:r>
      <w:r w:rsidRPr="005675DC">
        <w:rPr>
          <w:rFonts w:cs="Times New Roman"/>
          <w:bCs/>
          <w:spacing w:val="-1"/>
          <w:szCs w:val="24"/>
        </w:rPr>
        <w:t xml:space="preserve"> </w:t>
      </w:r>
      <w:r w:rsidRPr="005675DC">
        <w:rPr>
          <w:rFonts w:cs="Times New Roman"/>
          <w:b/>
          <w:bCs/>
          <w:szCs w:val="24"/>
        </w:rPr>
        <w:t>To</w:t>
      </w:r>
      <w:r w:rsidRPr="005675DC">
        <w:rPr>
          <w:rFonts w:cs="Times New Roman"/>
          <w:b/>
          <w:bCs/>
          <w:spacing w:val="-2"/>
          <w:szCs w:val="24"/>
        </w:rPr>
        <w:t xml:space="preserve"> </w:t>
      </w:r>
      <w:r w:rsidRPr="005675DC">
        <w:rPr>
          <w:rFonts w:cs="Times New Roman"/>
          <w:b/>
          <w:bCs/>
          <w:szCs w:val="24"/>
        </w:rPr>
        <w:t>evaluate habitat</w:t>
      </w:r>
      <w:r w:rsidRPr="005675DC">
        <w:rPr>
          <w:rFonts w:cs="Times New Roman"/>
          <w:b/>
          <w:bCs/>
          <w:spacing w:val="-3"/>
          <w:szCs w:val="24"/>
        </w:rPr>
        <w:t xml:space="preserve"> </w:t>
      </w:r>
      <w:r w:rsidRPr="005675DC">
        <w:rPr>
          <w:rFonts w:cs="Times New Roman"/>
          <w:b/>
          <w:bCs/>
          <w:szCs w:val="24"/>
        </w:rPr>
        <w:t>manipulation</w:t>
      </w:r>
      <w:r w:rsidRPr="005675DC">
        <w:rPr>
          <w:rFonts w:cs="Times New Roman"/>
          <w:b/>
          <w:bCs/>
          <w:spacing w:val="-2"/>
          <w:szCs w:val="24"/>
        </w:rPr>
        <w:t xml:space="preserve"> </w:t>
      </w:r>
      <w:r w:rsidRPr="005675DC">
        <w:rPr>
          <w:rFonts w:cs="Times New Roman"/>
          <w:b/>
          <w:bCs/>
          <w:szCs w:val="24"/>
        </w:rPr>
        <w:t>based</w:t>
      </w:r>
      <w:r w:rsidRPr="005675DC">
        <w:rPr>
          <w:rFonts w:cs="Times New Roman"/>
          <w:b/>
          <w:bCs/>
          <w:spacing w:val="-4"/>
          <w:szCs w:val="24"/>
        </w:rPr>
        <w:t xml:space="preserve"> </w:t>
      </w:r>
      <w:r w:rsidRPr="005675DC">
        <w:rPr>
          <w:rFonts w:cs="Times New Roman"/>
          <w:b/>
          <w:bCs/>
          <w:szCs w:val="24"/>
        </w:rPr>
        <w:t>modules</w:t>
      </w:r>
      <w:r w:rsidRPr="005675DC">
        <w:rPr>
          <w:rFonts w:cs="Times New Roman"/>
          <w:b/>
          <w:bCs/>
          <w:spacing w:val="-2"/>
          <w:szCs w:val="24"/>
        </w:rPr>
        <w:t xml:space="preserve"> </w:t>
      </w:r>
      <w:r w:rsidRPr="005675DC">
        <w:rPr>
          <w:rFonts w:cs="Times New Roman"/>
          <w:b/>
          <w:bCs/>
          <w:szCs w:val="24"/>
        </w:rPr>
        <w:t>against</w:t>
      </w:r>
      <w:r w:rsidRPr="005675DC">
        <w:rPr>
          <w:rFonts w:cs="Times New Roman"/>
          <w:b/>
          <w:bCs/>
          <w:spacing w:val="-2"/>
          <w:szCs w:val="24"/>
        </w:rPr>
        <w:t xml:space="preserve"> </w:t>
      </w:r>
      <w:proofErr w:type="spellStart"/>
      <w:r w:rsidRPr="005675DC">
        <w:rPr>
          <w:rFonts w:cs="Times New Roman"/>
          <w:b/>
          <w:bCs/>
          <w:szCs w:val="24"/>
        </w:rPr>
        <w:t>chrysopids</w:t>
      </w:r>
      <w:proofErr w:type="spellEnd"/>
      <w:r w:rsidRPr="005675DC">
        <w:rPr>
          <w:rFonts w:cs="Times New Roman"/>
          <w:b/>
          <w:bCs/>
          <w:spacing w:val="-4"/>
          <w:szCs w:val="24"/>
        </w:rPr>
        <w:t xml:space="preserve"> </w:t>
      </w:r>
      <w:r w:rsidRPr="005675DC">
        <w:rPr>
          <w:rFonts w:cs="Times New Roman"/>
          <w:b/>
          <w:bCs/>
          <w:szCs w:val="24"/>
        </w:rPr>
        <w:t xml:space="preserve">in </w:t>
      </w:r>
      <w:r w:rsidRPr="005675DC">
        <w:rPr>
          <w:rFonts w:cs="Times New Roman"/>
          <w:b/>
          <w:bCs/>
          <w:spacing w:val="-4"/>
          <w:szCs w:val="24"/>
        </w:rPr>
        <w:t>okra</w:t>
      </w:r>
    </w:p>
    <w:p w14:paraId="64D477DD" w14:textId="77777777" w:rsidR="00794935" w:rsidRPr="005675DC" w:rsidRDefault="00794935" w:rsidP="00794935">
      <w:pPr>
        <w:widowControl w:val="0"/>
        <w:autoSpaceDE w:val="0"/>
        <w:autoSpaceDN w:val="0"/>
        <w:spacing w:before="11" w:after="0" w:line="240" w:lineRule="auto"/>
        <w:rPr>
          <w:rFonts w:cs="Times New Roman"/>
          <w:b/>
          <w:sz w:val="13"/>
          <w:szCs w:val="24"/>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3"/>
        <w:gridCol w:w="820"/>
        <w:gridCol w:w="820"/>
        <w:gridCol w:w="816"/>
        <w:gridCol w:w="821"/>
        <w:gridCol w:w="816"/>
        <w:gridCol w:w="820"/>
        <w:gridCol w:w="816"/>
        <w:gridCol w:w="824"/>
        <w:gridCol w:w="880"/>
      </w:tblGrid>
      <w:tr w:rsidR="00794935" w:rsidRPr="005675DC" w14:paraId="007ADDCE" w14:textId="77777777" w:rsidTr="00685DD7">
        <w:trPr>
          <w:trHeight w:val="438"/>
        </w:trPr>
        <w:tc>
          <w:tcPr>
            <w:tcW w:w="2573" w:type="dxa"/>
            <w:vMerge w:val="restart"/>
          </w:tcPr>
          <w:p w14:paraId="46073898" w14:textId="77777777" w:rsidR="00794935" w:rsidRPr="005675DC" w:rsidRDefault="00794935" w:rsidP="00794935">
            <w:pPr>
              <w:widowControl w:val="0"/>
              <w:autoSpaceDE w:val="0"/>
              <w:autoSpaceDN w:val="0"/>
              <w:spacing w:before="86" w:after="0" w:line="240" w:lineRule="auto"/>
              <w:rPr>
                <w:rFonts w:cs="Times New Roman"/>
                <w:b/>
              </w:rPr>
            </w:pPr>
          </w:p>
          <w:p w14:paraId="1E12FADC" w14:textId="77777777" w:rsidR="00794935" w:rsidRPr="005675DC" w:rsidRDefault="00794935" w:rsidP="00794935">
            <w:pPr>
              <w:widowControl w:val="0"/>
              <w:autoSpaceDE w:val="0"/>
              <w:autoSpaceDN w:val="0"/>
              <w:spacing w:before="1" w:after="0" w:line="240" w:lineRule="auto"/>
              <w:ind w:left="686"/>
              <w:rPr>
                <w:rFonts w:cs="Times New Roman"/>
                <w:b/>
              </w:rPr>
            </w:pPr>
            <w:r w:rsidRPr="005675DC">
              <w:rPr>
                <w:rFonts w:cs="Times New Roman"/>
                <w:b/>
                <w:spacing w:val="-2"/>
              </w:rPr>
              <w:t>Treatments</w:t>
            </w:r>
          </w:p>
        </w:tc>
        <w:tc>
          <w:tcPr>
            <w:tcW w:w="6553" w:type="dxa"/>
            <w:gridSpan w:val="8"/>
          </w:tcPr>
          <w:p w14:paraId="592E8304" w14:textId="77777777" w:rsidR="00794935" w:rsidRPr="005675DC" w:rsidRDefault="00794935" w:rsidP="00794935">
            <w:pPr>
              <w:widowControl w:val="0"/>
              <w:autoSpaceDE w:val="0"/>
              <w:autoSpaceDN w:val="0"/>
              <w:spacing w:before="3" w:after="0" w:line="240" w:lineRule="auto"/>
              <w:ind w:left="1835"/>
              <w:rPr>
                <w:rFonts w:cs="Times New Roman"/>
                <w:b/>
              </w:rPr>
            </w:pPr>
            <w:r w:rsidRPr="005675DC">
              <w:rPr>
                <w:rFonts w:cs="Times New Roman"/>
                <w:b/>
              </w:rPr>
              <w:t>Number</w:t>
            </w:r>
            <w:r w:rsidRPr="005675DC">
              <w:rPr>
                <w:rFonts w:cs="Times New Roman"/>
                <w:b/>
                <w:spacing w:val="-2"/>
              </w:rPr>
              <w:t xml:space="preserve"> </w:t>
            </w:r>
            <w:r w:rsidRPr="005675DC">
              <w:rPr>
                <w:rFonts w:cs="Times New Roman"/>
                <w:b/>
              </w:rPr>
              <w:t>of</w:t>
            </w:r>
            <w:r w:rsidRPr="005675DC">
              <w:rPr>
                <w:rFonts w:cs="Times New Roman"/>
                <w:b/>
                <w:spacing w:val="-2"/>
              </w:rPr>
              <w:t xml:space="preserve"> </w:t>
            </w:r>
            <w:proofErr w:type="spellStart"/>
            <w:r w:rsidRPr="005675DC">
              <w:rPr>
                <w:rFonts w:cs="Times New Roman"/>
                <w:b/>
                <w:spacing w:val="-2"/>
              </w:rPr>
              <w:t>chrysopids</w:t>
            </w:r>
            <w:proofErr w:type="spellEnd"/>
            <w:r w:rsidRPr="005675DC">
              <w:rPr>
                <w:rFonts w:cs="Times New Roman"/>
                <w:b/>
                <w:spacing w:val="-2"/>
              </w:rPr>
              <w:t>/plant</w:t>
            </w:r>
          </w:p>
        </w:tc>
        <w:tc>
          <w:tcPr>
            <w:tcW w:w="880" w:type="dxa"/>
            <w:vMerge w:val="restart"/>
          </w:tcPr>
          <w:p w14:paraId="68651A06" w14:textId="77777777" w:rsidR="00794935" w:rsidRPr="005675DC" w:rsidRDefault="00794935" w:rsidP="00794935">
            <w:pPr>
              <w:widowControl w:val="0"/>
              <w:autoSpaceDE w:val="0"/>
              <w:autoSpaceDN w:val="0"/>
              <w:spacing w:before="86" w:after="0" w:line="240" w:lineRule="auto"/>
              <w:rPr>
                <w:rFonts w:cs="Times New Roman"/>
                <w:b/>
              </w:rPr>
            </w:pPr>
          </w:p>
          <w:p w14:paraId="09A455C3" w14:textId="77777777" w:rsidR="00794935" w:rsidRPr="005675DC" w:rsidRDefault="00794935" w:rsidP="00794935">
            <w:pPr>
              <w:widowControl w:val="0"/>
              <w:autoSpaceDE w:val="0"/>
              <w:autoSpaceDN w:val="0"/>
              <w:spacing w:before="1" w:after="0" w:line="240" w:lineRule="auto"/>
              <w:ind w:left="148"/>
              <w:rPr>
                <w:rFonts w:cs="Times New Roman"/>
                <w:b/>
              </w:rPr>
            </w:pPr>
            <w:r w:rsidRPr="005675DC">
              <w:rPr>
                <w:rFonts w:cs="Times New Roman"/>
                <w:b/>
                <w:spacing w:val="-4"/>
              </w:rPr>
              <w:t>Mean</w:t>
            </w:r>
          </w:p>
        </w:tc>
      </w:tr>
      <w:tr w:rsidR="00794935" w:rsidRPr="005675DC" w14:paraId="596D813D" w14:textId="77777777" w:rsidTr="00685DD7">
        <w:trPr>
          <w:trHeight w:val="710"/>
        </w:trPr>
        <w:tc>
          <w:tcPr>
            <w:tcW w:w="2573" w:type="dxa"/>
            <w:vMerge/>
            <w:tcBorders>
              <w:top w:val="nil"/>
            </w:tcBorders>
          </w:tcPr>
          <w:p w14:paraId="049BD1A6" w14:textId="77777777" w:rsidR="00794935" w:rsidRPr="005675DC" w:rsidRDefault="00794935" w:rsidP="00794935">
            <w:pPr>
              <w:widowControl w:val="0"/>
              <w:autoSpaceDE w:val="0"/>
              <w:autoSpaceDN w:val="0"/>
              <w:spacing w:after="0" w:line="240" w:lineRule="auto"/>
              <w:rPr>
                <w:rFonts w:cs="Times New Roman"/>
                <w:sz w:val="2"/>
                <w:szCs w:val="2"/>
              </w:rPr>
            </w:pPr>
          </w:p>
        </w:tc>
        <w:tc>
          <w:tcPr>
            <w:tcW w:w="820" w:type="dxa"/>
          </w:tcPr>
          <w:p w14:paraId="68C68E6B" w14:textId="77777777" w:rsidR="00794935" w:rsidRPr="005675DC" w:rsidRDefault="00794935" w:rsidP="00794935">
            <w:pPr>
              <w:widowControl w:val="0"/>
              <w:autoSpaceDE w:val="0"/>
              <w:autoSpaceDN w:val="0"/>
              <w:spacing w:after="0" w:line="275" w:lineRule="exact"/>
              <w:ind w:left="11" w:right="7"/>
              <w:jc w:val="center"/>
              <w:rPr>
                <w:rFonts w:cs="Times New Roman"/>
                <w:b/>
              </w:rPr>
            </w:pPr>
            <w:r w:rsidRPr="005675DC">
              <w:rPr>
                <w:rFonts w:cs="Times New Roman"/>
                <w:b/>
                <w:spacing w:val="-5"/>
              </w:rPr>
              <w:t>30</w:t>
            </w:r>
          </w:p>
          <w:p w14:paraId="24527E4A" w14:textId="77777777" w:rsidR="00794935" w:rsidRPr="005675DC" w:rsidRDefault="00794935" w:rsidP="00794935">
            <w:pPr>
              <w:widowControl w:val="0"/>
              <w:autoSpaceDE w:val="0"/>
              <w:autoSpaceDN w:val="0"/>
              <w:spacing w:after="0" w:line="240" w:lineRule="auto"/>
              <w:ind w:left="11" w:right="11"/>
              <w:jc w:val="center"/>
              <w:rPr>
                <w:rFonts w:cs="Times New Roman"/>
                <w:b/>
              </w:rPr>
            </w:pPr>
            <w:r w:rsidRPr="005675DC">
              <w:rPr>
                <w:rFonts w:cs="Times New Roman"/>
                <w:b/>
                <w:spacing w:val="-5"/>
              </w:rPr>
              <w:t>DAS</w:t>
            </w:r>
          </w:p>
        </w:tc>
        <w:tc>
          <w:tcPr>
            <w:tcW w:w="820" w:type="dxa"/>
          </w:tcPr>
          <w:p w14:paraId="0BC3A830" w14:textId="77777777" w:rsidR="00794935" w:rsidRPr="005675DC" w:rsidRDefault="00794935" w:rsidP="00794935">
            <w:pPr>
              <w:widowControl w:val="0"/>
              <w:autoSpaceDE w:val="0"/>
              <w:autoSpaceDN w:val="0"/>
              <w:spacing w:after="0" w:line="275" w:lineRule="exact"/>
              <w:ind w:left="11" w:right="7"/>
              <w:jc w:val="center"/>
              <w:rPr>
                <w:rFonts w:cs="Times New Roman"/>
                <w:b/>
              </w:rPr>
            </w:pPr>
            <w:r w:rsidRPr="005675DC">
              <w:rPr>
                <w:rFonts w:cs="Times New Roman"/>
                <w:b/>
                <w:spacing w:val="-5"/>
              </w:rPr>
              <w:t>40</w:t>
            </w:r>
          </w:p>
          <w:p w14:paraId="6C1801F7" w14:textId="77777777" w:rsidR="00794935" w:rsidRPr="005675DC" w:rsidRDefault="00794935" w:rsidP="00794935">
            <w:pPr>
              <w:widowControl w:val="0"/>
              <w:autoSpaceDE w:val="0"/>
              <w:autoSpaceDN w:val="0"/>
              <w:spacing w:after="0" w:line="240" w:lineRule="auto"/>
              <w:ind w:left="11" w:right="11"/>
              <w:jc w:val="center"/>
              <w:rPr>
                <w:rFonts w:cs="Times New Roman"/>
                <w:b/>
              </w:rPr>
            </w:pPr>
            <w:r w:rsidRPr="005675DC">
              <w:rPr>
                <w:rFonts w:cs="Times New Roman"/>
                <w:b/>
                <w:spacing w:val="-5"/>
              </w:rPr>
              <w:t>DAS</w:t>
            </w:r>
          </w:p>
        </w:tc>
        <w:tc>
          <w:tcPr>
            <w:tcW w:w="816" w:type="dxa"/>
          </w:tcPr>
          <w:p w14:paraId="70105A56" w14:textId="77777777" w:rsidR="00794935" w:rsidRPr="005675DC" w:rsidRDefault="00794935" w:rsidP="00794935">
            <w:pPr>
              <w:widowControl w:val="0"/>
              <w:autoSpaceDE w:val="0"/>
              <w:autoSpaceDN w:val="0"/>
              <w:spacing w:after="0" w:line="275" w:lineRule="exact"/>
              <w:ind w:left="9"/>
              <w:jc w:val="center"/>
              <w:rPr>
                <w:rFonts w:cs="Times New Roman"/>
                <w:b/>
              </w:rPr>
            </w:pPr>
            <w:r w:rsidRPr="005675DC">
              <w:rPr>
                <w:rFonts w:cs="Times New Roman"/>
                <w:b/>
                <w:spacing w:val="-5"/>
              </w:rPr>
              <w:t>50</w:t>
            </w:r>
          </w:p>
          <w:p w14:paraId="3E668DF4" w14:textId="77777777" w:rsidR="00794935" w:rsidRPr="005675DC" w:rsidRDefault="00794935" w:rsidP="00794935">
            <w:pPr>
              <w:widowControl w:val="0"/>
              <w:autoSpaceDE w:val="0"/>
              <w:autoSpaceDN w:val="0"/>
              <w:spacing w:after="0" w:line="240" w:lineRule="auto"/>
              <w:ind w:left="9" w:right="4"/>
              <w:jc w:val="center"/>
              <w:rPr>
                <w:rFonts w:cs="Times New Roman"/>
                <w:b/>
              </w:rPr>
            </w:pPr>
            <w:r w:rsidRPr="005675DC">
              <w:rPr>
                <w:rFonts w:cs="Times New Roman"/>
                <w:b/>
                <w:spacing w:val="-5"/>
              </w:rPr>
              <w:t>DAS</w:t>
            </w:r>
          </w:p>
        </w:tc>
        <w:tc>
          <w:tcPr>
            <w:tcW w:w="821" w:type="dxa"/>
          </w:tcPr>
          <w:p w14:paraId="7F609517" w14:textId="77777777" w:rsidR="00794935" w:rsidRPr="005675DC" w:rsidRDefault="00794935" w:rsidP="00794935">
            <w:pPr>
              <w:widowControl w:val="0"/>
              <w:autoSpaceDE w:val="0"/>
              <w:autoSpaceDN w:val="0"/>
              <w:spacing w:after="0" w:line="275" w:lineRule="exact"/>
              <w:ind w:left="12"/>
              <w:jc w:val="center"/>
              <w:rPr>
                <w:rFonts w:cs="Times New Roman"/>
                <w:b/>
              </w:rPr>
            </w:pPr>
            <w:r w:rsidRPr="005675DC">
              <w:rPr>
                <w:rFonts w:cs="Times New Roman"/>
                <w:b/>
                <w:spacing w:val="-5"/>
              </w:rPr>
              <w:t>60</w:t>
            </w:r>
          </w:p>
          <w:p w14:paraId="37449030" w14:textId="77777777" w:rsidR="00794935" w:rsidRPr="005675DC" w:rsidRDefault="00794935" w:rsidP="00794935">
            <w:pPr>
              <w:widowControl w:val="0"/>
              <w:autoSpaceDE w:val="0"/>
              <w:autoSpaceDN w:val="0"/>
              <w:spacing w:after="0" w:line="240" w:lineRule="auto"/>
              <w:ind w:left="12" w:right="4"/>
              <w:jc w:val="center"/>
              <w:rPr>
                <w:rFonts w:cs="Times New Roman"/>
                <w:b/>
              </w:rPr>
            </w:pPr>
            <w:r w:rsidRPr="005675DC">
              <w:rPr>
                <w:rFonts w:cs="Times New Roman"/>
                <w:b/>
                <w:spacing w:val="-5"/>
              </w:rPr>
              <w:t>DAS</w:t>
            </w:r>
          </w:p>
        </w:tc>
        <w:tc>
          <w:tcPr>
            <w:tcW w:w="816" w:type="dxa"/>
          </w:tcPr>
          <w:p w14:paraId="5C5C4C97" w14:textId="77777777" w:rsidR="00794935" w:rsidRPr="005675DC" w:rsidRDefault="00794935" w:rsidP="00794935">
            <w:pPr>
              <w:widowControl w:val="0"/>
              <w:autoSpaceDE w:val="0"/>
              <w:autoSpaceDN w:val="0"/>
              <w:spacing w:after="0" w:line="275" w:lineRule="exact"/>
              <w:ind w:left="9" w:right="1"/>
              <w:jc w:val="center"/>
              <w:rPr>
                <w:rFonts w:cs="Times New Roman"/>
                <w:b/>
              </w:rPr>
            </w:pPr>
            <w:r w:rsidRPr="005675DC">
              <w:rPr>
                <w:rFonts w:cs="Times New Roman"/>
                <w:b/>
                <w:spacing w:val="-5"/>
              </w:rPr>
              <w:t>70</w:t>
            </w:r>
          </w:p>
          <w:p w14:paraId="5BF31DD0" w14:textId="77777777" w:rsidR="00794935" w:rsidRPr="005675DC" w:rsidRDefault="00794935" w:rsidP="00794935">
            <w:pPr>
              <w:widowControl w:val="0"/>
              <w:autoSpaceDE w:val="0"/>
              <w:autoSpaceDN w:val="0"/>
              <w:spacing w:after="0" w:line="240" w:lineRule="auto"/>
              <w:ind w:left="9" w:right="5"/>
              <w:jc w:val="center"/>
              <w:rPr>
                <w:rFonts w:cs="Times New Roman"/>
                <w:b/>
              </w:rPr>
            </w:pPr>
            <w:r w:rsidRPr="005675DC">
              <w:rPr>
                <w:rFonts w:cs="Times New Roman"/>
                <w:b/>
                <w:spacing w:val="-5"/>
              </w:rPr>
              <w:t>DAS</w:t>
            </w:r>
          </w:p>
        </w:tc>
        <w:tc>
          <w:tcPr>
            <w:tcW w:w="820" w:type="dxa"/>
          </w:tcPr>
          <w:p w14:paraId="18CB900D" w14:textId="77777777" w:rsidR="00794935" w:rsidRPr="005675DC" w:rsidRDefault="00794935" w:rsidP="00794935">
            <w:pPr>
              <w:widowControl w:val="0"/>
              <w:autoSpaceDE w:val="0"/>
              <w:autoSpaceDN w:val="0"/>
              <w:spacing w:after="0" w:line="275" w:lineRule="exact"/>
              <w:ind w:left="11"/>
              <w:jc w:val="center"/>
              <w:rPr>
                <w:rFonts w:cs="Times New Roman"/>
                <w:b/>
              </w:rPr>
            </w:pPr>
            <w:r w:rsidRPr="005675DC">
              <w:rPr>
                <w:rFonts w:cs="Times New Roman"/>
                <w:b/>
                <w:spacing w:val="-5"/>
              </w:rPr>
              <w:t>80</w:t>
            </w:r>
          </w:p>
          <w:p w14:paraId="5462143E" w14:textId="77777777" w:rsidR="00794935" w:rsidRPr="005675DC" w:rsidRDefault="00794935" w:rsidP="00794935">
            <w:pPr>
              <w:widowControl w:val="0"/>
              <w:autoSpaceDE w:val="0"/>
              <w:autoSpaceDN w:val="0"/>
              <w:spacing w:after="0" w:line="240" w:lineRule="auto"/>
              <w:ind w:left="11" w:right="3"/>
              <w:jc w:val="center"/>
              <w:rPr>
                <w:rFonts w:cs="Times New Roman"/>
                <w:b/>
              </w:rPr>
            </w:pPr>
            <w:r w:rsidRPr="005675DC">
              <w:rPr>
                <w:rFonts w:cs="Times New Roman"/>
                <w:b/>
                <w:spacing w:val="-5"/>
              </w:rPr>
              <w:t>DAS</w:t>
            </w:r>
          </w:p>
        </w:tc>
        <w:tc>
          <w:tcPr>
            <w:tcW w:w="816" w:type="dxa"/>
          </w:tcPr>
          <w:p w14:paraId="51AF8057" w14:textId="77777777" w:rsidR="00794935" w:rsidRPr="005675DC" w:rsidRDefault="00794935" w:rsidP="00794935">
            <w:pPr>
              <w:widowControl w:val="0"/>
              <w:autoSpaceDE w:val="0"/>
              <w:autoSpaceDN w:val="0"/>
              <w:spacing w:after="0" w:line="275" w:lineRule="exact"/>
              <w:ind w:left="9"/>
              <w:jc w:val="center"/>
              <w:rPr>
                <w:rFonts w:cs="Times New Roman"/>
                <w:b/>
              </w:rPr>
            </w:pPr>
            <w:r w:rsidRPr="005675DC">
              <w:rPr>
                <w:rFonts w:cs="Times New Roman"/>
                <w:b/>
                <w:spacing w:val="-5"/>
              </w:rPr>
              <w:t>90</w:t>
            </w:r>
          </w:p>
          <w:p w14:paraId="54DB6012" w14:textId="77777777" w:rsidR="00794935" w:rsidRPr="005675DC" w:rsidRDefault="00794935" w:rsidP="00794935">
            <w:pPr>
              <w:widowControl w:val="0"/>
              <w:autoSpaceDE w:val="0"/>
              <w:autoSpaceDN w:val="0"/>
              <w:spacing w:after="0" w:line="240" w:lineRule="auto"/>
              <w:ind w:left="9" w:right="4"/>
              <w:jc w:val="center"/>
              <w:rPr>
                <w:rFonts w:cs="Times New Roman"/>
                <w:b/>
              </w:rPr>
            </w:pPr>
            <w:r w:rsidRPr="005675DC">
              <w:rPr>
                <w:rFonts w:cs="Times New Roman"/>
                <w:b/>
                <w:spacing w:val="-5"/>
              </w:rPr>
              <w:t>DAS</w:t>
            </w:r>
          </w:p>
        </w:tc>
        <w:tc>
          <w:tcPr>
            <w:tcW w:w="824" w:type="dxa"/>
          </w:tcPr>
          <w:p w14:paraId="7F0183E7" w14:textId="77777777" w:rsidR="00794935" w:rsidRPr="005675DC" w:rsidRDefault="00794935" w:rsidP="00794935">
            <w:pPr>
              <w:widowControl w:val="0"/>
              <w:autoSpaceDE w:val="0"/>
              <w:autoSpaceDN w:val="0"/>
              <w:spacing w:after="0" w:line="275" w:lineRule="exact"/>
              <w:ind w:left="235"/>
              <w:rPr>
                <w:rFonts w:cs="Times New Roman"/>
                <w:b/>
              </w:rPr>
            </w:pPr>
            <w:r w:rsidRPr="005675DC">
              <w:rPr>
                <w:rFonts w:cs="Times New Roman"/>
                <w:b/>
                <w:spacing w:val="-5"/>
              </w:rPr>
              <w:t>100</w:t>
            </w:r>
          </w:p>
          <w:p w14:paraId="782E2E4C" w14:textId="77777777" w:rsidR="00794935" w:rsidRPr="005675DC" w:rsidRDefault="00794935" w:rsidP="00794935">
            <w:pPr>
              <w:widowControl w:val="0"/>
              <w:autoSpaceDE w:val="0"/>
              <w:autoSpaceDN w:val="0"/>
              <w:spacing w:after="0" w:line="240" w:lineRule="auto"/>
              <w:ind w:left="175"/>
              <w:rPr>
                <w:rFonts w:cs="Times New Roman"/>
                <w:b/>
              </w:rPr>
            </w:pPr>
            <w:r w:rsidRPr="005675DC">
              <w:rPr>
                <w:rFonts w:cs="Times New Roman"/>
                <w:b/>
                <w:spacing w:val="-5"/>
              </w:rPr>
              <w:t>DAS</w:t>
            </w:r>
          </w:p>
        </w:tc>
        <w:tc>
          <w:tcPr>
            <w:tcW w:w="880" w:type="dxa"/>
            <w:vMerge/>
            <w:tcBorders>
              <w:top w:val="nil"/>
            </w:tcBorders>
          </w:tcPr>
          <w:p w14:paraId="1EB323B4" w14:textId="77777777" w:rsidR="00794935" w:rsidRPr="005675DC" w:rsidRDefault="00794935" w:rsidP="00794935">
            <w:pPr>
              <w:widowControl w:val="0"/>
              <w:autoSpaceDE w:val="0"/>
              <w:autoSpaceDN w:val="0"/>
              <w:spacing w:after="0" w:line="240" w:lineRule="auto"/>
              <w:rPr>
                <w:rFonts w:cs="Times New Roman"/>
                <w:sz w:val="2"/>
                <w:szCs w:val="2"/>
              </w:rPr>
            </w:pPr>
          </w:p>
        </w:tc>
      </w:tr>
      <w:tr w:rsidR="00794935" w:rsidRPr="005675DC" w14:paraId="79176FE9" w14:textId="77777777" w:rsidTr="00685DD7">
        <w:trPr>
          <w:trHeight w:val="830"/>
        </w:trPr>
        <w:tc>
          <w:tcPr>
            <w:tcW w:w="2573" w:type="dxa"/>
          </w:tcPr>
          <w:p w14:paraId="5903DAA0" w14:textId="77777777" w:rsidR="00794935" w:rsidRPr="005675DC" w:rsidRDefault="00794935" w:rsidP="00794935">
            <w:pPr>
              <w:widowControl w:val="0"/>
              <w:autoSpaceDE w:val="0"/>
              <w:autoSpaceDN w:val="0"/>
              <w:spacing w:before="5" w:after="0" w:line="240" w:lineRule="auto"/>
              <w:ind w:left="423" w:right="83" w:hanging="368"/>
              <w:rPr>
                <w:rFonts w:cs="Times New Roman"/>
              </w:rPr>
            </w:pPr>
            <w:r w:rsidRPr="005675DC">
              <w:rPr>
                <w:rFonts w:cs="Times New Roman"/>
                <w:b/>
                <w:position w:val="1"/>
              </w:rPr>
              <w:t>M</w:t>
            </w:r>
            <w:r w:rsidRPr="005675DC">
              <w:rPr>
                <w:rFonts w:cs="Times New Roman"/>
                <w:b/>
                <w:sz w:val="16"/>
              </w:rPr>
              <w:t>1</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bio-intensive</w:t>
            </w:r>
          </w:p>
          <w:p w14:paraId="03E70153" w14:textId="77777777" w:rsidR="00794935" w:rsidRPr="005675DC" w:rsidRDefault="00794935" w:rsidP="00794935">
            <w:pPr>
              <w:widowControl w:val="0"/>
              <w:autoSpaceDE w:val="0"/>
              <w:autoSpaceDN w:val="0"/>
              <w:spacing w:after="0" w:line="253" w:lineRule="exact"/>
              <w:ind w:left="423"/>
              <w:rPr>
                <w:rFonts w:cs="Times New Roman"/>
              </w:rPr>
            </w:pPr>
            <w:r w:rsidRPr="005675DC">
              <w:rPr>
                <w:rFonts w:cs="Times New Roman"/>
                <w:spacing w:val="-2"/>
              </w:rPr>
              <w:t>module</w:t>
            </w:r>
          </w:p>
        </w:tc>
        <w:tc>
          <w:tcPr>
            <w:tcW w:w="820" w:type="dxa"/>
          </w:tcPr>
          <w:p w14:paraId="502A6E6B" w14:textId="77777777" w:rsidR="00794935" w:rsidRPr="005675DC" w:rsidRDefault="00794935" w:rsidP="00794935">
            <w:pPr>
              <w:widowControl w:val="0"/>
              <w:autoSpaceDE w:val="0"/>
              <w:autoSpaceDN w:val="0"/>
              <w:spacing w:before="139" w:after="0" w:line="240" w:lineRule="auto"/>
              <w:ind w:left="130"/>
              <w:rPr>
                <w:rFonts w:cs="Times New Roman"/>
              </w:rPr>
            </w:pPr>
            <w:r w:rsidRPr="005675DC">
              <w:rPr>
                <w:rFonts w:cs="Times New Roman"/>
              </w:rPr>
              <w:t xml:space="preserve">0.15 </w:t>
            </w:r>
            <w:r w:rsidRPr="005675DC">
              <w:rPr>
                <w:rFonts w:cs="Times New Roman"/>
                <w:spacing w:val="-10"/>
                <w:vertAlign w:val="superscript"/>
              </w:rPr>
              <w:t>a</w:t>
            </w:r>
          </w:p>
          <w:p w14:paraId="06DAF197"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(0.38)</w:t>
            </w:r>
          </w:p>
        </w:tc>
        <w:tc>
          <w:tcPr>
            <w:tcW w:w="820" w:type="dxa"/>
          </w:tcPr>
          <w:p w14:paraId="1872E4DB" w14:textId="77777777" w:rsidR="00794935" w:rsidRPr="005675DC" w:rsidRDefault="00794935" w:rsidP="00794935">
            <w:pPr>
              <w:widowControl w:val="0"/>
              <w:autoSpaceDE w:val="0"/>
              <w:autoSpaceDN w:val="0"/>
              <w:spacing w:before="139" w:after="0" w:line="240" w:lineRule="auto"/>
              <w:ind w:left="130"/>
              <w:rPr>
                <w:rFonts w:cs="Times New Roman"/>
              </w:rPr>
            </w:pPr>
            <w:r w:rsidRPr="005675DC">
              <w:rPr>
                <w:rFonts w:cs="Times New Roman"/>
              </w:rPr>
              <w:t xml:space="preserve">0.33 </w:t>
            </w:r>
            <w:r w:rsidRPr="005675DC">
              <w:rPr>
                <w:rFonts w:cs="Times New Roman"/>
                <w:spacing w:val="-10"/>
                <w:vertAlign w:val="superscript"/>
              </w:rPr>
              <w:t>a</w:t>
            </w:r>
          </w:p>
          <w:p w14:paraId="0AC2657A"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(0.57)</w:t>
            </w:r>
          </w:p>
        </w:tc>
        <w:tc>
          <w:tcPr>
            <w:tcW w:w="816" w:type="dxa"/>
          </w:tcPr>
          <w:p w14:paraId="5EBBAA79" w14:textId="77777777" w:rsidR="00794935" w:rsidRPr="005675DC" w:rsidRDefault="00794935" w:rsidP="00794935">
            <w:pPr>
              <w:widowControl w:val="0"/>
              <w:autoSpaceDE w:val="0"/>
              <w:autoSpaceDN w:val="0"/>
              <w:spacing w:before="139" w:after="0" w:line="240" w:lineRule="auto"/>
              <w:ind w:left="131"/>
              <w:rPr>
                <w:rFonts w:cs="Times New Roman"/>
              </w:rPr>
            </w:pPr>
            <w:r w:rsidRPr="005675DC">
              <w:rPr>
                <w:rFonts w:cs="Times New Roman"/>
              </w:rPr>
              <w:t xml:space="preserve">0.41 </w:t>
            </w:r>
            <w:r w:rsidRPr="005675DC">
              <w:rPr>
                <w:rFonts w:cs="Times New Roman"/>
                <w:spacing w:val="-10"/>
                <w:vertAlign w:val="superscript"/>
              </w:rPr>
              <w:t>a</w:t>
            </w:r>
          </w:p>
          <w:p w14:paraId="6087C3CA"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(0.63)</w:t>
            </w:r>
          </w:p>
        </w:tc>
        <w:tc>
          <w:tcPr>
            <w:tcW w:w="821" w:type="dxa"/>
          </w:tcPr>
          <w:p w14:paraId="536F026F" w14:textId="77777777" w:rsidR="00794935" w:rsidRPr="005675DC" w:rsidRDefault="00794935" w:rsidP="00794935">
            <w:pPr>
              <w:widowControl w:val="0"/>
              <w:autoSpaceDE w:val="0"/>
              <w:autoSpaceDN w:val="0"/>
              <w:spacing w:before="139" w:after="0" w:line="240" w:lineRule="auto"/>
              <w:ind w:left="135"/>
              <w:rPr>
                <w:rFonts w:cs="Times New Roman"/>
              </w:rPr>
            </w:pPr>
            <w:r w:rsidRPr="005675DC">
              <w:rPr>
                <w:rFonts w:cs="Times New Roman"/>
              </w:rPr>
              <w:t xml:space="preserve">0.55 </w:t>
            </w:r>
            <w:r w:rsidRPr="005675DC">
              <w:rPr>
                <w:rFonts w:cs="Times New Roman"/>
                <w:spacing w:val="-10"/>
                <w:vertAlign w:val="superscript"/>
              </w:rPr>
              <w:t>a</w:t>
            </w:r>
          </w:p>
          <w:p w14:paraId="64BD454C" w14:textId="77777777" w:rsidR="00794935" w:rsidRPr="005675DC" w:rsidRDefault="00794935" w:rsidP="00794935">
            <w:pPr>
              <w:widowControl w:val="0"/>
              <w:autoSpaceDE w:val="0"/>
              <w:autoSpaceDN w:val="0"/>
              <w:spacing w:after="0" w:line="240" w:lineRule="auto"/>
              <w:ind w:left="119"/>
              <w:rPr>
                <w:rFonts w:cs="Times New Roman"/>
              </w:rPr>
            </w:pPr>
            <w:r w:rsidRPr="005675DC">
              <w:rPr>
                <w:rFonts w:cs="Times New Roman"/>
                <w:spacing w:val="-2"/>
              </w:rPr>
              <w:t>(0.73)</w:t>
            </w:r>
          </w:p>
        </w:tc>
        <w:tc>
          <w:tcPr>
            <w:tcW w:w="816" w:type="dxa"/>
          </w:tcPr>
          <w:p w14:paraId="4C1860CE" w14:textId="77777777" w:rsidR="00794935" w:rsidRPr="005675DC" w:rsidRDefault="00794935" w:rsidP="00794935">
            <w:pPr>
              <w:widowControl w:val="0"/>
              <w:autoSpaceDE w:val="0"/>
              <w:autoSpaceDN w:val="0"/>
              <w:spacing w:before="139" w:after="0" w:line="240" w:lineRule="auto"/>
              <w:ind w:left="131"/>
              <w:rPr>
                <w:rFonts w:cs="Times New Roman"/>
              </w:rPr>
            </w:pPr>
            <w:r w:rsidRPr="005675DC">
              <w:rPr>
                <w:rFonts w:cs="Times New Roman"/>
              </w:rPr>
              <w:t xml:space="preserve">0.63 </w:t>
            </w:r>
            <w:r w:rsidRPr="005675DC">
              <w:rPr>
                <w:rFonts w:cs="Times New Roman"/>
                <w:spacing w:val="-10"/>
                <w:vertAlign w:val="superscript"/>
              </w:rPr>
              <w:t>a</w:t>
            </w:r>
          </w:p>
          <w:p w14:paraId="5E46A3C3" w14:textId="77777777" w:rsidR="00794935" w:rsidRPr="005675DC" w:rsidRDefault="00794935" w:rsidP="00794935">
            <w:pPr>
              <w:widowControl w:val="0"/>
              <w:autoSpaceDE w:val="0"/>
              <w:autoSpaceDN w:val="0"/>
              <w:spacing w:after="0" w:line="240" w:lineRule="auto"/>
              <w:ind w:left="114"/>
              <w:rPr>
                <w:rFonts w:cs="Times New Roman"/>
              </w:rPr>
            </w:pPr>
            <w:r w:rsidRPr="005675DC">
              <w:rPr>
                <w:rFonts w:cs="Times New Roman"/>
                <w:spacing w:val="-2"/>
              </w:rPr>
              <w:t>(0.78)</w:t>
            </w:r>
          </w:p>
        </w:tc>
        <w:tc>
          <w:tcPr>
            <w:tcW w:w="820" w:type="dxa"/>
          </w:tcPr>
          <w:p w14:paraId="57056361" w14:textId="77777777" w:rsidR="00794935" w:rsidRPr="005675DC" w:rsidRDefault="00794935" w:rsidP="00794935">
            <w:pPr>
              <w:widowControl w:val="0"/>
              <w:autoSpaceDE w:val="0"/>
              <w:autoSpaceDN w:val="0"/>
              <w:spacing w:before="139" w:after="0" w:line="240" w:lineRule="auto"/>
              <w:ind w:left="135"/>
              <w:rPr>
                <w:rFonts w:cs="Times New Roman"/>
              </w:rPr>
            </w:pPr>
            <w:r w:rsidRPr="005675DC">
              <w:rPr>
                <w:rFonts w:cs="Times New Roman"/>
              </w:rPr>
              <w:t xml:space="preserve">0.78 </w:t>
            </w:r>
            <w:r w:rsidRPr="005675DC">
              <w:rPr>
                <w:rFonts w:cs="Times New Roman"/>
                <w:spacing w:val="-10"/>
                <w:vertAlign w:val="superscript"/>
              </w:rPr>
              <w:t>a</w:t>
            </w:r>
          </w:p>
          <w:p w14:paraId="04C25D87" w14:textId="77777777" w:rsidR="00794935" w:rsidRPr="005675DC" w:rsidRDefault="00794935" w:rsidP="00794935">
            <w:pPr>
              <w:widowControl w:val="0"/>
              <w:autoSpaceDE w:val="0"/>
              <w:autoSpaceDN w:val="0"/>
              <w:spacing w:after="0" w:line="240" w:lineRule="auto"/>
              <w:ind w:left="119"/>
              <w:rPr>
                <w:rFonts w:cs="Times New Roman"/>
              </w:rPr>
            </w:pPr>
            <w:r w:rsidRPr="005675DC">
              <w:rPr>
                <w:rFonts w:cs="Times New Roman"/>
                <w:spacing w:val="-2"/>
              </w:rPr>
              <w:t>(0.87)</w:t>
            </w:r>
          </w:p>
        </w:tc>
        <w:tc>
          <w:tcPr>
            <w:tcW w:w="816" w:type="dxa"/>
          </w:tcPr>
          <w:p w14:paraId="2F8ABCFD" w14:textId="77777777" w:rsidR="00794935" w:rsidRPr="005675DC" w:rsidRDefault="00794935" w:rsidP="00794935">
            <w:pPr>
              <w:widowControl w:val="0"/>
              <w:autoSpaceDE w:val="0"/>
              <w:autoSpaceDN w:val="0"/>
              <w:spacing w:before="139" w:after="0" w:line="240" w:lineRule="auto"/>
              <w:ind w:left="131"/>
              <w:rPr>
                <w:rFonts w:cs="Times New Roman"/>
              </w:rPr>
            </w:pPr>
            <w:r w:rsidRPr="005675DC">
              <w:rPr>
                <w:rFonts w:cs="Times New Roman"/>
              </w:rPr>
              <w:t xml:space="preserve">0.20 </w:t>
            </w:r>
            <w:r w:rsidRPr="005675DC">
              <w:rPr>
                <w:rFonts w:cs="Times New Roman"/>
                <w:spacing w:val="-10"/>
                <w:vertAlign w:val="superscript"/>
              </w:rPr>
              <w:t>a</w:t>
            </w:r>
          </w:p>
          <w:p w14:paraId="7881118B"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(0.44)</w:t>
            </w:r>
          </w:p>
        </w:tc>
        <w:tc>
          <w:tcPr>
            <w:tcW w:w="824" w:type="dxa"/>
          </w:tcPr>
          <w:p w14:paraId="0A8B0752" w14:textId="77777777" w:rsidR="00794935" w:rsidRPr="005675DC" w:rsidRDefault="00794935" w:rsidP="00794935">
            <w:pPr>
              <w:widowControl w:val="0"/>
              <w:autoSpaceDE w:val="0"/>
              <w:autoSpaceDN w:val="0"/>
              <w:spacing w:before="139" w:after="0" w:line="240" w:lineRule="auto"/>
              <w:ind w:left="139"/>
              <w:rPr>
                <w:rFonts w:cs="Times New Roman"/>
              </w:rPr>
            </w:pPr>
            <w:r w:rsidRPr="005675DC">
              <w:rPr>
                <w:rFonts w:cs="Times New Roman"/>
              </w:rPr>
              <w:t xml:space="preserve">0.15 </w:t>
            </w:r>
            <w:r w:rsidRPr="005675DC">
              <w:rPr>
                <w:rFonts w:cs="Times New Roman"/>
                <w:spacing w:val="-10"/>
                <w:vertAlign w:val="superscript"/>
              </w:rPr>
              <w:t>a</w:t>
            </w:r>
          </w:p>
          <w:p w14:paraId="12A49827" w14:textId="77777777" w:rsidR="00794935" w:rsidRPr="005675DC" w:rsidRDefault="00794935" w:rsidP="00794935">
            <w:pPr>
              <w:widowControl w:val="0"/>
              <w:autoSpaceDE w:val="0"/>
              <w:autoSpaceDN w:val="0"/>
              <w:spacing w:after="0" w:line="240" w:lineRule="auto"/>
              <w:ind w:left="123"/>
              <w:rPr>
                <w:rFonts w:cs="Times New Roman"/>
              </w:rPr>
            </w:pPr>
            <w:r w:rsidRPr="005675DC">
              <w:rPr>
                <w:rFonts w:cs="Times New Roman"/>
                <w:spacing w:val="-2"/>
              </w:rPr>
              <w:t>(0.38)</w:t>
            </w:r>
          </w:p>
        </w:tc>
        <w:tc>
          <w:tcPr>
            <w:tcW w:w="880" w:type="dxa"/>
          </w:tcPr>
          <w:p w14:paraId="4F6DCEF5" w14:textId="77777777" w:rsidR="00794935" w:rsidRPr="005675DC" w:rsidRDefault="00794935" w:rsidP="00794935">
            <w:pPr>
              <w:widowControl w:val="0"/>
              <w:autoSpaceDE w:val="0"/>
              <w:autoSpaceDN w:val="0"/>
              <w:spacing w:before="139" w:after="0" w:line="240" w:lineRule="auto"/>
              <w:ind w:left="164"/>
              <w:rPr>
                <w:rFonts w:cs="Times New Roman"/>
                <w:b/>
              </w:rPr>
            </w:pPr>
            <w:r w:rsidRPr="005675DC">
              <w:rPr>
                <w:rFonts w:cs="Times New Roman"/>
                <w:b/>
              </w:rPr>
              <w:t xml:space="preserve">0.40 </w:t>
            </w:r>
            <w:r w:rsidRPr="005675DC">
              <w:rPr>
                <w:rFonts w:cs="Times New Roman"/>
                <w:b/>
                <w:spacing w:val="-10"/>
                <w:vertAlign w:val="superscript"/>
              </w:rPr>
              <w:t>a</w:t>
            </w:r>
          </w:p>
          <w:p w14:paraId="42A96F16" w14:textId="77777777" w:rsidR="00794935" w:rsidRPr="005675DC" w:rsidRDefault="00794935" w:rsidP="00794935">
            <w:pPr>
              <w:widowControl w:val="0"/>
              <w:autoSpaceDE w:val="0"/>
              <w:autoSpaceDN w:val="0"/>
              <w:spacing w:after="0" w:line="240" w:lineRule="auto"/>
              <w:ind w:left="151"/>
              <w:rPr>
                <w:rFonts w:cs="Times New Roman"/>
                <w:b/>
              </w:rPr>
            </w:pPr>
            <w:r w:rsidRPr="005675DC">
              <w:rPr>
                <w:rFonts w:cs="Times New Roman"/>
                <w:b/>
                <w:spacing w:val="-2"/>
              </w:rPr>
              <w:t>(0.62)</w:t>
            </w:r>
          </w:p>
        </w:tc>
      </w:tr>
      <w:tr w:rsidR="00794935" w:rsidRPr="005675DC" w14:paraId="26D675FB" w14:textId="77777777" w:rsidTr="00685DD7">
        <w:trPr>
          <w:trHeight w:val="825"/>
        </w:trPr>
        <w:tc>
          <w:tcPr>
            <w:tcW w:w="2573" w:type="dxa"/>
          </w:tcPr>
          <w:p w14:paraId="132D4472" w14:textId="77777777" w:rsidR="00794935" w:rsidRPr="005675DC" w:rsidRDefault="00794935" w:rsidP="00794935">
            <w:pPr>
              <w:widowControl w:val="0"/>
              <w:autoSpaceDE w:val="0"/>
              <w:autoSpaceDN w:val="0"/>
              <w:spacing w:before="3" w:after="0" w:line="237" w:lineRule="auto"/>
              <w:ind w:left="423" w:right="83" w:hanging="368"/>
              <w:rPr>
                <w:rFonts w:cs="Times New Roman"/>
              </w:rPr>
            </w:pPr>
            <w:r w:rsidRPr="005675DC">
              <w:rPr>
                <w:rFonts w:cs="Times New Roman"/>
                <w:b/>
                <w:position w:val="1"/>
              </w:rPr>
              <w:t>M</w:t>
            </w:r>
            <w:r w:rsidRPr="005675DC">
              <w:rPr>
                <w:rFonts w:cs="Times New Roman"/>
                <w:b/>
                <w:sz w:val="16"/>
              </w:rPr>
              <w:t>2</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adoptable</w:t>
            </w:r>
          </w:p>
          <w:p w14:paraId="4AA77433" w14:textId="77777777" w:rsidR="00794935" w:rsidRPr="005675DC" w:rsidRDefault="00794935" w:rsidP="00794935">
            <w:pPr>
              <w:widowControl w:val="0"/>
              <w:autoSpaceDE w:val="0"/>
              <w:autoSpaceDN w:val="0"/>
              <w:spacing w:before="1" w:after="0" w:line="255" w:lineRule="exact"/>
              <w:ind w:left="423"/>
              <w:rPr>
                <w:rFonts w:cs="Times New Roman"/>
              </w:rPr>
            </w:pPr>
            <w:r w:rsidRPr="005675DC">
              <w:rPr>
                <w:rFonts w:cs="Times New Roman"/>
                <w:spacing w:val="-2"/>
              </w:rPr>
              <w:t>module</w:t>
            </w:r>
          </w:p>
        </w:tc>
        <w:tc>
          <w:tcPr>
            <w:tcW w:w="820" w:type="dxa"/>
          </w:tcPr>
          <w:p w14:paraId="15219781" w14:textId="77777777" w:rsidR="00794935" w:rsidRPr="005675DC" w:rsidRDefault="00794935" w:rsidP="00794935">
            <w:pPr>
              <w:widowControl w:val="0"/>
              <w:autoSpaceDE w:val="0"/>
              <w:autoSpaceDN w:val="0"/>
              <w:spacing w:before="138" w:after="0" w:line="240" w:lineRule="auto"/>
              <w:ind w:left="130"/>
              <w:rPr>
                <w:rFonts w:cs="Times New Roman"/>
              </w:rPr>
            </w:pPr>
            <w:r w:rsidRPr="005675DC">
              <w:rPr>
                <w:rFonts w:cs="Times New Roman"/>
              </w:rPr>
              <w:t xml:space="preserve">0.12 </w:t>
            </w:r>
            <w:r w:rsidRPr="005675DC">
              <w:rPr>
                <w:rFonts w:cs="Times New Roman"/>
                <w:spacing w:val="-10"/>
                <w:vertAlign w:val="superscript"/>
              </w:rPr>
              <w:t>a</w:t>
            </w:r>
          </w:p>
          <w:p w14:paraId="44BDF493"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(0.34)</w:t>
            </w:r>
          </w:p>
        </w:tc>
        <w:tc>
          <w:tcPr>
            <w:tcW w:w="820" w:type="dxa"/>
          </w:tcPr>
          <w:p w14:paraId="465C7488" w14:textId="77777777" w:rsidR="00794935" w:rsidRPr="005675DC" w:rsidRDefault="00794935" w:rsidP="00794935">
            <w:pPr>
              <w:widowControl w:val="0"/>
              <w:autoSpaceDE w:val="0"/>
              <w:autoSpaceDN w:val="0"/>
              <w:spacing w:before="138" w:after="0" w:line="240" w:lineRule="auto"/>
              <w:ind w:left="127"/>
              <w:rPr>
                <w:rFonts w:cs="Times New Roman"/>
              </w:rPr>
            </w:pPr>
            <w:r w:rsidRPr="005675DC">
              <w:rPr>
                <w:rFonts w:cs="Times New Roman"/>
              </w:rPr>
              <w:t xml:space="preserve">0.25 </w:t>
            </w:r>
            <w:r w:rsidRPr="005675DC">
              <w:rPr>
                <w:rFonts w:cs="Times New Roman"/>
                <w:spacing w:val="-10"/>
                <w:vertAlign w:val="superscript"/>
              </w:rPr>
              <w:t>b</w:t>
            </w:r>
          </w:p>
          <w:p w14:paraId="63EF6A08"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(0.49)</w:t>
            </w:r>
          </w:p>
        </w:tc>
        <w:tc>
          <w:tcPr>
            <w:tcW w:w="816" w:type="dxa"/>
          </w:tcPr>
          <w:p w14:paraId="72C3B2EF" w14:textId="77777777" w:rsidR="00794935" w:rsidRPr="005675DC" w:rsidRDefault="00794935" w:rsidP="00794935">
            <w:pPr>
              <w:widowControl w:val="0"/>
              <w:autoSpaceDE w:val="0"/>
              <w:autoSpaceDN w:val="0"/>
              <w:spacing w:before="138" w:after="0" w:line="240" w:lineRule="auto"/>
              <w:ind w:left="91"/>
              <w:rPr>
                <w:rFonts w:cs="Times New Roman"/>
              </w:rPr>
            </w:pPr>
            <w:r w:rsidRPr="005675DC">
              <w:rPr>
                <w:rFonts w:cs="Times New Roman"/>
              </w:rPr>
              <w:t xml:space="preserve">0.35 </w:t>
            </w:r>
            <w:r w:rsidRPr="005675DC">
              <w:rPr>
                <w:rFonts w:cs="Times New Roman"/>
                <w:spacing w:val="-5"/>
                <w:vertAlign w:val="superscript"/>
              </w:rPr>
              <w:t>ab</w:t>
            </w:r>
          </w:p>
          <w:p w14:paraId="58B46898"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(0.58)</w:t>
            </w:r>
          </w:p>
        </w:tc>
        <w:tc>
          <w:tcPr>
            <w:tcW w:w="821" w:type="dxa"/>
          </w:tcPr>
          <w:p w14:paraId="1C1D6D1B" w14:textId="77777777" w:rsidR="00794935" w:rsidRPr="005675DC" w:rsidRDefault="00794935" w:rsidP="00794935">
            <w:pPr>
              <w:widowControl w:val="0"/>
              <w:autoSpaceDE w:val="0"/>
              <w:autoSpaceDN w:val="0"/>
              <w:spacing w:before="138" w:after="0" w:line="240" w:lineRule="auto"/>
              <w:ind w:left="95"/>
              <w:rPr>
                <w:rFonts w:cs="Times New Roman"/>
              </w:rPr>
            </w:pPr>
            <w:r w:rsidRPr="005675DC">
              <w:rPr>
                <w:rFonts w:cs="Times New Roman"/>
              </w:rPr>
              <w:t xml:space="preserve">0.50 </w:t>
            </w:r>
            <w:r w:rsidRPr="005675DC">
              <w:rPr>
                <w:rFonts w:cs="Times New Roman"/>
                <w:spacing w:val="-5"/>
                <w:vertAlign w:val="superscript"/>
              </w:rPr>
              <w:t>ab</w:t>
            </w:r>
          </w:p>
          <w:p w14:paraId="2FEF6F24" w14:textId="77777777" w:rsidR="00794935" w:rsidRPr="005675DC" w:rsidRDefault="00794935" w:rsidP="00794935">
            <w:pPr>
              <w:widowControl w:val="0"/>
              <w:autoSpaceDE w:val="0"/>
              <w:autoSpaceDN w:val="0"/>
              <w:spacing w:after="0" w:line="240" w:lineRule="auto"/>
              <w:ind w:left="119"/>
              <w:rPr>
                <w:rFonts w:cs="Times New Roman"/>
              </w:rPr>
            </w:pPr>
            <w:r w:rsidRPr="005675DC">
              <w:rPr>
                <w:rFonts w:cs="Times New Roman"/>
                <w:spacing w:val="-2"/>
              </w:rPr>
              <w:t>(0.70)</w:t>
            </w:r>
          </w:p>
        </w:tc>
        <w:tc>
          <w:tcPr>
            <w:tcW w:w="816" w:type="dxa"/>
          </w:tcPr>
          <w:p w14:paraId="0F8772C0" w14:textId="77777777" w:rsidR="00794935" w:rsidRPr="005675DC" w:rsidRDefault="00794935" w:rsidP="00794935">
            <w:pPr>
              <w:widowControl w:val="0"/>
              <w:autoSpaceDE w:val="0"/>
              <w:autoSpaceDN w:val="0"/>
              <w:spacing w:before="138" w:after="0" w:line="240" w:lineRule="auto"/>
              <w:ind w:left="91"/>
              <w:rPr>
                <w:rFonts w:cs="Times New Roman"/>
              </w:rPr>
            </w:pPr>
            <w:r w:rsidRPr="005675DC">
              <w:rPr>
                <w:rFonts w:cs="Times New Roman"/>
              </w:rPr>
              <w:t xml:space="preserve">0.47 </w:t>
            </w:r>
            <w:r w:rsidRPr="005675DC">
              <w:rPr>
                <w:rFonts w:cs="Times New Roman"/>
                <w:spacing w:val="-5"/>
                <w:vertAlign w:val="superscript"/>
              </w:rPr>
              <w:t>ab</w:t>
            </w:r>
          </w:p>
          <w:p w14:paraId="5A49EBD7" w14:textId="77777777" w:rsidR="00794935" w:rsidRPr="005675DC" w:rsidRDefault="00794935" w:rsidP="00794935">
            <w:pPr>
              <w:widowControl w:val="0"/>
              <w:autoSpaceDE w:val="0"/>
              <w:autoSpaceDN w:val="0"/>
              <w:spacing w:after="0" w:line="240" w:lineRule="auto"/>
              <w:ind w:left="114"/>
              <w:rPr>
                <w:rFonts w:cs="Times New Roman"/>
              </w:rPr>
            </w:pPr>
            <w:r w:rsidRPr="005675DC">
              <w:rPr>
                <w:rFonts w:cs="Times New Roman"/>
                <w:spacing w:val="-2"/>
              </w:rPr>
              <w:t>(0.68)</w:t>
            </w:r>
          </w:p>
        </w:tc>
        <w:tc>
          <w:tcPr>
            <w:tcW w:w="820" w:type="dxa"/>
          </w:tcPr>
          <w:p w14:paraId="60E98ADE" w14:textId="77777777" w:rsidR="00794935" w:rsidRPr="005675DC" w:rsidRDefault="00794935" w:rsidP="00794935">
            <w:pPr>
              <w:widowControl w:val="0"/>
              <w:autoSpaceDE w:val="0"/>
              <w:autoSpaceDN w:val="0"/>
              <w:spacing w:before="138" w:after="0" w:line="240" w:lineRule="auto"/>
              <w:ind w:left="130"/>
              <w:rPr>
                <w:rFonts w:cs="Times New Roman"/>
              </w:rPr>
            </w:pPr>
            <w:r w:rsidRPr="005675DC">
              <w:rPr>
                <w:rFonts w:cs="Times New Roman"/>
              </w:rPr>
              <w:t xml:space="preserve">0.50 </w:t>
            </w:r>
            <w:r w:rsidRPr="005675DC">
              <w:rPr>
                <w:rFonts w:cs="Times New Roman"/>
                <w:spacing w:val="-10"/>
                <w:vertAlign w:val="superscript"/>
              </w:rPr>
              <w:t>b</w:t>
            </w:r>
          </w:p>
          <w:p w14:paraId="7A8158D6" w14:textId="77777777" w:rsidR="00794935" w:rsidRPr="005675DC" w:rsidRDefault="00794935" w:rsidP="00794935">
            <w:pPr>
              <w:widowControl w:val="0"/>
              <w:autoSpaceDE w:val="0"/>
              <w:autoSpaceDN w:val="0"/>
              <w:spacing w:after="0" w:line="240" w:lineRule="auto"/>
              <w:ind w:left="119"/>
              <w:rPr>
                <w:rFonts w:cs="Times New Roman"/>
              </w:rPr>
            </w:pPr>
            <w:r w:rsidRPr="005675DC">
              <w:rPr>
                <w:rFonts w:cs="Times New Roman"/>
                <w:spacing w:val="-2"/>
              </w:rPr>
              <w:t>(0.70)</w:t>
            </w:r>
          </w:p>
        </w:tc>
        <w:tc>
          <w:tcPr>
            <w:tcW w:w="816" w:type="dxa"/>
          </w:tcPr>
          <w:p w14:paraId="4F3A030D" w14:textId="77777777" w:rsidR="00794935" w:rsidRPr="005675DC" w:rsidRDefault="00794935" w:rsidP="00794935">
            <w:pPr>
              <w:widowControl w:val="0"/>
              <w:autoSpaceDE w:val="0"/>
              <w:autoSpaceDN w:val="0"/>
              <w:spacing w:before="138" w:after="0" w:line="240" w:lineRule="auto"/>
              <w:ind w:left="131"/>
              <w:rPr>
                <w:rFonts w:cs="Times New Roman"/>
              </w:rPr>
            </w:pPr>
            <w:r w:rsidRPr="005675DC">
              <w:rPr>
                <w:rFonts w:cs="Times New Roman"/>
              </w:rPr>
              <w:t xml:space="preserve">0.17 </w:t>
            </w:r>
            <w:r w:rsidRPr="005675DC">
              <w:rPr>
                <w:rFonts w:cs="Times New Roman"/>
                <w:spacing w:val="-10"/>
                <w:vertAlign w:val="superscript"/>
              </w:rPr>
              <w:t>a</w:t>
            </w:r>
          </w:p>
          <w:p w14:paraId="7F93E68E"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(0.41)</w:t>
            </w:r>
          </w:p>
        </w:tc>
        <w:tc>
          <w:tcPr>
            <w:tcW w:w="824" w:type="dxa"/>
          </w:tcPr>
          <w:p w14:paraId="6800D7CF" w14:textId="77777777" w:rsidR="00794935" w:rsidRPr="005675DC" w:rsidRDefault="00794935" w:rsidP="00794935">
            <w:pPr>
              <w:widowControl w:val="0"/>
              <w:autoSpaceDE w:val="0"/>
              <w:autoSpaceDN w:val="0"/>
              <w:spacing w:before="138" w:after="0" w:line="240" w:lineRule="auto"/>
              <w:ind w:left="99"/>
              <w:rPr>
                <w:rFonts w:cs="Times New Roman"/>
              </w:rPr>
            </w:pPr>
            <w:r w:rsidRPr="005675DC">
              <w:rPr>
                <w:rFonts w:cs="Times New Roman"/>
              </w:rPr>
              <w:t xml:space="preserve">0.13 </w:t>
            </w:r>
            <w:r w:rsidRPr="005675DC">
              <w:rPr>
                <w:rFonts w:cs="Times New Roman"/>
                <w:spacing w:val="-5"/>
                <w:vertAlign w:val="superscript"/>
              </w:rPr>
              <w:t>ab</w:t>
            </w:r>
          </w:p>
          <w:p w14:paraId="036414B7" w14:textId="77777777" w:rsidR="00794935" w:rsidRPr="005675DC" w:rsidRDefault="00794935" w:rsidP="00794935">
            <w:pPr>
              <w:widowControl w:val="0"/>
              <w:autoSpaceDE w:val="0"/>
              <w:autoSpaceDN w:val="0"/>
              <w:spacing w:after="0" w:line="240" w:lineRule="auto"/>
              <w:ind w:left="123"/>
              <w:rPr>
                <w:rFonts w:cs="Times New Roman"/>
              </w:rPr>
            </w:pPr>
            <w:r w:rsidRPr="005675DC">
              <w:rPr>
                <w:rFonts w:cs="Times New Roman"/>
                <w:spacing w:val="-2"/>
              </w:rPr>
              <w:t>(0.35)</w:t>
            </w:r>
          </w:p>
        </w:tc>
        <w:tc>
          <w:tcPr>
            <w:tcW w:w="880" w:type="dxa"/>
          </w:tcPr>
          <w:p w14:paraId="317B7544" w14:textId="77777777" w:rsidR="00794935" w:rsidRPr="005675DC" w:rsidRDefault="00794935" w:rsidP="00794935">
            <w:pPr>
              <w:widowControl w:val="0"/>
              <w:autoSpaceDE w:val="0"/>
              <w:autoSpaceDN w:val="0"/>
              <w:spacing w:before="138" w:after="0" w:line="240" w:lineRule="auto"/>
              <w:ind w:left="160"/>
              <w:rPr>
                <w:rFonts w:cs="Times New Roman"/>
                <w:b/>
              </w:rPr>
            </w:pPr>
            <w:r w:rsidRPr="005675DC">
              <w:rPr>
                <w:rFonts w:cs="Times New Roman"/>
                <w:b/>
              </w:rPr>
              <w:t xml:space="preserve">0.31 </w:t>
            </w:r>
            <w:r w:rsidRPr="005675DC">
              <w:rPr>
                <w:rFonts w:cs="Times New Roman"/>
                <w:b/>
                <w:spacing w:val="-10"/>
                <w:vertAlign w:val="superscript"/>
              </w:rPr>
              <w:t>b</w:t>
            </w:r>
          </w:p>
          <w:p w14:paraId="684E81CD" w14:textId="77777777" w:rsidR="00794935" w:rsidRPr="005675DC" w:rsidRDefault="00794935" w:rsidP="00794935">
            <w:pPr>
              <w:widowControl w:val="0"/>
              <w:autoSpaceDE w:val="0"/>
              <w:autoSpaceDN w:val="0"/>
              <w:spacing w:after="0" w:line="240" w:lineRule="auto"/>
              <w:ind w:left="151"/>
              <w:rPr>
                <w:rFonts w:cs="Times New Roman"/>
                <w:b/>
              </w:rPr>
            </w:pPr>
            <w:r w:rsidRPr="005675DC">
              <w:rPr>
                <w:rFonts w:cs="Times New Roman"/>
                <w:b/>
                <w:spacing w:val="-2"/>
              </w:rPr>
              <w:t>(0.52)</w:t>
            </w:r>
          </w:p>
        </w:tc>
      </w:tr>
      <w:tr w:rsidR="00794935" w:rsidRPr="005675DC" w14:paraId="2F425231" w14:textId="77777777" w:rsidTr="00685DD7">
        <w:trPr>
          <w:trHeight w:val="554"/>
        </w:trPr>
        <w:tc>
          <w:tcPr>
            <w:tcW w:w="2573" w:type="dxa"/>
          </w:tcPr>
          <w:p w14:paraId="0C78F63A" w14:textId="77777777" w:rsidR="00794935" w:rsidRPr="005675DC" w:rsidRDefault="00794935" w:rsidP="00794935">
            <w:pPr>
              <w:widowControl w:val="0"/>
              <w:autoSpaceDE w:val="0"/>
              <w:autoSpaceDN w:val="0"/>
              <w:spacing w:before="46" w:after="0" w:line="244" w:lineRule="exact"/>
              <w:ind w:left="431" w:right="288" w:hanging="376"/>
              <w:rPr>
                <w:rFonts w:cs="Times New Roman"/>
                <w:sz w:val="22"/>
              </w:rPr>
            </w:pPr>
            <w:r w:rsidRPr="005675DC">
              <w:rPr>
                <w:rFonts w:cs="Times New Roman"/>
                <w:b/>
                <w:position w:val="1"/>
              </w:rPr>
              <w:t>M</w:t>
            </w:r>
            <w:r w:rsidRPr="005675DC">
              <w:rPr>
                <w:rFonts w:cs="Times New Roman"/>
                <w:b/>
                <w:sz w:val="16"/>
              </w:rPr>
              <w:t>3</w:t>
            </w:r>
            <w:r w:rsidRPr="005675DC">
              <w:rPr>
                <w:rFonts w:cs="Times New Roman"/>
                <w:position w:val="1"/>
              </w:rPr>
              <w:t>-</w:t>
            </w:r>
            <w:r w:rsidRPr="005675DC">
              <w:rPr>
                <w:rFonts w:cs="Times New Roman"/>
                <w:position w:val="1"/>
                <w:sz w:val="22"/>
              </w:rPr>
              <w:t>Recommended</w:t>
            </w:r>
            <w:r w:rsidRPr="005675DC">
              <w:rPr>
                <w:rFonts w:cs="Times New Roman"/>
                <w:spacing w:val="-14"/>
                <w:position w:val="1"/>
                <w:sz w:val="22"/>
              </w:rPr>
              <w:t xml:space="preserve"> </w:t>
            </w:r>
            <w:r w:rsidRPr="005675DC">
              <w:rPr>
                <w:rFonts w:cs="Times New Roman"/>
                <w:position w:val="1"/>
                <w:sz w:val="22"/>
              </w:rPr>
              <w:t xml:space="preserve">Plant </w:t>
            </w:r>
            <w:r w:rsidRPr="005675DC">
              <w:rPr>
                <w:rFonts w:cs="Times New Roman"/>
                <w:spacing w:val="-2"/>
                <w:sz w:val="22"/>
              </w:rPr>
              <w:t>Protection</w:t>
            </w:r>
          </w:p>
        </w:tc>
        <w:tc>
          <w:tcPr>
            <w:tcW w:w="820" w:type="dxa"/>
          </w:tcPr>
          <w:p w14:paraId="178AD2F5" w14:textId="77777777" w:rsidR="00794935" w:rsidRPr="005675DC" w:rsidRDefault="00794935" w:rsidP="00794935">
            <w:pPr>
              <w:widowControl w:val="0"/>
              <w:autoSpaceDE w:val="0"/>
              <w:autoSpaceDN w:val="0"/>
              <w:spacing w:before="2" w:after="0" w:line="240" w:lineRule="auto"/>
              <w:ind w:left="127"/>
              <w:rPr>
                <w:rFonts w:cs="Times New Roman"/>
              </w:rPr>
            </w:pPr>
            <w:r w:rsidRPr="005675DC">
              <w:rPr>
                <w:rFonts w:cs="Times New Roman"/>
              </w:rPr>
              <w:t xml:space="preserve">0.01 </w:t>
            </w:r>
            <w:r w:rsidRPr="005675DC">
              <w:rPr>
                <w:rFonts w:cs="Times New Roman"/>
                <w:spacing w:val="-10"/>
                <w:vertAlign w:val="superscript"/>
              </w:rPr>
              <w:t>b</w:t>
            </w:r>
          </w:p>
          <w:p w14:paraId="43CBCA35" w14:textId="77777777" w:rsidR="00794935" w:rsidRPr="005675DC" w:rsidRDefault="00794935" w:rsidP="00794935">
            <w:pPr>
              <w:widowControl w:val="0"/>
              <w:autoSpaceDE w:val="0"/>
              <w:autoSpaceDN w:val="0"/>
              <w:spacing w:before="1" w:after="0" w:line="255" w:lineRule="exact"/>
              <w:ind w:left="115"/>
              <w:rPr>
                <w:rFonts w:cs="Times New Roman"/>
              </w:rPr>
            </w:pPr>
            <w:r w:rsidRPr="005675DC">
              <w:rPr>
                <w:rFonts w:cs="Times New Roman"/>
                <w:spacing w:val="-2"/>
              </w:rPr>
              <w:t>(0.10)</w:t>
            </w:r>
          </w:p>
        </w:tc>
        <w:tc>
          <w:tcPr>
            <w:tcW w:w="820" w:type="dxa"/>
          </w:tcPr>
          <w:p w14:paraId="7C193ED9" w14:textId="77777777" w:rsidR="00794935" w:rsidRPr="005675DC" w:rsidRDefault="00794935" w:rsidP="00794935">
            <w:pPr>
              <w:widowControl w:val="0"/>
              <w:autoSpaceDE w:val="0"/>
              <w:autoSpaceDN w:val="0"/>
              <w:spacing w:before="2" w:after="0" w:line="240" w:lineRule="auto"/>
              <w:ind w:left="130"/>
              <w:rPr>
                <w:rFonts w:cs="Times New Roman"/>
              </w:rPr>
            </w:pPr>
            <w:r w:rsidRPr="005675DC">
              <w:rPr>
                <w:rFonts w:cs="Times New Roman"/>
              </w:rPr>
              <w:t xml:space="preserve">0.02 </w:t>
            </w:r>
            <w:r w:rsidRPr="005675DC">
              <w:rPr>
                <w:rFonts w:cs="Times New Roman"/>
                <w:spacing w:val="-10"/>
                <w:vertAlign w:val="superscript"/>
              </w:rPr>
              <w:t>c</w:t>
            </w:r>
          </w:p>
          <w:p w14:paraId="6F8D04BD" w14:textId="77777777" w:rsidR="00794935" w:rsidRPr="005675DC" w:rsidRDefault="00794935" w:rsidP="00794935">
            <w:pPr>
              <w:widowControl w:val="0"/>
              <w:autoSpaceDE w:val="0"/>
              <w:autoSpaceDN w:val="0"/>
              <w:spacing w:before="1" w:after="0" w:line="255" w:lineRule="exact"/>
              <w:ind w:left="115"/>
              <w:rPr>
                <w:rFonts w:cs="Times New Roman"/>
              </w:rPr>
            </w:pPr>
            <w:r w:rsidRPr="005675DC">
              <w:rPr>
                <w:rFonts w:cs="Times New Roman"/>
                <w:spacing w:val="-2"/>
              </w:rPr>
              <w:t>(0.13)</w:t>
            </w:r>
          </w:p>
        </w:tc>
        <w:tc>
          <w:tcPr>
            <w:tcW w:w="816" w:type="dxa"/>
          </w:tcPr>
          <w:p w14:paraId="0FFBB4E2" w14:textId="77777777" w:rsidR="00794935" w:rsidRPr="005675DC" w:rsidRDefault="00794935" w:rsidP="00794935">
            <w:pPr>
              <w:widowControl w:val="0"/>
              <w:autoSpaceDE w:val="0"/>
              <w:autoSpaceDN w:val="0"/>
              <w:spacing w:before="2" w:after="0" w:line="240" w:lineRule="auto"/>
              <w:ind w:left="131"/>
              <w:rPr>
                <w:rFonts w:cs="Times New Roman"/>
              </w:rPr>
            </w:pPr>
            <w:r w:rsidRPr="005675DC">
              <w:rPr>
                <w:rFonts w:cs="Times New Roman"/>
              </w:rPr>
              <w:t xml:space="preserve">0.21 </w:t>
            </w:r>
            <w:r w:rsidRPr="005675DC">
              <w:rPr>
                <w:rFonts w:cs="Times New Roman"/>
                <w:spacing w:val="-10"/>
                <w:vertAlign w:val="superscript"/>
              </w:rPr>
              <w:t>c</w:t>
            </w:r>
          </w:p>
          <w:p w14:paraId="4656FD12" w14:textId="77777777" w:rsidR="00794935" w:rsidRPr="005675DC" w:rsidRDefault="00794935" w:rsidP="00794935">
            <w:pPr>
              <w:widowControl w:val="0"/>
              <w:autoSpaceDE w:val="0"/>
              <w:autoSpaceDN w:val="0"/>
              <w:spacing w:before="1" w:after="0" w:line="255" w:lineRule="exact"/>
              <w:ind w:left="115"/>
              <w:rPr>
                <w:rFonts w:cs="Times New Roman"/>
              </w:rPr>
            </w:pPr>
            <w:r w:rsidRPr="005675DC">
              <w:rPr>
                <w:rFonts w:cs="Times New Roman"/>
                <w:spacing w:val="-2"/>
              </w:rPr>
              <w:t>(0.45)</w:t>
            </w:r>
          </w:p>
        </w:tc>
        <w:tc>
          <w:tcPr>
            <w:tcW w:w="821" w:type="dxa"/>
          </w:tcPr>
          <w:p w14:paraId="12377382" w14:textId="77777777" w:rsidR="00794935" w:rsidRPr="005675DC" w:rsidRDefault="00794935" w:rsidP="00794935">
            <w:pPr>
              <w:widowControl w:val="0"/>
              <w:autoSpaceDE w:val="0"/>
              <w:autoSpaceDN w:val="0"/>
              <w:spacing w:before="2" w:after="0" w:line="240" w:lineRule="auto"/>
              <w:ind w:left="135"/>
              <w:rPr>
                <w:rFonts w:cs="Times New Roman"/>
              </w:rPr>
            </w:pPr>
            <w:r w:rsidRPr="005675DC">
              <w:rPr>
                <w:rFonts w:cs="Times New Roman"/>
              </w:rPr>
              <w:t xml:space="preserve">0.20 </w:t>
            </w:r>
            <w:r w:rsidRPr="005675DC">
              <w:rPr>
                <w:rFonts w:cs="Times New Roman"/>
                <w:spacing w:val="-10"/>
                <w:vertAlign w:val="superscript"/>
              </w:rPr>
              <w:t>c</w:t>
            </w:r>
          </w:p>
          <w:p w14:paraId="7456FF24" w14:textId="77777777" w:rsidR="00794935" w:rsidRPr="005675DC" w:rsidRDefault="00794935" w:rsidP="00794935">
            <w:pPr>
              <w:widowControl w:val="0"/>
              <w:autoSpaceDE w:val="0"/>
              <w:autoSpaceDN w:val="0"/>
              <w:spacing w:before="1" w:after="0" w:line="255" w:lineRule="exact"/>
              <w:ind w:left="119"/>
              <w:rPr>
                <w:rFonts w:cs="Times New Roman"/>
              </w:rPr>
            </w:pPr>
            <w:r w:rsidRPr="005675DC">
              <w:rPr>
                <w:rFonts w:cs="Times New Roman"/>
                <w:spacing w:val="-2"/>
              </w:rPr>
              <w:t>(0.44)</w:t>
            </w:r>
          </w:p>
        </w:tc>
        <w:tc>
          <w:tcPr>
            <w:tcW w:w="816" w:type="dxa"/>
          </w:tcPr>
          <w:p w14:paraId="4886FBC4" w14:textId="77777777" w:rsidR="00794935" w:rsidRPr="005675DC" w:rsidRDefault="00794935" w:rsidP="00794935">
            <w:pPr>
              <w:widowControl w:val="0"/>
              <w:autoSpaceDE w:val="0"/>
              <w:autoSpaceDN w:val="0"/>
              <w:spacing w:before="2" w:after="0" w:line="240" w:lineRule="auto"/>
              <w:ind w:left="131"/>
              <w:rPr>
                <w:rFonts w:cs="Times New Roman"/>
              </w:rPr>
            </w:pPr>
            <w:r w:rsidRPr="005675DC">
              <w:rPr>
                <w:rFonts w:cs="Times New Roman"/>
              </w:rPr>
              <w:t xml:space="preserve">0.25 </w:t>
            </w:r>
            <w:r w:rsidRPr="005675DC">
              <w:rPr>
                <w:rFonts w:cs="Times New Roman"/>
                <w:spacing w:val="-10"/>
                <w:vertAlign w:val="superscript"/>
              </w:rPr>
              <w:t>c</w:t>
            </w:r>
          </w:p>
          <w:p w14:paraId="7D75796C" w14:textId="77777777" w:rsidR="00794935" w:rsidRPr="005675DC" w:rsidRDefault="00794935" w:rsidP="00794935">
            <w:pPr>
              <w:widowControl w:val="0"/>
              <w:autoSpaceDE w:val="0"/>
              <w:autoSpaceDN w:val="0"/>
              <w:spacing w:before="1" w:after="0" w:line="255" w:lineRule="exact"/>
              <w:ind w:left="114"/>
              <w:rPr>
                <w:rFonts w:cs="Times New Roman"/>
              </w:rPr>
            </w:pPr>
            <w:r w:rsidRPr="005675DC">
              <w:rPr>
                <w:rFonts w:cs="Times New Roman"/>
                <w:spacing w:val="-2"/>
              </w:rPr>
              <w:t>(0.49)</w:t>
            </w:r>
          </w:p>
        </w:tc>
        <w:tc>
          <w:tcPr>
            <w:tcW w:w="820" w:type="dxa"/>
          </w:tcPr>
          <w:p w14:paraId="1EC021AB" w14:textId="77777777" w:rsidR="00794935" w:rsidRPr="005675DC" w:rsidRDefault="00794935" w:rsidP="00794935">
            <w:pPr>
              <w:widowControl w:val="0"/>
              <w:autoSpaceDE w:val="0"/>
              <w:autoSpaceDN w:val="0"/>
              <w:spacing w:before="2" w:after="0" w:line="240" w:lineRule="auto"/>
              <w:ind w:left="135"/>
              <w:rPr>
                <w:rFonts w:cs="Times New Roman"/>
              </w:rPr>
            </w:pPr>
            <w:r w:rsidRPr="005675DC">
              <w:rPr>
                <w:rFonts w:cs="Times New Roman"/>
              </w:rPr>
              <w:t xml:space="preserve">0.30 </w:t>
            </w:r>
            <w:r w:rsidRPr="005675DC">
              <w:rPr>
                <w:rFonts w:cs="Times New Roman"/>
                <w:spacing w:val="-10"/>
                <w:vertAlign w:val="superscript"/>
              </w:rPr>
              <w:t>c</w:t>
            </w:r>
          </w:p>
          <w:p w14:paraId="4BD8534B" w14:textId="77777777" w:rsidR="00794935" w:rsidRPr="005675DC" w:rsidRDefault="00794935" w:rsidP="00794935">
            <w:pPr>
              <w:widowControl w:val="0"/>
              <w:autoSpaceDE w:val="0"/>
              <w:autoSpaceDN w:val="0"/>
              <w:spacing w:before="1" w:after="0" w:line="255" w:lineRule="exact"/>
              <w:ind w:left="119"/>
              <w:rPr>
                <w:rFonts w:cs="Times New Roman"/>
              </w:rPr>
            </w:pPr>
            <w:r w:rsidRPr="005675DC">
              <w:rPr>
                <w:rFonts w:cs="Times New Roman"/>
                <w:spacing w:val="-2"/>
              </w:rPr>
              <w:t>(0.54)</w:t>
            </w:r>
          </w:p>
        </w:tc>
        <w:tc>
          <w:tcPr>
            <w:tcW w:w="816" w:type="dxa"/>
          </w:tcPr>
          <w:p w14:paraId="45004A99" w14:textId="77777777" w:rsidR="00794935" w:rsidRPr="005675DC" w:rsidRDefault="00794935" w:rsidP="00794935">
            <w:pPr>
              <w:widowControl w:val="0"/>
              <w:autoSpaceDE w:val="0"/>
              <w:autoSpaceDN w:val="0"/>
              <w:spacing w:before="2" w:after="0" w:line="240" w:lineRule="auto"/>
              <w:ind w:left="131"/>
              <w:rPr>
                <w:rFonts w:cs="Times New Roman"/>
              </w:rPr>
            </w:pPr>
            <w:r w:rsidRPr="005675DC">
              <w:rPr>
                <w:rFonts w:cs="Times New Roman"/>
              </w:rPr>
              <w:t xml:space="preserve">0.02 </w:t>
            </w:r>
            <w:r w:rsidRPr="005675DC">
              <w:rPr>
                <w:rFonts w:cs="Times New Roman"/>
                <w:spacing w:val="-10"/>
                <w:vertAlign w:val="superscript"/>
              </w:rPr>
              <w:t>c</w:t>
            </w:r>
          </w:p>
          <w:p w14:paraId="373AAE11" w14:textId="77777777" w:rsidR="00794935" w:rsidRPr="005675DC" w:rsidRDefault="00794935" w:rsidP="00794935">
            <w:pPr>
              <w:widowControl w:val="0"/>
              <w:autoSpaceDE w:val="0"/>
              <w:autoSpaceDN w:val="0"/>
              <w:spacing w:before="1" w:after="0" w:line="255" w:lineRule="exact"/>
              <w:ind w:left="115"/>
              <w:rPr>
                <w:rFonts w:cs="Times New Roman"/>
              </w:rPr>
            </w:pPr>
            <w:r w:rsidRPr="005675DC">
              <w:rPr>
                <w:rFonts w:cs="Times New Roman"/>
                <w:spacing w:val="-2"/>
              </w:rPr>
              <w:t>(0.13)</w:t>
            </w:r>
          </w:p>
        </w:tc>
        <w:tc>
          <w:tcPr>
            <w:tcW w:w="824" w:type="dxa"/>
          </w:tcPr>
          <w:p w14:paraId="61349DE3" w14:textId="77777777" w:rsidR="00794935" w:rsidRPr="005675DC" w:rsidRDefault="00794935" w:rsidP="00794935">
            <w:pPr>
              <w:widowControl w:val="0"/>
              <w:autoSpaceDE w:val="0"/>
              <w:autoSpaceDN w:val="0"/>
              <w:spacing w:before="2" w:after="0" w:line="240" w:lineRule="auto"/>
              <w:ind w:left="139"/>
              <w:rPr>
                <w:rFonts w:cs="Times New Roman"/>
              </w:rPr>
            </w:pPr>
            <w:r w:rsidRPr="005675DC">
              <w:rPr>
                <w:rFonts w:cs="Times New Roman"/>
              </w:rPr>
              <w:t xml:space="preserve">0.01 </w:t>
            </w:r>
            <w:r w:rsidRPr="005675DC">
              <w:rPr>
                <w:rFonts w:cs="Times New Roman"/>
                <w:spacing w:val="-10"/>
                <w:vertAlign w:val="superscript"/>
              </w:rPr>
              <w:t>c</w:t>
            </w:r>
          </w:p>
          <w:p w14:paraId="3A99F3E4" w14:textId="77777777" w:rsidR="00794935" w:rsidRPr="005675DC" w:rsidRDefault="00794935" w:rsidP="00794935">
            <w:pPr>
              <w:widowControl w:val="0"/>
              <w:autoSpaceDE w:val="0"/>
              <w:autoSpaceDN w:val="0"/>
              <w:spacing w:before="1" w:after="0" w:line="255" w:lineRule="exact"/>
              <w:ind w:left="123"/>
              <w:rPr>
                <w:rFonts w:cs="Times New Roman"/>
              </w:rPr>
            </w:pPr>
            <w:r w:rsidRPr="005675DC">
              <w:rPr>
                <w:rFonts w:cs="Times New Roman"/>
                <w:spacing w:val="-2"/>
              </w:rPr>
              <w:t>(0.10)</w:t>
            </w:r>
          </w:p>
        </w:tc>
        <w:tc>
          <w:tcPr>
            <w:tcW w:w="880" w:type="dxa"/>
          </w:tcPr>
          <w:p w14:paraId="3F2E5748" w14:textId="77777777" w:rsidR="00794935" w:rsidRPr="005675DC" w:rsidRDefault="00794935" w:rsidP="00794935">
            <w:pPr>
              <w:widowControl w:val="0"/>
              <w:autoSpaceDE w:val="0"/>
              <w:autoSpaceDN w:val="0"/>
              <w:spacing w:before="2" w:after="0" w:line="240" w:lineRule="auto"/>
              <w:ind w:left="168"/>
              <w:rPr>
                <w:rFonts w:cs="Times New Roman"/>
                <w:b/>
              </w:rPr>
            </w:pPr>
            <w:r w:rsidRPr="005675DC">
              <w:rPr>
                <w:rFonts w:cs="Times New Roman"/>
                <w:b/>
              </w:rPr>
              <w:t xml:space="preserve">0.13 </w:t>
            </w:r>
            <w:r w:rsidRPr="005675DC">
              <w:rPr>
                <w:rFonts w:cs="Times New Roman"/>
                <w:b/>
                <w:spacing w:val="-10"/>
                <w:vertAlign w:val="superscript"/>
              </w:rPr>
              <w:t>c</w:t>
            </w:r>
          </w:p>
          <w:p w14:paraId="6FD73CBF" w14:textId="77777777" w:rsidR="00794935" w:rsidRPr="005675DC" w:rsidRDefault="00794935" w:rsidP="00794935">
            <w:pPr>
              <w:widowControl w:val="0"/>
              <w:autoSpaceDE w:val="0"/>
              <w:autoSpaceDN w:val="0"/>
              <w:spacing w:before="1" w:after="0" w:line="255" w:lineRule="exact"/>
              <w:ind w:left="151"/>
              <w:rPr>
                <w:rFonts w:cs="Times New Roman"/>
                <w:b/>
              </w:rPr>
            </w:pPr>
            <w:r w:rsidRPr="005675DC">
              <w:rPr>
                <w:rFonts w:cs="Times New Roman"/>
                <w:b/>
                <w:spacing w:val="-2"/>
              </w:rPr>
              <w:t>(0.35)</w:t>
            </w:r>
          </w:p>
        </w:tc>
      </w:tr>
      <w:tr w:rsidR="00794935" w:rsidRPr="005675DC" w14:paraId="3647F5B8" w14:textId="77777777" w:rsidTr="00685DD7">
        <w:trPr>
          <w:trHeight w:val="550"/>
        </w:trPr>
        <w:tc>
          <w:tcPr>
            <w:tcW w:w="2573" w:type="dxa"/>
          </w:tcPr>
          <w:p w14:paraId="1E57DD5F" w14:textId="77777777" w:rsidR="00794935" w:rsidRPr="005675DC" w:rsidRDefault="00794935" w:rsidP="00794935">
            <w:pPr>
              <w:widowControl w:val="0"/>
              <w:autoSpaceDE w:val="0"/>
              <w:autoSpaceDN w:val="0"/>
              <w:spacing w:before="141" w:after="0" w:line="240" w:lineRule="auto"/>
              <w:ind w:left="55"/>
              <w:rPr>
                <w:rFonts w:cs="Times New Roman"/>
                <w:position w:val="1"/>
              </w:rPr>
            </w:pPr>
            <w:r w:rsidRPr="005675DC">
              <w:rPr>
                <w:rFonts w:cs="Times New Roman"/>
                <w:b/>
                <w:position w:val="1"/>
              </w:rPr>
              <w:t>M</w:t>
            </w:r>
            <w:r w:rsidRPr="005675DC">
              <w:rPr>
                <w:rFonts w:cs="Times New Roman"/>
                <w:b/>
                <w:sz w:val="16"/>
              </w:rPr>
              <w:t>4</w:t>
            </w:r>
            <w:r w:rsidRPr="005675DC">
              <w:rPr>
                <w:rFonts w:cs="Times New Roman"/>
                <w:position w:val="1"/>
              </w:rPr>
              <w:t>-Untreated</w:t>
            </w:r>
            <w:r w:rsidRPr="005675DC">
              <w:rPr>
                <w:rFonts w:cs="Times New Roman"/>
                <w:spacing w:val="-3"/>
                <w:position w:val="1"/>
              </w:rPr>
              <w:t xml:space="preserve"> </w:t>
            </w:r>
            <w:r w:rsidRPr="005675DC">
              <w:rPr>
                <w:rFonts w:cs="Times New Roman"/>
                <w:spacing w:val="-4"/>
                <w:position w:val="1"/>
              </w:rPr>
              <w:t>check</w:t>
            </w:r>
          </w:p>
        </w:tc>
        <w:tc>
          <w:tcPr>
            <w:tcW w:w="820" w:type="dxa"/>
          </w:tcPr>
          <w:p w14:paraId="2BD44880" w14:textId="77777777" w:rsidR="00794935" w:rsidRPr="005675DC" w:rsidRDefault="00794935" w:rsidP="00794935">
            <w:pPr>
              <w:widowControl w:val="0"/>
              <w:autoSpaceDE w:val="0"/>
              <w:autoSpaceDN w:val="0"/>
              <w:spacing w:after="0" w:line="275" w:lineRule="exact"/>
              <w:ind w:left="127"/>
              <w:rPr>
                <w:rFonts w:cs="Times New Roman"/>
              </w:rPr>
            </w:pPr>
            <w:r w:rsidRPr="005675DC">
              <w:rPr>
                <w:rFonts w:cs="Times New Roman"/>
              </w:rPr>
              <w:t xml:space="preserve">0.01 </w:t>
            </w:r>
            <w:r w:rsidRPr="005675DC">
              <w:rPr>
                <w:rFonts w:cs="Times New Roman"/>
                <w:spacing w:val="-10"/>
                <w:vertAlign w:val="superscript"/>
              </w:rPr>
              <w:t>b</w:t>
            </w:r>
          </w:p>
          <w:p w14:paraId="09EE18D1" w14:textId="77777777" w:rsidR="00794935" w:rsidRPr="005675DC" w:rsidRDefault="00794935" w:rsidP="00794935">
            <w:pPr>
              <w:widowControl w:val="0"/>
              <w:autoSpaceDE w:val="0"/>
              <w:autoSpaceDN w:val="0"/>
              <w:spacing w:after="0" w:line="255" w:lineRule="exact"/>
              <w:ind w:left="115"/>
              <w:rPr>
                <w:rFonts w:cs="Times New Roman"/>
              </w:rPr>
            </w:pPr>
            <w:r w:rsidRPr="005675DC">
              <w:rPr>
                <w:rFonts w:cs="Times New Roman"/>
                <w:spacing w:val="-2"/>
              </w:rPr>
              <w:t>(0.10)</w:t>
            </w:r>
          </w:p>
        </w:tc>
        <w:tc>
          <w:tcPr>
            <w:tcW w:w="820" w:type="dxa"/>
          </w:tcPr>
          <w:p w14:paraId="0E3AB3E4" w14:textId="77777777" w:rsidR="00794935" w:rsidRPr="005675DC" w:rsidRDefault="00794935" w:rsidP="00794935">
            <w:pPr>
              <w:widowControl w:val="0"/>
              <w:autoSpaceDE w:val="0"/>
              <w:autoSpaceDN w:val="0"/>
              <w:spacing w:after="0" w:line="275" w:lineRule="exact"/>
              <w:ind w:left="127"/>
              <w:rPr>
                <w:rFonts w:cs="Times New Roman"/>
              </w:rPr>
            </w:pPr>
            <w:r w:rsidRPr="005675DC">
              <w:rPr>
                <w:rFonts w:cs="Times New Roman"/>
              </w:rPr>
              <w:t xml:space="preserve">0.20 </w:t>
            </w:r>
            <w:r w:rsidRPr="005675DC">
              <w:rPr>
                <w:rFonts w:cs="Times New Roman"/>
                <w:spacing w:val="-10"/>
                <w:vertAlign w:val="superscript"/>
              </w:rPr>
              <w:t>b</w:t>
            </w:r>
          </w:p>
          <w:p w14:paraId="7D13DA83" w14:textId="77777777" w:rsidR="00794935" w:rsidRPr="005675DC" w:rsidRDefault="00794935" w:rsidP="00794935">
            <w:pPr>
              <w:widowControl w:val="0"/>
              <w:autoSpaceDE w:val="0"/>
              <w:autoSpaceDN w:val="0"/>
              <w:spacing w:after="0" w:line="255" w:lineRule="exact"/>
              <w:ind w:left="115"/>
              <w:rPr>
                <w:rFonts w:cs="Times New Roman"/>
              </w:rPr>
            </w:pPr>
            <w:r w:rsidRPr="005675DC">
              <w:rPr>
                <w:rFonts w:cs="Times New Roman"/>
                <w:spacing w:val="-2"/>
              </w:rPr>
              <w:t>(0.44)</w:t>
            </w:r>
          </w:p>
        </w:tc>
        <w:tc>
          <w:tcPr>
            <w:tcW w:w="816" w:type="dxa"/>
          </w:tcPr>
          <w:p w14:paraId="7DB2C5A1" w14:textId="77777777" w:rsidR="00794935" w:rsidRPr="005675DC" w:rsidRDefault="00794935" w:rsidP="00794935">
            <w:pPr>
              <w:widowControl w:val="0"/>
              <w:autoSpaceDE w:val="0"/>
              <w:autoSpaceDN w:val="0"/>
              <w:spacing w:after="0" w:line="275" w:lineRule="exact"/>
              <w:ind w:left="91"/>
              <w:rPr>
                <w:rFonts w:cs="Times New Roman"/>
              </w:rPr>
            </w:pPr>
            <w:r w:rsidRPr="005675DC">
              <w:rPr>
                <w:rFonts w:cs="Times New Roman"/>
              </w:rPr>
              <w:t xml:space="preserve">0.28 </w:t>
            </w:r>
            <w:proofErr w:type="spellStart"/>
            <w:r w:rsidRPr="005675DC">
              <w:rPr>
                <w:rFonts w:cs="Times New Roman"/>
                <w:spacing w:val="-5"/>
                <w:vertAlign w:val="superscript"/>
              </w:rPr>
              <w:t>bc</w:t>
            </w:r>
            <w:proofErr w:type="spellEnd"/>
          </w:p>
          <w:p w14:paraId="4E549D03" w14:textId="77777777" w:rsidR="00794935" w:rsidRPr="005675DC" w:rsidRDefault="00794935" w:rsidP="00794935">
            <w:pPr>
              <w:widowControl w:val="0"/>
              <w:autoSpaceDE w:val="0"/>
              <w:autoSpaceDN w:val="0"/>
              <w:spacing w:after="0" w:line="255" w:lineRule="exact"/>
              <w:ind w:left="115"/>
              <w:rPr>
                <w:rFonts w:cs="Times New Roman"/>
              </w:rPr>
            </w:pPr>
            <w:r w:rsidRPr="005675DC">
              <w:rPr>
                <w:rFonts w:cs="Times New Roman"/>
                <w:spacing w:val="-2"/>
              </w:rPr>
              <w:t>(0.52)</w:t>
            </w:r>
          </w:p>
        </w:tc>
        <w:tc>
          <w:tcPr>
            <w:tcW w:w="821" w:type="dxa"/>
          </w:tcPr>
          <w:p w14:paraId="1F1848BE" w14:textId="77777777" w:rsidR="00794935" w:rsidRPr="005675DC" w:rsidRDefault="00794935" w:rsidP="00794935">
            <w:pPr>
              <w:widowControl w:val="0"/>
              <w:autoSpaceDE w:val="0"/>
              <w:autoSpaceDN w:val="0"/>
              <w:spacing w:after="0" w:line="275" w:lineRule="exact"/>
              <w:ind w:left="131"/>
              <w:rPr>
                <w:rFonts w:cs="Times New Roman"/>
              </w:rPr>
            </w:pPr>
            <w:r w:rsidRPr="005675DC">
              <w:rPr>
                <w:rFonts w:cs="Times New Roman"/>
              </w:rPr>
              <w:t xml:space="preserve">0.40 </w:t>
            </w:r>
            <w:r w:rsidRPr="005675DC">
              <w:rPr>
                <w:rFonts w:cs="Times New Roman"/>
                <w:spacing w:val="-10"/>
                <w:vertAlign w:val="superscript"/>
              </w:rPr>
              <w:t>b</w:t>
            </w:r>
          </w:p>
          <w:p w14:paraId="01AB73E6" w14:textId="77777777" w:rsidR="00794935" w:rsidRPr="005675DC" w:rsidRDefault="00794935" w:rsidP="00794935">
            <w:pPr>
              <w:widowControl w:val="0"/>
              <w:autoSpaceDE w:val="0"/>
              <w:autoSpaceDN w:val="0"/>
              <w:spacing w:after="0" w:line="255" w:lineRule="exact"/>
              <w:ind w:left="119"/>
              <w:rPr>
                <w:rFonts w:cs="Times New Roman"/>
              </w:rPr>
            </w:pPr>
            <w:r w:rsidRPr="005675DC">
              <w:rPr>
                <w:rFonts w:cs="Times New Roman"/>
                <w:spacing w:val="-2"/>
              </w:rPr>
              <w:t>(0.63)</w:t>
            </w:r>
          </w:p>
        </w:tc>
        <w:tc>
          <w:tcPr>
            <w:tcW w:w="816" w:type="dxa"/>
          </w:tcPr>
          <w:p w14:paraId="2989EDFC" w14:textId="77777777" w:rsidR="00794935" w:rsidRPr="005675DC" w:rsidRDefault="00794935" w:rsidP="00794935">
            <w:pPr>
              <w:widowControl w:val="0"/>
              <w:autoSpaceDE w:val="0"/>
              <w:autoSpaceDN w:val="0"/>
              <w:spacing w:after="0" w:line="275" w:lineRule="exact"/>
              <w:ind w:left="127"/>
              <w:rPr>
                <w:rFonts w:cs="Times New Roman"/>
              </w:rPr>
            </w:pPr>
            <w:r w:rsidRPr="005675DC">
              <w:rPr>
                <w:rFonts w:cs="Times New Roman"/>
              </w:rPr>
              <w:t>0.45</w:t>
            </w:r>
            <w:r w:rsidRPr="005675DC">
              <w:rPr>
                <w:rFonts w:cs="Times New Roman"/>
                <w:spacing w:val="-1"/>
              </w:rPr>
              <w:t xml:space="preserve"> </w:t>
            </w:r>
            <w:r w:rsidRPr="005675DC">
              <w:rPr>
                <w:rFonts w:cs="Times New Roman"/>
                <w:spacing w:val="-10"/>
                <w:vertAlign w:val="superscript"/>
              </w:rPr>
              <w:t>b</w:t>
            </w:r>
          </w:p>
          <w:p w14:paraId="2B7BB591" w14:textId="77777777" w:rsidR="00794935" w:rsidRPr="005675DC" w:rsidRDefault="00794935" w:rsidP="00794935">
            <w:pPr>
              <w:widowControl w:val="0"/>
              <w:autoSpaceDE w:val="0"/>
              <w:autoSpaceDN w:val="0"/>
              <w:spacing w:after="0" w:line="255" w:lineRule="exact"/>
              <w:ind w:left="114"/>
              <w:rPr>
                <w:rFonts w:cs="Times New Roman"/>
              </w:rPr>
            </w:pPr>
            <w:r w:rsidRPr="005675DC">
              <w:rPr>
                <w:rFonts w:cs="Times New Roman"/>
                <w:spacing w:val="-2"/>
              </w:rPr>
              <w:t>(0.66)</w:t>
            </w:r>
          </w:p>
        </w:tc>
        <w:tc>
          <w:tcPr>
            <w:tcW w:w="820" w:type="dxa"/>
          </w:tcPr>
          <w:p w14:paraId="43F13E10" w14:textId="77777777" w:rsidR="00794935" w:rsidRPr="005675DC" w:rsidRDefault="00794935" w:rsidP="00794935">
            <w:pPr>
              <w:widowControl w:val="0"/>
              <w:autoSpaceDE w:val="0"/>
              <w:autoSpaceDN w:val="0"/>
              <w:spacing w:after="0" w:line="275" w:lineRule="exact"/>
              <w:ind w:left="135"/>
              <w:rPr>
                <w:rFonts w:cs="Times New Roman"/>
              </w:rPr>
            </w:pPr>
            <w:r w:rsidRPr="005675DC">
              <w:rPr>
                <w:rFonts w:cs="Times New Roman"/>
              </w:rPr>
              <w:t xml:space="preserve">0.35 </w:t>
            </w:r>
            <w:r w:rsidRPr="005675DC">
              <w:rPr>
                <w:rFonts w:cs="Times New Roman"/>
                <w:spacing w:val="-10"/>
                <w:vertAlign w:val="superscript"/>
              </w:rPr>
              <w:t>c</w:t>
            </w:r>
          </w:p>
          <w:p w14:paraId="18E6C31B" w14:textId="77777777" w:rsidR="00794935" w:rsidRPr="005675DC" w:rsidRDefault="00794935" w:rsidP="00794935">
            <w:pPr>
              <w:widowControl w:val="0"/>
              <w:autoSpaceDE w:val="0"/>
              <w:autoSpaceDN w:val="0"/>
              <w:spacing w:after="0" w:line="255" w:lineRule="exact"/>
              <w:ind w:left="119"/>
              <w:rPr>
                <w:rFonts w:cs="Times New Roman"/>
              </w:rPr>
            </w:pPr>
            <w:r w:rsidRPr="005675DC">
              <w:rPr>
                <w:rFonts w:cs="Times New Roman"/>
                <w:spacing w:val="-2"/>
              </w:rPr>
              <w:t>(0.58)</w:t>
            </w:r>
          </w:p>
        </w:tc>
        <w:tc>
          <w:tcPr>
            <w:tcW w:w="816" w:type="dxa"/>
          </w:tcPr>
          <w:p w14:paraId="67D7ADBC" w14:textId="77777777" w:rsidR="00794935" w:rsidRPr="005675DC" w:rsidRDefault="00794935" w:rsidP="00794935">
            <w:pPr>
              <w:widowControl w:val="0"/>
              <w:autoSpaceDE w:val="0"/>
              <w:autoSpaceDN w:val="0"/>
              <w:spacing w:after="0" w:line="275" w:lineRule="exact"/>
              <w:ind w:left="127"/>
              <w:rPr>
                <w:rFonts w:cs="Times New Roman"/>
              </w:rPr>
            </w:pPr>
            <w:r w:rsidRPr="005675DC">
              <w:rPr>
                <w:rFonts w:cs="Times New Roman"/>
              </w:rPr>
              <w:t xml:space="preserve">0.11 </w:t>
            </w:r>
            <w:r w:rsidRPr="005675DC">
              <w:rPr>
                <w:rFonts w:cs="Times New Roman"/>
                <w:spacing w:val="-10"/>
                <w:vertAlign w:val="superscript"/>
              </w:rPr>
              <w:t>b</w:t>
            </w:r>
          </w:p>
          <w:p w14:paraId="5830F7B6" w14:textId="77777777" w:rsidR="00794935" w:rsidRPr="005675DC" w:rsidRDefault="00794935" w:rsidP="00794935">
            <w:pPr>
              <w:widowControl w:val="0"/>
              <w:autoSpaceDE w:val="0"/>
              <w:autoSpaceDN w:val="0"/>
              <w:spacing w:after="0" w:line="255" w:lineRule="exact"/>
              <w:ind w:left="115"/>
              <w:rPr>
                <w:rFonts w:cs="Times New Roman"/>
              </w:rPr>
            </w:pPr>
            <w:r w:rsidRPr="005675DC">
              <w:rPr>
                <w:rFonts w:cs="Times New Roman"/>
                <w:spacing w:val="-2"/>
              </w:rPr>
              <w:t>(0.33)</w:t>
            </w:r>
          </w:p>
        </w:tc>
        <w:tc>
          <w:tcPr>
            <w:tcW w:w="824" w:type="dxa"/>
          </w:tcPr>
          <w:p w14:paraId="699BE8F7" w14:textId="77777777" w:rsidR="00794935" w:rsidRPr="005675DC" w:rsidRDefault="00794935" w:rsidP="00794935">
            <w:pPr>
              <w:widowControl w:val="0"/>
              <w:autoSpaceDE w:val="0"/>
              <w:autoSpaceDN w:val="0"/>
              <w:spacing w:after="0" w:line="275" w:lineRule="exact"/>
              <w:ind w:left="135"/>
              <w:rPr>
                <w:rFonts w:cs="Times New Roman"/>
              </w:rPr>
            </w:pPr>
            <w:r w:rsidRPr="005675DC">
              <w:rPr>
                <w:rFonts w:cs="Times New Roman"/>
              </w:rPr>
              <w:t xml:space="preserve">0.10 </w:t>
            </w:r>
            <w:r w:rsidRPr="005675DC">
              <w:rPr>
                <w:rFonts w:cs="Times New Roman"/>
                <w:spacing w:val="-10"/>
                <w:vertAlign w:val="superscript"/>
              </w:rPr>
              <w:t>b</w:t>
            </w:r>
          </w:p>
          <w:p w14:paraId="1D45427F" w14:textId="77777777" w:rsidR="00794935" w:rsidRPr="005675DC" w:rsidRDefault="00794935" w:rsidP="00794935">
            <w:pPr>
              <w:widowControl w:val="0"/>
              <w:autoSpaceDE w:val="0"/>
              <w:autoSpaceDN w:val="0"/>
              <w:spacing w:after="0" w:line="255" w:lineRule="exact"/>
              <w:ind w:left="123"/>
              <w:rPr>
                <w:rFonts w:cs="Times New Roman"/>
              </w:rPr>
            </w:pPr>
            <w:r w:rsidRPr="005675DC">
              <w:rPr>
                <w:rFonts w:cs="Times New Roman"/>
                <w:spacing w:val="-2"/>
              </w:rPr>
              <w:t>(0.31)</w:t>
            </w:r>
          </w:p>
        </w:tc>
        <w:tc>
          <w:tcPr>
            <w:tcW w:w="880" w:type="dxa"/>
          </w:tcPr>
          <w:p w14:paraId="0514B1CC" w14:textId="77777777" w:rsidR="00794935" w:rsidRPr="005675DC" w:rsidRDefault="00794935" w:rsidP="00794935">
            <w:pPr>
              <w:widowControl w:val="0"/>
              <w:autoSpaceDE w:val="0"/>
              <w:autoSpaceDN w:val="0"/>
              <w:spacing w:after="0" w:line="275" w:lineRule="exact"/>
              <w:ind w:left="160"/>
              <w:rPr>
                <w:rFonts w:cs="Times New Roman"/>
                <w:b/>
              </w:rPr>
            </w:pPr>
            <w:r w:rsidRPr="005675DC">
              <w:rPr>
                <w:rFonts w:cs="Times New Roman"/>
                <w:b/>
              </w:rPr>
              <w:t xml:space="preserve">0.24 </w:t>
            </w:r>
            <w:r w:rsidRPr="005675DC">
              <w:rPr>
                <w:rFonts w:cs="Times New Roman"/>
                <w:b/>
                <w:spacing w:val="-10"/>
                <w:vertAlign w:val="superscript"/>
              </w:rPr>
              <w:t>b</w:t>
            </w:r>
          </w:p>
          <w:p w14:paraId="05F5804E" w14:textId="77777777" w:rsidR="00794935" w:rsidRPr="005675DC" w:rsidRDefault="00794935" w:rsidP="00794935">
            <w:pPr>
              <w:widowControl w:val="0"/>
              <w:autoSpaceDE w:val="0"/>
              <w:autoSpaceDN w:val="0"/>
              <w:spacing w:after="0" w:line="255" w:lineRule="exact"/>
              <w:ind w:left="151"/>
              <w:rPr>
                <w:rFonts w:cs="Times New Roman"/>
                <w:b/>
              </w:rPr>
            </w:pPr>
            <w:r w:rsidRPr="005675DC">
              <w:rPr>
                <w:rFonts w:cs="Times New Roman"/>
                <w:b/>
                <w:spacing w:val="-2"/>
              </w:rPr>
              <w:t>(0.51)</w:t>
            </w:r>
          </w:p>
        </w:tc>
      </w:tr>
      <w:tr w:rsidR="00794935" w:rsidRPr="005675DC" w14:paraId="5DB1AB49" w14:textId="77777777" w:rsidTr="00685DD7">
        <w:trPr>
          <w:trHeight w:val="277"/>
        </w:trPr>
        <w:tc>
          <w:tcPr>
            <w:tcW w:w="2573" w:type="dxa"/>
          </w:tcPr>
          <w:p w14:paraId="01AA7554" w14:textId="77777777" w:rsidR="00794935" w:rsidRPr="005675DC" w:rsidRDefault="00794935" w:rsidP="00794935">
            <w:pPr>
              <w:widowControl w:val="0"/>
              <w:autoSpaceDE w:val="0"/>
              <w:autoSpaceDN w:val="0"/>
              <w:spacing w:before="3" w:after="0" w:line="255" w:lineRule="exact"/>
              <w:ind w:left="890"/>
              <w:rPr>
                <w:rFonts w:cs="Times New Roman"/>
              </w:rPr>
            </w:pPr>
            <w:r w:rsidRPr="005675DC">
              <w:rPr>
                <w:rFonts w:cs="Times New Roman"/>
              </w:rPr>
              <w:t>S.</w:t>
            </w:r>
            <w:r w:rsidRPr="005675DC">
              <w:rPr>
                <w:rFonts w:cs="Times New Roman"/>
                <w:spacing w:val="-1"/>
              </w:rPr>
              <w:t xml:space="preserve"> </w:t>
            </w:r>
            <w:r w:rsidRPr="005675DC">
              <w:rPr>
                <w:rFonts w:cs="Times New Roman"/>
              </w:rPr>
              <w:t xml:space="preserve">Em </w:t>
            </w:r>
            <w:r w:rsidRPr="005675DC">
              <w:rPr>
                <w:rFonts w:cs="Times New Roman"/>
                <w:spacing w:val="-10"/>
              </w:rPr>
              <w:t>±</w:t>
            </w:r>
          </w:p>
        </w:tc>
        <w:tc>
          <w:tcPr>
            <w:tcW w:w="820" w:type="dxa"/>
          </w:tcPr>
          <w:p w14:paraId="0363D70F" w14:textId="77777777" w:rsidR="00794935" w:rsidRPr="005675DC" w:rsidRDefault="00794935" w:rsidP="00794935">
            <w:pPr>
              <w:widowControl w:val="0"/>
              <w:autoSpaceDE w:val="0"/>
              <w:autoSpaceDN w:val="0"/>
              <w:spacing w:before="3" w:after="0" w:line="255" w:lineRule="exact"/>
              <w:ind w:left="11" w:right="11"/>
              <w:jc w:val="center"/>
              <w:rPr>
                <w:rFonts w:cs="Times New Roman"/>
              </w:rPr>
            </w:pPr>
            <w:r w:rsidRPr="005675DC">
              <w:rPr>
                <w:rFonts w:cs="Times New Roman"/>
                <w:spacing w:val="-4"/>
              </w:rPr>
              <w:t>0.01</w:t>
            </w:r>
          </w:p>
        </w:tc>
        <w:tc>
          <w:tcPr>
            <w:tcW w:w="820" w:type="dxa"/>
          </w:tcPr>
          <w:p w14:paraId="283E0F21" w14:textId="77777777" w:rsidR="00794935" w:rsidRPr="005675DC" w:rsidRDefault="00794935" w:rsidP="00794935">
            <w:pPr>
              <w:widowControl w:val="0"/>
              <w:autoSpaceDE w:val="0"/>
              <w:autoSpaceDN w:val="0"/>
              <w:spacing w:before="3" w:after="0" w:line="255" w:lineRule="exact"/>
              <w:ind w:left="11" w:right="11"/>
              <w:jc w:val="center"/>
              <w:rPr>
                <w:rFonts w:cs="Times New Roman"/>
              </w:rPr>
            </w:pPr>
            <w:r w:rsidRPr="005675DC">
              <w:rPr>
                <w:rFonts w:cs="Times New Roman"/>
                <w:spacing w:val="-4"/>
              </w:rPr>
              <w:t>0.02</w:t>
            </w:r>
          </w:p>
        </w:tc>
        <w:tc>
          <w:tcPr>
            <w:tcW w:w="816" w:type="dxa"/>
          </w:tcPr>
          <w:p w14:paraId="6FD723B1" w14:textId="77777777" w:rsidR="00794935" w:rsidRPr="005675DC" w:rsidRDefault="00794935" w:rsidP="00794935">
            <w:pPr>
              <w:widowControl w:val="0"/>
              <w:autoSpaceDE w:val="0"/>
              <w:autoSpaceDN w:val="0"/>
              <w:spacing w:before="3" w:after="0" w:line="255" w:lineRule="exact"/>
              <w:ind w:left="9" w:right="4"/>
              <w:jc w:val="center"/>
              <w:rPr>
                <w:rFonts w:cs="Times New Roman"/>
              </w:rPr>
            </w:pPr>
            <w:r w:rsidRPr="005675DC">
              <w:rPr>
                <w:rFonts w:cs="Times New Roman"/>
                <w:spacing w:val="-4"/>
              </w:rPr>
              <w:t>0.03</w:t>
            </w:r>
          </w:p>
        </w:tc>
        <w:tc>
          <w:tcPr>
            <w:tcW w:w="821" w:type="dxa"/>
          </w:tcPr>
          <w:p w14:paraId="2B812F88" w14:textId="77777777" w:rsidR="00794935" w:rsidRPr="005675DC" w:rsidRDefault="00794935" w:rsidP="00794935">
            <w:pPr>
              <w:widowControl w:val="0"/>
              <w:autoSpaceDE w:val="0"/>
              <w:autoSpaceDN w:val="0"/>
              <w:spacing w:before="3" w:after="0" w:line="255" w:lineRule="exact"/>
              <w:ind w:left="12" w:right="4"/>
              <w:jc w:val="center"/>
              <w:rPr>
                <w:rFonts w:cs="Times New Roman"/>
              </w:rPr>
            </w:pPr>
            <w:r w:rsidRPr="005675DC">
              <w:rPr>
                <w:rFonts w:cs="Times New Roman"/>
                <w:spacing w:val="-4"/>
              </w:rPr>
              <w:t>0.03</w:t>
            </w:r>
          </w:p>
        </w:tc>
        <w:tc>
          <w:tcPr>
            <w:tcW w:w="816" w:type="dxa"/>
          </w:tcPr>
          <w:p w14:paraId="160937C5" w14:textId="77777777" w:rsidR="00794935" w:rsidRPr="005675DC" w:rsidRDefault="00794935" w:rsidP="00794935">
            <w:pPr>
              <w:widowControl w:val="0"/>
              <w:autoSpaceDE w:val="0"/>
              <w:autoSpaceDN w:val="0"/>
              <w:spacing w:before="3" w:after="0" w:line="255" w:lineRule="exact"/>
              <w:ind w:left="9" w:right="5"/>
              <w:jc w:val="center"/>
              <w:rPr>
                <w:rFonts w:cs="Times New Roman"/>
              </w:rPr>
            </w:pPr>
            <w:r w:rsidRPr="005675DC">
              <w:rPr>
                <w:rFonts w:cs="Times New Roman"/>
                <w:spacing w:val="-4"/>
              </w:rPr>
              <w:t>0.03</w:t>
            </w:r>
          </w:p>
        </w:tc>
        <w:tc>
          <w:tcPr>
            <w:tcW w:w="820" w:type="dxa"/>
          </w:tcPr>
          <w:p w14:paraId="7AAD3F5A" w14:textId="77777777" w:rsidR="00794935" w:rsidRPr="005675DC" w:rsidRDefault="00794935" w:rsidP="00794935">
            <w:pPr>
              <w:widowControl w:val="0"/>
              <w:autoSpaceDE w:val="0"/>
              <w:autoSpaceDN w:val="0"/>
              <w:spacing w:before="3" w:after="0" w:line="255" w:lineRule="exact"/>
              <w:ind w:left="11" w:right="4"/>
              <w:jc w:val="center"/>
              <w:rPr>
                <w:rFonts w:cs="Times New Roman"/>
              </w:rPr>
            </w:pPr>
            <w:r w:rsidRPr="005675DC">
              <w:rPr>
                <w:rFonts w:cs="Times New Roman"/>
                <w:spacing w:val="-4"/>
              </w:rPr>
              <w:t>0.03</w:t>
            </w:r>
          </w:p>
        </w:tc>
        <w:tc>
          <w:tcPr>
            <w:tcW w:w="816" w:type="dxa"/>
          </w:tcPr>
          <w:p w14:paraId="63646823" w14:textId="77777777" w:rsidR="00794935" w:rsidRPr="005675DC" w:rsidRDefault="00794935" w:rsidP="00794935">
            <w:pPr>
              <w:widowControl w:val="0"/>
              <w:autoSpaceDE w:val="0"/>
              <w:autoSpaceDN w:val="0"/>
              <w:spacing w:before="3" w:after="0" w:line="255" w:lineRule="exact"/>
              <w:ind w:left="9" w:right="4"/>
              <w:jc w:val="center"/>
              <w:rPr>
                <w:rFonts w:cs="Times New Roman"/>
              </w:rPr>
            </w:pPr>
            <w:r w:rsidRPr="005675DC">
              <w:rPr>
                <w:rFonts w:cs="Times New Roman"/>
                <w:spacing w:val="-4"/>
              </w:rPr>
              <w:t>0.01</w:t>
            </w:r>
          </w:p>
        </w:tc>
        <w:tc>
          <w:tcPr>
            <w:tcW w:w="824" w:type="dxa"/>
          </w:tcPr>
          <w:p w14:paraId="1DFBFE14" w14:textId="77777777" w:rsidR="00794935" w:rsidRPr="005675DC" w:rsidRDefault="00794935" w:rsidP="00794935">
            <w:pPr>
              <w:widowControl w:val="0"/>
              <w:autoSpaceDE w:val="0"/>
              <w:autoSpaceDN w:val="0"/>
              <w:spacing w:before="3" w:after="0" w:line="255" w:lineRule="exact"/>
              <w:ind w:left="13"/>
              <w:jc w:val="center"/>
              <w:rPr>
                <w:rFonts w:cs="Times New Roman"/>
              </w:rPr>
            </w:pPr>
            <w:r w:rsidRPr="005675DC">
              <w:rPr>
                <w:rFonts w:cs="Times New Roman"/>
                <w:spacing w:val="-4"/>
              </w:rPr>
              <w:t>0.01</w:t>
            </w:r>
          </w:p>
        </w:tc>
        <w:tc>
          <w:tcPr>
            <w:tcW w:w="880" w:type="dxa"/>
          </w:tcPr>
          <w:p w14:paraId="674F064D" w14:textId="77777777" w:rsidR="00794935" w:rsidRPr="005675DC" w:rsidRDefault="00794935" w:rsidP="00794935">
            <w:pPr>
              <w:widowControl w:val="0"/>
              <w:autoSpaceDE w:val="0"/>
              <w:autoSpaceDN w:val="0"/>
              <w:spacing w:before="3" w:after="0" w:line="255" w:lineRule="exact"/>
              <w:ind w:left="13"/>
              <w:jc w:val="center"/>
              <w:rPr>
                <w:rFonts w:cs="Times New Roman"/>
                <w:b/>
              </w:rPr>
            </w:pPr>
            <w:r w:rsidRPr="005675DC">
              <w:rPr>
                <w:rFonts w:cs="Times New Roman"/>
                <w:b/>
                <w:spacing w:val="-4"/>
              </w:rPr>
              <w:t>0.02</w:t>
            </w:r>
          </w:p>
        </w:tc>
      </w:tr>
      <w:tr w:rsidR="00794935" w:rsidRPr="005675DC" w14:paraId="488BDC2C" w14:textId="77777777" w:rsidTr="00685DD7">
        <w:trPr>
          <w:trHeight w:val="273"/>
        </w:trPr>
        <w:tc>
          <w:tcPr>
            <w:tcW w:w="2573" w:type="dxa"/>
          </w:tcPr>
          <w:p w14:paraId="0404FE44" w14:textId="77777777" w:rsidR="00794935" w:rsidRPr="005675DC" w:rsidRDefault="00794935" w:rsidP="00794935">
            <w:pPr>
              <w:widowControl w:val="0"/>
              <w:autoSpaceDE w:val="0"/>
              <w:autoSpaceDN w:val="0"/>
              <w:spacing w:after="0" w:line="254" w:lineRule="exact"/>
              <w:ind w:left="747"/>
              <w:rPr>
                <w:rFonts w:cs="Times New Roman"/>
              </w:rPr>
            </w:pPr>
            <w:r w:rsidRPr="005675DC">
              <w:rPr>
                <w:rFonts w:cs="Times New Roman"/>
              </w:rPr>
              <w:t>C.D.</w:t>
            </w:r>
            <w:r w:rsidRPr="005675DC">
              <w:rPr>
                <w:rFonts w:cs="Times New Roman"/>
                <w:spacing w:val="-1"/>
              </w:rPr>
              <w:t xml:space="preserve"> </w:t>
            </w:r>
            <w:r w:rsidRPr="005675DC">
              <w:rPr>
                <w:rFonts w:cs="Times New Roman"/>
              </w:rPr>
              <w:t xml:space="preserve">at </w:t>
            </w:r>
            <w:r w:rsidRPr="005675DC">
              <w:rPr>
                <w:rFonts w:cs="Times New Roman"/>
                <w:spacing w:val="-5"/>
              </w:rPr>
              <w:t>5%</w:t>
            </w:r>
          </w:p>
        </w:tc>
        <w:tc>
          <w:tcPr>
            <w:tcW w:w="820" w:type="dxa"/>
          </w:tcPr>
          <w:p w14:paraId="4E9B3C03" w14:textId="77777777" w:rsidR="00794935" w:rsidRPr="005675DC" w:rsidRDefault="00794935" w:rsidP="00794935">
            <w:pPr>
              <w:widowControl w:val="0"/>
              <w:autoSpaceDE w:val="0"/>
              <w:autoSpaceDN w:val="0"/>
              <w:spacing w:after="0" w:line="254" w:lineRule="exact"/>
              <w:ind w:left="11" w:right="11"/>
              <w:jc w:val="center"/>
              <w:rPr>
                <w:rFonts w:cs="Times New Roman"/>
              </w:rPr>
            </w:pPr>
            <w:r w:rsidRPr="005675DC">
              <w:rPr>
                <w:rFonts w:cs="Times New Roman"/>
                <w:spacing w:val="-4"/>
              </w:rPr>
              <w:t>0.05</w:t>
            </w:r>
          </w:p>
        </w:tc>
        <w:tc>
          <w:tcPr>
            <w:tcW w:w="820" w:type="dxa"/>
          </w:tcPr>
          <w:p w14:paraId="345A199B" w14:textId="77777777" w:rsidR="00794935" w:rsidRPr="005675DC" w:rsidRDefault="00794935" w:rsidP="00794935">
            <w:pPr>
              <w:widowControl w:val="0"/>
              <w:autoSpaceDE w:val="0"/>
              <w:autoSpaceDN w:val="0"/>
              <w:spacing w:after="0" w:line="254" w:lineRule="exact"/>
              <w:ind w:left="11" w:right="11"/>
              <w:jc w:val="center"/>
              <w:rPr>
                <w:rFonts w:cs="Times New Roman"/>
              </w:rPr>
            </w:pPr>
            <w:r w:rsidRPr="005675DC">
              <w:rPr>
                <w:rFonts w:cs="Times New Roman"/>
                <w:spacing w:val="-4"/>
              </w:rPr>
              <w:t>0.06</w:t>
            </w:r>
          </w:p>
        </w:tc>
        <w:tc>
          <w:tcPr>
            <w:tcW w:w="816" w:type="dxa"/>
          </w:tcPr>
          <w:p w14:paraId="7F9512F7" w14:textId="77777777" w:rsidR="00794935" w:rsidRPr="005675DC" w:rsidRDefault="00794935" w:rsidP="00794935">
            <w:pPr>
              <w:widowControl w:val="0"/>
              <w:autoSpaceDE w:val="0"/>
              <w:autoSpaceDN w:val="0"/>
              <w:spacing w:after="0" w:line="254" w:lineRule="exact"/>
              <w:ind w:left="9" w:right="4"/>
              <w:jc w:val="center"/>
              <w:rPr>
                <w:rFonts w:cs="Times New Roman"/>
              </w:rPr>
            </w:pPr>
            <w:r w:rsidRPr="005675DC">
              <w:rPr>
                <w:rFonts w:cs="Times New Roman"/>
                <w:spacing w:val="-4"/>
              </w:rPr>
              <w:t>0.09</w:t>
            </w:r>
          </w:p>
        </w:tc>
        <w:tc>
          <w:tcPr>
            <w:tcW w:w="821" w:type="dxa"/>
          </w:tcPr>
          <w:p w14:paraId="15058EC3" w14:textId="77777777" w:rsidR="00794935" w:rsidRPr="005675DC" w:rsidRDefault="00794935" w:rsidP="00794935">
            <w:pPr>
              <w:widowControl w:val="0"/>
              <w:autoSpaceDE w:val="0"/>
              <w:autoSpaceDN w:val="0"/>
              <w:spacing w:after="0" w:line="254" w:lineRule="exact"/>
              <w:ind w:left="12" w:right="4"/>
              <w:jc w:val="center"/>
              <w:rPr>
                <w:rFonts w:cs="Times New Roman"/>
              </w:rPr>
            </w:pPr>
            <w:r w:rsidRPr="005675DC">
              <w:rPr>
                <w:rFonts w:cs="Times New Roman"/>
                <w:spacing w:val="-4"/>
              </w:rPr>
              <w:t>0.10</w:t>
            </w:r>
          </w:p>
        </w:tc>
        <w:tc>
          <w:tcPr>
            <w:tcW w:w="816" w:type="dxa"/>
          </w:tcPr>
          <w:p w14:paraId="11427A3A" w14:textId="77777777" w:rsidR="00794935" w:rsidRPr="005675DC" w:rsidRDefault="00794935" w:rsidP="00794935">
            <w:pPr>
              <w:widowControl w:val="0"/>
              <w:autoSpaceDE w:val="0"/>
              <w:autoSpaceDN w:val="0"/>
              <w:spacing w:after="0" w:line="254" w:lineRule="exact"/>
              <w:ind w:left="9" w:right="5"/>
              <w:jc w:val="center"/>
              <w:rPr>
                <w:rFonts w:cs="Times New Roman"/>
              </w:rPr>
            </w:pPr>
            <w:r w:rsidRPr="005675DC">
              <w:rPr>
                <w:rFonts w:cs="Times New Roman"/>
                <w:spacing w:val="-4"/>
              </w:rPr>
              <w:t>0.10</w:t>
            </w:r>
          </w:p>
        </w:tc>
        <w:tc>
          <w:tcPr>
            <w:tcW w:w="820" w:type="dxa"/>
          </w:tcPr>
          <w:p w14:paraId="3E57BD11" w14:textId="77777777" w:rsidR="00794935" w:rsidRPr="005675DC" w:rsidRDefault="00794935" w:rsidP="00794935">
            <w:pPr>
              <w:widowControl w:val="0"/>
              <w:autoSpaceDE w:val="0"/>
              <w:autoSpaceDN w:val="0"/>
              <w:spacing w:after="0" w:line="254" w:lineRule="exact"/>
              <w:ind w:left="11" w:right="4"/>
              <w:jc w:val="center"/>
              <w:rPr>
                <w:rFonts w:cs="Times New Roman"/>
              </w:rPr>
            </w:pPr>
            <w:r w:rsidRPr="005675DC">
              <w:rPr>
                <w:rFonts w:cs="Times New Roman"/>
                <w:spacing w:val="-4"/>
              </w:rPr>
              <w:t>0.11</w:t>
            </w:r>
          </w:p>
        </w:tc>
        <w:tc>
          <w:tcPr>
            <w:tcW w:w="816" w:type="dxa"/>
          </w:tcPr>
          <w:p w14:paraId="46FCFF48" w14:textId="77777777" w:rsidR="00794935" w:rsidRPr="005675DC" w:rsidRDefault="00794935" w:rsidP="00794935">
            <w:pPr>
              <w:widowControl w:val="0"/>
              <w:autoSpaceDE w:val="0"/>
              <w:autoSpaceDN w:val="0"/>
              <w:spacing w:after="0" w:line="254" w:lineRule="exact"/>
              <w:ind w:left="9" w:right="4"/>
              <w:jc w:val="center"/>
              <w:rPr>
                <w:rFonts w:cs="Times New Roman"/>
              </w:rPr>
            </w:pPr>
            <w:r w:rsidRPr="005675DC">
              <w:rPr>
                <w:rFonts w:cs="Times New Roman"/>
                <w:spacing w:val="-4"/>
              </w:rPr>
              <w:t>0.05</w:t>
            </w:r>
          </w:p>
        </w:tc>
        <w:tc>
          <w:tcPr>
            <w:tcW w:w="824" w:type="dxa"/>
          </w:tcPr>
          <w:p w14:paraId="72DA3948" w14:textId="77777777" w:rsidR="00794935" w:rsidRPr="005675DC" w:rsidRDefault="00794935" w:rsidP="00794935">
            <w:pPr>
              <w:widowControl w:val="0"/>
              <w:autoSpaceDE w:val="0"/>
              <w:autoSpaceDN w:val="0"/>
              <w:spacing w:after="0" w:line="254" w:lineRule="exact"/>
              <w:ind w:left="13"/>
              <w:jc w:val="center"/>
              <w:rPr>
                <w:rFonts w:cs="Times New Roman"/>
              </w:rPr>
            </w:pPr>
            <w:r w:rsidRPr="005675DC">
              <w:rPr>
                <w:rFonts w:cs="Times New Roman"/>
                <w:spacing w:val="-4"/>
              </w:rPr>
              <w:t>0.04</w:t>
            </w:r>
          </w:p>
        </w:tc>
        <w:tc>
          <w:tcPr>
            <w:tcW w:w="880" w:type="dxa"/>
          </w:tcPr>
          <w:p w14:paraId="38D46DFA" w14:textId="77777777" w:rsidR="00794935" w:rsidRPr="005675DC" w:rsidRDefault="00794935" w:rsidP="00794935">
            <w:pPr>
              <w:widowControl w:val="0"/>
              <w:autoSpaceDE w:val="0"/>
              <w:autoSpaceDN w:val="0"/>
              <w:spacing w:after="0" w:line="254" w:lineRule="exact"/>
              <w:ind w:left="13"/>
              <w:jc w:val="center"/>
              <w:rPr>
                <w:rFonts w:cs="Times New Roman"/>
                <w:b/>
              </w:rPr>
            </w:pPr>
            <w:r w:rsidRPr="005675DC">
              <w:rPr>
                <w:rFonts w:cs="Times New Roman"/>
                <w:b/>
                <w:spacing w:val="-4"/>
              </w:rPr>
              <w:t>0.07</w:t>
            </w:r>
          </w:p>
        </w:tc>
      </w:tr>
    </w:tbl>
    <w:p w14:paraId="388A6159" w14:textId="77777777" w:rsidR="00794935" w:rsidRPr="005675DC" w:rsidRDefault="00794935" w:rsidP="00794935">
      <w:pPr>
        <w:widowControl w:val="0"/>
        <w:autoSpaceDE w:val="0"/>
        <w:autoSpaceDN w:val="0"/>
        <w:spacing w:before="6" w:after="0" w:line="275" w:lineRule="exact"/>
        <w:ind w:left="700"/>
        <w:rPr>
          <w:rFonts w:cs="Times New Roman"/>
        </w:rPr>
      </w:pPr>
      <w:r w:rsidRPr="005675DC">
        <w:rPr>
          <w:rFonts w:cs="Times New Roman"/>
          <w:sz w:val="22"/>
        </w:rPr>
        <w:t>DAS;</w:t>
      </w:r>
      <w:r w:rsidRPr="005675DC">
        <w:rPr>
          <w:rFonts w:cs="Times New Roman"/>
          <w:spacing w:val="-3"/>
          <w:sz w:val="22"/>
        </w:rPr>
        <w:t xml:space="preserve"> </w:t>
      </w:r>
      <w:r w:rsidRPr="005675DC">
        <w:rPr>
          <w:rFonts w:cs="Times New Roman"/>
          <w:sz w:val="22"/>
        </w:rPr>
        <w:t>Days</w:t>
      </w:r>
      <w:r w:rsidRPr="005675DC">
        <w:rPr>
          <w:rFonts w:cs="Times New Roman"/>
          <w:spacing w:val="-3"/>
          <w:sz w:val="22"/>
        </w:rPr>
        <w:t xml:space="preserve"> </w:t>
      </w:r>
      <w:r w:rsidRPr="005675DC">
        <w:rPr>
          <w:rFonts w:cs="Times New Roman"/>
          <w:sz w:val="22"/>
        </w:rPr>
        <w:t>After</w:t>
      </w:r>
      <w:r w:rsidRPr="005675DC">
        <w:rPr>
          <w:rFonts w:cs="Times New Roman"/>
          <w:spacing w:val="-3"/>
          <w:sz w:val="22"/>
        </w:rPr>
        <w:t xml:space="preserve"> </w:t>
      </w:r>
      <w:r w:rsidRPr="005675DC">
        <w:rPr>
          <w:rFonts w:cs="Times New Roman"/>
          <w:sz w:val="22"/>
        </w:rPr>
        <w:t xml:space="preserve">Sowing, </w:t>
      </w:r>
      <w:r w:rsidRPr="005675DC">
        <w:rPr>
          <w:rFonts w:cs="Times New Roman"/>
        </w:rPr>
        <w:t>S.</w:t>
      </w:r>
      <w:r w:rsidRPr="005675DC">
        <w:rPr>
          <w:rFonts w:cs="Times New Roman"/>
          <w:spacing w:val="-2"/>
        </w:rPr>
        <w:t xml:space="preserve"> </w:t>
      </w:r>
      <w:r w:rsidRPr="005675DC">
        <w:rPr>
          <w:rFonts w:cs="Times New Roman"/>
        </w:rPr>
        <w:t>Em</w:t>
      </w:r>
      <w:r w:rsidRPr="005675DC">
        <w:rPr>
          <w:rFonts w:cs="Times New Roman"/>
          <w:spacing w:val="-2"/>
        </w:rPr>
        <w:t xml:space="preserve"> </w:t>
      </w:r>
      <w:r w:rsidRPr="005675DC">
        <w:rPr>
          <w:rFonts w:cs="Times New Roman"/>
        </w:rPr>
        <w:t>±; Standard</w:t>
      </w:r>
      <w:r w:rsidRPr="005675DC">
        <w:rPr>
          <w:rFonts w:cs="Times New Roman"/>
          <w:spacing w:val="-2"/>
        </w:rPr>
        <w:t xml:space="preserve"> </w:t>
      </w:r>
      <w:r w:rsidRPr="005675DC">
        <w:rPr>
          <w:rFonts w:cs="Times New Roman"/>
        </w:rPr>
        <w:t>Error</w:t>
      </w:r>
      <w:r w:rsidRPr="005675DC">
        <w:rPr>
          <w:rFonts w:cs="Times New Roman"/>
          <w:spacing w:val="-2"/>
        </w:rPr>
        <w:t xml:space="preserve"> </w:t>
      </w:r>
      <w:r w:rsidRPr="005675DC">
        <w:rPr>
          <w:rFonts w:cs="Times New Roman"/>
        </w:rPr>
        <w:t>Mean,</w:t>
      </w:r>
      <w:r w:rsidRPr="005675DC">
        <w:rPr>
          <w:rFonts w:cs="Times New Roman"/>
          <w:spacing w:val="-2"/>
        </w:rPr>
        <w:t xml:space="preserve"> </w:t>
      </w:r>
      <w:r w:rsidRPr="005675DC">
        <w:rPr>
          <w:rFonts w:cs="Times New Roman"/>
        </w:rPr>
        <w:t>CD;</w:t>
      </w:r>
      <w:r w:rsidRPr="005675DC">
        <w:rPr>
          <w:rFonts w:cs="Times New Roman"/>
          <w:spacing w:val="-2"/>
        </w:rPr>
        <w:t xml:space="preserve"> </w:t>
      </w:r>
      <w:r w:rsidRPr="005675DC">
        <w:rPr>
          <w:rFonts w:cs="Times New Roman"/>
        </w:rPr>
        <w:t>Critical</w:t>
      </w:r>
      <w:r w:rsidRPr="005675DC">
        <w:rPr>
          <w:rFonts w:cs="Times New Roman"/>
          <w:spacing w:val="-1"/>
        </w:rPr>
        <w:t xml:space="preserve"> </w:t>
      </w:r>
      <w:r w:rsidRPr="005675DC">
        <w:rPr>
          <w:rFonts w:cs="Times New Roman"/>
          <w:spacing w:val="-2"/>
        </w:rPr>
        <w:t>Difference</w:t>
      </w:r>
    </w:p>
    <w:p w14:paraId="2FC5533F" w14:textId="77777777" w:rsidR="00794935" w:rsidRPr="005675DC" w:rsidRDefault="00794935" w:rsidP="00794935">
      <w:pPr>
        <w:widowControl w:val="0"/>
        <w:autoSpaceDE w:val="0"/>
        <w:autoSpaceDN w:val="0"/>
        <w:spacing w:after="0" w:line="252" w:lineRule="exact"/>
        <w:ind w:left="720"/>
        <w:rPr>
          <w:rFonts w:cs="Times New Roman"/>
          <w:sz w:val="22"/>
        </w:rPr>
      </w:pPr>
      <w:r w:rsidRPr="005675DC">
        <w:rPr>
          <w:rFonts w:cs="Times New Roman"/>
          <w:sz w:val="22"/>
        </w:rPr>
        <w:t>Figures</w:t>
      </w:r>
      <w:r w:rsidRPr="005675DC">
        <w:rPr>
          <w:rFonts w:cs="Times New Roman"/>
          <w:spacing w:val="-8"/>
          <w:sz w:val="22"/>
        </w:rPr>
        <w:t xml:space="preserve"> </w:t>
      </w:r>
      <w:r w:rsidRPr="005675DC">
        <w:rPr>
          <w:rFonts w:cs="Times New Roman"/>
          <w:sz w:val="22"/>
        </w:rPr>
        <w:t>in</w:t>
      </w:r>
      <w:r w:rsidRPr="005675DC">
        <w:rPr>
          <w:rFonts w:cs="Times New Roman"/>
          <w:spacing w:val="-2"/>
          <w:sz w:val="22"/>
        </w:rPr>
        <w:t xml:space="preserve"> </w:t>
      </w:r>
      <w:r w:rsidRPr="005675DC">
        <w:rPr>
          <w:rFonts w:cs="Times New Roman"/>
          <w:sz w:val="22"/>
        </w:rPr>
        <w:t>parenthesis</w:t>
      </w:r>
      <w:r w:rsidRPr="005675DC">
        <w:rPr>
          <w:rFonts w:cs="Times New Roman"/>
          <w:spacing w:val="-6"/>
          <w:sz w:val="22"/>
        </w:rPr>
        <w:t xml:space="preserve"> </w:t>
      </w:r>
      <w:r w:rsidRPr="005675DC">
        <w:rPr>
          <w:rFonts w:cs="Times New Roman"/>
          <w:sz w:val="22"/>
        </w:rPr>
        <w:t>indicate</w:t>
      </w:r>
      <w:r w:rsidRPr="005675DC">
        <w:rPr>
          <w:rFonts w:cs="Times New Roman"/>
          <w:spacing w:val="-5"/>
          <w:sz w:val="22"/>
        </w:rPr>
        <w:t xml:space="preserve"> </w:t>
      </w:r>
      <w:r w:rsidRPr="005675DC">
        <w:rPr>
          <w:rFonts w:cs="Times New Roman"/>
          <w:sz w:val="22"/>
        </w:rPr>
        <w:t>square</w:t>
      </w:r>
      <w:r w:rsidRPr="005675DC">
        <w:rPr>
          <w:rFonts w:cs="Times New Roman"/>
          <w:spacing w:val="-6"/>
          <w:sz w:val="22"/>
        </w:rPr>
        <w:t xml:space="preserve"> </w:t>
      </w:r>
      <w:r w:rsidRPr="005675DC">
        <w:rPr>
          <w:rFonts w:cs="Times New Roman"/>
          <w:sz w:val="22"/>
        </w:rPr>
        <w:t>root</w:t>
      </w:r>
      <w:r w:rsidRPr="005675DC">
        <w:rPr>
          <w:rFonts w:cs="Times New Roman"/>
          <w:spacing w:val="1"/>
          <w:sz w:val="22"/>
        </w:rPr>
        <w:t xml:space="preserve"> </w:t>
      </w:r>
      <w:r w:rsidRPr="005675DC">
        <w:rPr>
          <w:rFonts w:cs="Times New Roman"/>
          <w:sz w:val="22"/>
        </w:rPr>
        <w:t>√(x+0.5)</w:t>
      </w:r>
      <w:r w:rsidRPr="005675DC">
        <w:rPr>
          <w:rFonts w:cs="Times New Roman"/>
          <w:spacing w:val="-6"/>
          <w:sz w:val="22"/>
        </w:rPr>
        <w:t xml:space="preserve"> </w:t>
      </w:r>
      <w:r w:rsidRPr="005675DC">
        <w:rPr>
          <w:rFonts w:cs="Times New Roman"/>
          <w:sz w:val="22"/>
        </w:rPr>
        <w:t>transformed</w:t>
      </w:r>
      <w:r w:rsidRPr="005675DC">
        <w:rPr>
          <w:rFonts w:cs="Times New Roman"/>
          <w:spacing w:val="-2"/>
          <w:sz w:val="22"/>
        </w:rPr>
        <w:t xml:space="preserve"> values</w:t>
      </w:r>
    </w:p>
    <w:p w14:paraId="40176F67" w14:textId="77777777" w:rsidR="00794935" w:rsidRPr="005675DC" w:rsidRDefault="00794935" w:rsidP="00794935">
      <w:pPr>
        <w:widowControl w:val="0"/>
        <w:autoSpaceDE w:val="0"/>
        <w:autoSpaceDN w:val="0"/>
        <w:spacing w:after="0" w:line="252" w:lineRule="exact"/>
        <w:ind w:left="720"/>
        <w:rPr>
          <w:rFonts w:cs="Times New Roman"/>
          <w:sz w:val="22"/>
        </w:rPr>
      </w:pPr>
      <w:r w:rsidRPr="005675DC">
        <w:rPr>
          <w:rFonts w:cs="Times New Roman"/>
          <w:sz w:val="22"/>
        </w:rPr>
        <w:t>In</w:t>
      </w:r>
      <w:r w:rsidRPr="005675DC">
        <w:rPr>
          <w:rFonts w:cs="Times New Roman"/>
          <w:spacing w:val="-1"/>
          <w:sz w:val="22"/>
        </w:rPr>
        <w:t xml:space="preserve"> </w:t>
      </w:r>
      <w:r w:rsidRPr="005675DC">
        <w:rPr>
          <w:rFonts w:cs="Times New Roman"/>
          <w:sz w:val="22"/>
        </w:rPr>
        <w:t>a</w:t>
      </w:r>
      <w:r w:rsidRPr="005675DC">
        <w:rPr>
          <w:rFonts w:cs="Times New Roman"/>
          <w:spacing w:val="-3"/>
          <w:sz w:val="22"/>
        </w:rPr>
        <w:t xml:space="preserve"> </w:t>
      </w:r>
      <w:r w:rsidRPr="005675DC">
        <w:rPr>
          <w:rFonts w:cs="Times New Roman"/>
          <w:sz w:val="22"/>
        </w:rPr>
        <w:t>column,</w:t>
      </w:r>
      <w:r w:rsidRPr="005675DC">
        <w:rPr>
          <w:rFonts w:cs="Times New Roman"/>
          <w:spacing w:val="-2"/>
          <w:sz w:val="22"/>
        </w:rPr>
        <w:t xml:space="preserve"> </w:t>
      </w:r>
      <w:r w:rsidRPr="005675DC">
        <w:rPr>
          <w:rFonts w:cs="Times New Roman"/>
          <w:sz w:val="22"/>
        </w:rPr>
        <w:t>means</w:t>
      </w:r>
      <w:r w:rsidRPr="005675DC">
        <w:rPr>
          <w:rFonts w:cs="Times New Roman"/>
          <w:spacing w:val="-3"/>
          <w:sz w:val="22"/>
        </w:rPr>
        <w:t xml:space="preserve"> </w:t>
      </w:r>
      <w:r w:rsidRPr="005675DC">
        <w:rPr>
          <w:rFonts w:cs="Times New Roman"/>
          <w:sz w:val="22"/>
        </w:rPr>
        <w:t>followed</w:t>
      </w:r>
      <w:r w:rsidRPr="005675DC">
        <w:rPr>
          <w:rFonts w:cs="Times New Roman"/>
          <w:spacing w:val="-5"/>
          <w:sz w:val="22"/>
        </w:rPr>
        <w:t xml:space="preserve"> </w:t>
      </w:r>
      <w:r w:rsidRPr="005675DC">
        <w:rPr>
          <w:rFonts w:cs="Times New Roman"/>
          <w:sz w:val="22"/>
        </w:rPr>
        <w:t>by</w:t>
      </w:r>
      <w:r w:rsidRPr="005675DC">
        <w:rPr>
          <w:rFonts w:cs="Times New Roman"/>
          <w:spacing w:val="-4"/>
          <w:sz w:val="22"/>
        </w:rPr>
        <w:t xml:space="preserve"> </w:t>
      </w:r>
      <w:r w:rsidRPr="005675DC">
        <w:rPr>
          <w:rFonts w:cs="Times New Roman"/>
          <w:sz w:val="22"/>
        </w:rPr>
        <w:t>same</w:t>
      </w:r>
      <w:r w:rsidRPr="005675DC">
        <w:rPr>
          <w:rFonts w:cs="Times New Roman"/>
          <w:spacing w:val="-3"/>
          <w:sz w:val="22"/>
        </w:rPr>
        <w:t xml:space="preserve"> </w:t>
      </w:r>
      <w:r w:rsidRPr="005675DC">
        <w:rPr>
          <w:rFonts w:cs="Times New Roman"/>
          <w:sz w:val="22"/>
        </w:rPr>
        <w:t>alphabet</w:t>
      </w:r>
      <w:r w:rsidRPr="005675DC">
        <w:rPr>
          <w:rFonts w:cs="Times New Roman"/>
          <w:spacing w:val="-4"/>
          <w:sz w:val="22"/>
        </w:rPr>
        <w:t xml:space="preserve"> </w:t>
      </w:r>
      <w:r w:rsidRPr="005675DC">
        <w:rPr>
          <w:rFonts w:cs="Times New Roman"/>
          <w:sz w:val="22"/>
        </w:rPr>
        <w:t>do</w:t>
      </w:r>
      <w:r w:rsidRPr="005675DC">
        <w:rPr>
          <w:rFonts w:cs="Times New Roman"/>
          <w:spacing w:val="-4"/>
          <w:sz w:val="22"/>
        </w:rPr>
        <w:t xml:space="preserve"> </w:t>
      </w:r>
      <w:r w:rsidRPr="005675DC">
        <w:rPr>
          <w:rFonts w:cs="Times New Roman"/>
          <w:sz w:val="22"/>
        </w:rPr>
        <w:t>not</w:t>
      </w:r>
      <w:r w:rsidRPr="005675DC">
        <w:rPr>
          <w:rFonts w:cs="Times New Roman"/>
          <w:spacing w:val="-7"/>
          <w:sz w:val="22"/>
        </w:rPr>
        <w:t xml:space="preserve"> </w:t>
      </w:r>
      <w:r w:rsidRPr="005675DC">
        <w:rPr>
          <w:rFonts w:cs="Times New Roman"/>
          <w:sz w:val="22"/>
        </w:rPr>
        <w:t>differ</w:t>
      </w:r>
      <w:r w:rsidRPr="005675DC">
        <w:rPr>
          <w:rFonts w:cs="Times New Roman"/>
          <w:spacing w:val="-3"/>
          <w:sz w:val="22"/>
        </w:rPr>
        <w:t xml:space="preserve"> </w:t>
      </w:r>
      <w:r w:rsidRPr="005675DC">
        <w:rPr>
          <w:rFonts w:cs="Times New Roman"/>
          <w:sz w:val="22"/>
        </w:rPr>
        <w:t>significantly</w:t>
      </w:r>
      <w:r w:rsidRPr="005675DC">
        <w:rPr>
          <w:rFonts w:cs="Times New Roman"/>
          <w:spacing w:val="-1"/>
          <w:sz w:val="22"/>
        </w:rPr>
        <w:t xml:space="preserve"> </w:t>
      </w:r>
      <w:r w:rsidRPr="005675DC">
        <w:rPr>
          <w:rFonts w:cs="Times New Roman"/>
          <w:sz w:val="22"/>
        </w:rPr>
        <w:t>(P=0.05)</w:t>
      </w:r>
      <w:r w:rsidRPr="005675DC">
        <w:rPr>
          <w:rFonts w:cs="Times New Roman"/>
          <w:spacing w:val="-7"/>
          <w:sz w:val="22"/>
        </w:rPr>
        <w:t xml:space="preserve"> </w:t>
      </w:r>
      <w:r w:rsidRPr="005675DC">
        <w:rPr>
          <w:rFonts w:cs="Times New Roman"/>
          <w:sz w:val="22"/>
        </w:rPr>
        <w:t>by</w:t>
      </w:r>
      <w:r w:rsidRPr="005675DC">
        <w:rPr>
          <w:rFonts w:cs="Times New Roman"/>
          <w:spacing w:val="-4"/>
          <w:sz w:val="22"/>
        </w:rPr>
        <w:t xml:space="preserve"> DMRT</w:t>
      </w:r>
    </w:p>
    <w:p w14:paraId="5E19A240" w14:textId="77777777" w:rsidR="00794935" w:rsidRPr="005675DC" w:rsidRDefault="00794935" w:rsidP="00794935">
      <w:pPr>
        <w:widowControl w:val="0"/>
        <w:autoSpaceDE w:val="0"/>
        <w:autoSpaceDN w:val="0"/>
        <w:spacing w:after="0" w:line="252" w:lineRule="exact"/>
        <w:rPr>
          <w:rFonts w:cs="Times New Roman"/>
          <w:sz w:val="22"/>
        </w:rPr>
        <w:sectPr w:rsidR="00794935" w:rsidRPr="005675DC" w:rsidSect="00794935">
          <w:pgSz w:w="12240" w:h="15840"/>
          <w:pgMar w:top="1360" w:right="360" w:bottom="280" w:left="720" w:header="44" w:footer="0" w:gutter="0"/>
          <w:cols w:space="720"/>
        </w:sectPr>
      </w:pPr>
    </w:p>
    <w:p w14:paraId="1872574E" w14:textId="77777777" w:rsidR="00794935" w:rsidRPr="005675DC" w:rsidRDefault="00794935" w:rsidP="00794935">
      <w:pPr>
        <w:widowControl w:val="0"/>
        <w:autoSpaceDE w:val="0"/>
        <w:autoSpaceDN w:val="0"/>
        <w:spacing w:before="260" w:after="0" w:line="240" w:lineRule="auto"/>
        <w:rPr>
          <w:rFonts w:cs="Times New Roman"/>
          <w:szCs w:val="24"/>
        </w:rPr>
      </w:pPr>
    </w:p>
    <w:p w14:paraId="758C0DF2" w14:textId="77777777" w:rsidR="00794935" w:rsidRPr="005675DC" w:rsidRDefault="00794935" w:rsidP="00794935">
      <w:pPr>
        <w:widowControl w:val="0"/>
        <w:autoSpaceDE w:val="0"/>
        <w:autoSpaceDN w:val="0"/>
        <w:spacing w:after="0" w:line="240" w:lineRule="auto"/>
        <w:ind w:left="436"/>
        <w:outlineLvl w:val="2"/>
        <w:rPr>
          <w:rFonts w:cs="Times New Roman"/>
          <w:b/>
          <w:bCs/>
          <w:szCs w:val="24"/>
        </w:rPr>
      </w:pPr>
      <w:r w:rsidRPr="005675DC">
        <w:rPr>
          <w:rFonts w:cs="Times New Roman"/>
          <w:b/>
          <w:bCs/>
          <w:szCs w:val="24"/>
        </w:rPr>
        <w:t>Table</w:t>
      </w:r>
      <w:r w:rsidRPr="005675DC">
        <w:rPr>
          <w:rFonts w:cs="Times New Roman"/>
          <w:b/>
          <w:bCs/>
          <w:spacing w:val="-2"/>
          <w:szCs w:val="24"/>
        </w:rPr>
        <w:t xml:space="preserve"> </w:t>
      </w:r>
      <w:r w:rsidRPr="005675DC">
        <w:rPr>
          <w:rFonts w:cs="Times New Roman"/>
          <w:b/>
          <w:bCs/>
          <w:szCs w:val="24"/>
        </w:rPr>
        <w:t>4:</w:t>
      </w:r>
      <w:r w:rsidRPr="005675DC">
        <w:rPr>
          <w:rFonts w:cs="Times New Roman"/>
          <w:b/>
          <w:bCs/>
          <w:spacing w:val="-3"/>
          <w:szCs w:val="24"/>
        </w:rPr>
        <w:t xml:space="preserve"> </w:t>
      </w:r>
      <w:r w:rsidRPr="005675DC">
        <w:rPr>
          <w:rFonts w:cs="Times New Roman"/>
          <w:b/>
          <w:bCs/>
          <w:szCs w:val="24"/>
        </w:rPr>
        <w:t>To</w:t>
      </w:r>
      <w:r w:rsidRPr="005675DC">
        <w:rPr>
          <w:rFonts w:cs="Times New Roman"/>
          <w:b/>
          <w:bCs/>
          <w:spacing w:val="-2"/>
          <w:szCs w:val="24"/>
        </w:rPr>
        <w:t xml:space="preserve"> </w:t>
      </w:r>
      <w:r w:rsidRPr="005675DC">
        <w:rPr>
          <w:rFonts w:cs="Times New Roman"/>
          <w:b/>
          <w:bCs/>
          <w:szCs w:val="24"/>
        </w:rPr>
        <w:t>evaluate</w:t>
      </w:r>
      <w:r w:rsidRPr="005675DC">
        <w:rPr>
          <w:rFonts w:cs="Times New Roman"/>
          <w:b/>
          <w:bCs/>
          <w:spacing w:val="-1"/>
          <w:szCs w:val="24"/>
        </w:rPr>
        <w:t xml:space="preserve"> </w:t>
      </w:r>
      <w:r w:rsidRPr="005675DC">
        <w:rPr>
          <w:rFonts w:cs="Times New Roman"/>
          <w:b/>
          <w:bCs/>
          <w:szCs w:val="24"/>
        </w:rPr>
        <w:t>habitat</w:t>
      </w:r>
      <w:r w:rsidRPr="005675DC">
        <w:rPr>
          <w:rFonts w:cs="Times New Roman"/>
          <w:b/>
          <w:bCs/>
          <w:spacing w:val="-2"/>
          <w:szCs w:val="24"/>
        </w:rPr>
        <w:t xml:space="preserve"> </w:t>
      </w:r>
      <w:r w:rsidRPr="005675DC">
        <w:rPr>
          <w:rFonts w:cs="Times New Roman"/>
          <w:b/>
          <w:bCs/>
          <w:szCs w:val="24"/>
        </w:rPr>
        <w:t>manipulation</w:t>
      </w:r>
      <w:r w:rsidRPr="005675DC">
        <w:rPr>
          <w:rFonts w:cs="Times New Roman"/>
          <w:b/>
          <w:bCs/>
          <w:spacing w:val="-2"/>
          <w:szCs w:val="24"/>
        </w:rPr>
        <w:t xml:space="preserve"> </w:t>
      </w:r>
      <w:r w:rsidRPr="005675DC">
        <w:rPr>
          <w:rFonts w:cs="Times New Roman"/>
          <w:b/>
          <w:bCs/>
          <w:szCs w:val="24"/>
        </w:rPr>
        <w:t>based</w:t>
      </w:r>
      <w:r w:rsidRPr="005675DC">
        <w:rPr>
          <w:rFonts w:cs="Times New Roman"/>
          <w:b/>
          <w:bCs/>
          <w:spacing w:val="-4"/>
          <w:szCs w:val="24"/>
        </w:rPr>
        <w:t xml:space="preserve"> </w:t>
      </w:r>
      <w:r w:rsidRPr="005675DC">
        <w:rPr>
          <w:rFonts w:cs="Times New Roman"/>
          <w:b/>
          <w:bCs/>
          <w:szCs w:val="24"/>
        </w:rPr>
        <w:t>modules</w:t>
      </w:r>
      <w:r w:rsidRPr="005675DC">
        <w:rPr>
          <w:rFonts w:cs="Times New Roman"/>
          <w:b/>
          <w:bCs/>
          <w:spacing w:val="-3"/>
          <w:szCs w:val="24"/>
        </w:rPr>
        <w:t xml:space="preserve"> </w:t>
      </w:r>
      <w:r w:rsidRPr="005675DC">
        <w:rPr>
          <w:rFonts w:cs="Times New Roman"/>
          <w:b/>
          <w:bCs/>
          <w:szCs w:val="24"/>
        </w:rPr>
        <w:t>against</w:t>
      </w:r>
      <w:r w:rsidRPr="005675DC">
        <w:rPr>
          <w:rFonts w:cs="Times New Roman"/>
          <w:b/>
          <w:bCs/>
          <w:spacing w:val="-1"/>
          <w:szCs w:val="24"/>
        </w:rPr>
        <w:t xml:space="preserve"> </w:t>
      </w:r>
      <w:r w:rsidRPr="005675DC">
        <w:rPr>
          <w:rFonts w:cs="Times New Roman"/>
          <w:b/>
          <w:bCs/>
          <w:szCs w:val="24"/>
        </w:rPr>
        <w:t>syrphids</w:t>
      </w:r>
      <w:r w:rsidRPr="005675DC">
        <w:rPr>
          <w:rFonts w:cs="Times New Roman"/>
          <w:b/>
          <w:bCs/>
          <w:spacing w:val="-4"/>
          <w:szCs w:val="24"/>
        </w:rPr>
        <w:t xml:space="preserve"> </w:t>
      </w:r>
      <w:r w:rsidRPr="005675DC">
        <w:rPr>
          <w:rFonts w:cs="Times New Roman"/>
          <w:b/>
          <w:bCs/>
          <w:szCs w:val="24"/>
        </w:rPr>
        <w:t>in</w:t>
      </w:r>
      <w:r w:rsidRPr="005675DC">
        <w:rPr>
          <w:rFonts w:cs="Times New Roman"/>
          <w:b/>
          <w:bCs/>
          <w:spacing w:val="-4"/>
          <w:szCs w:val="24"/>
        </w:rPr>
        <w:t xml:space="preserve"> okra</w:t>
      </w:r>
    </w:p>
    <w:p w14:paraId="18FFE91D" w14:textId="77777777" w:rsidR="00794935" w:rsidRPr="005675DC" w:rsidRDefault="00794935" w:rsidP="00794935">
      <w:pPr>
        <w:widowControl w:val="0"/>
        <w:autoSpaceDE w:val="0"/>
        <w:autoSpaceDN w:val="0"/>
        <w:spacing w:before="11" w:after="0" w:line="240" w:lineRule="auto"/>
        <w:rPr>
          <w:rFonts w:cs="Times New Roman"/>
          <w:b/>
          <w:sz w:val="15"/>
          <w:szCs w:val="24"/>
        </w:r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8"/>
        <w:gridCol w:w="848"/>
        <w:gridCol w:w="845"/>
        <w:gridCol w:w="721"/>
        <w:gridCol w:w="847"/>
        <w:gridCol w:w="847"/>
        <w:gridCol w:w="731"/>
        <w:gridCol w:w="847"/>
        <w:gridCol w:w="847"/>
        <w:gridCol w:w="908"/>
      </w:tblGrid>
      <w:tr w:rsidR="00794935" w:rsidRPr="005675DC" w14:paraId="25F789C3" w14:textId="77777777" w:rsidTr="00685DD7">
        <w:trPr>
          <w:trHeight w:val="274"/>
        </w:trPr>
        <w:tc>
          <w:tcPr>
            <w:tcW w:w="2608" w:type="dxa"/>
          </w:tcPr>
          <w:p w14:paraId="2C9EBC1A" w14:textId="77777777" w:rsidR="00794935" w:rsidRPr="005675DC" w:rsidRDefault="00794935" w:rsidP="00794935">
            <w:pPr>
              <w:widowControl w:val="0"/>
              <w:autoSpaceDE w:val="0"/>
              <w:autoSpaceDN w:val="0"/>
              <w:spacing w:after="0" w:line="254" w:lineRule="exact"/>
              <w:ind w:left="691"/>
              <w:rPr>
                <w:rFonts w:cs="Times New Roman"/>
                <w:b/>
              </w:rPr>
            </w:pPr>
            <w:r w:rsidRPr="005675DC">
              <w:rPr>
                <w:rFonts w:cs="Times New Roman"/>
                <w:b/>
                <w:spacing w:val="-2"/>
              </w:rPr>
              <w:t>Treatments</w:t>
            </w:r>
          </w:p>
        </w:tc>
        <w:tc>
          <w:tcPr>
            <w:tcW w:w="6533" w:type="dxa"/>
            <w:gridSpan w:val="8"/>
          </w:tcPr>
          <w:p w14:paraId="60A2FE9F" w14:textId="77777777" w:rsidR="00794935" w:rsidRPr="005675DC" w:rsidRDefault="00794935" w:rsidP="00794935">
            <w:pPr>
              <w:widowControl w:val="0"/>
              <w:autoSpaceDE w:val="0"/>
              <w:autoSpaceDN w:val="0"/>
              <w:spacing w:after="0" w:line="254" w:lineRule="exact"/>
              <w:ind w:left="1932"/>
              <w:rPr>
                <w:rFonts w:cs="Times New Roman"/>
                <w:b/>
              </w:rPr>
            </w:pPr>
            <w:r w:rsidRPr="005675DC">
              <w:rPr>
                <w:rFonts w:cs="Times New Roman"/>
                <w:b/>
              </w:rPr>
              <w:t>Number</w:t>
            </w:r>
            <w:r w:rsidRPr="005675DC">
              <w:rPr>
                <w:rFonts w:cs="Times New Roman"/>
                <w:b/>
                <w:spacing w:val="-2"/>
              </w:rPr>
              <w:t xml:space="preserve"> </w:t>
            </w:r>
            <w:r w:rsidRPr="005675DC">
              <w:rPr>
                <w:rFonts w:cs="Times New Roman"/>
                <w:b/>
              </w:rPr>
              <w:t>of</w:t>
            </w:r>
            <w:r w:rsidRPr="005675DC">
              <w:rPr>
                <w:rFonts w:cs="Times New Roman"/>
                <w:b/>
                <w:spacing w:val="-2"/>
              </w:rPr>
              <w:t xml:space="preserve"> syrphids/plant</w:t>
            </w:r>
          </w:p>
        </w:tc>
        <w:tc>
          <w:tcPr>
            <w:tcW w:w="908" w:type="dxa"/>
            <w:vMerge w:val="restart"/>
          </w:tcPr>
          <w:p w14:paraId="680EF70C" w14:textId="77777777" w:rsidR="00794935" w:rsidRPr="005675DC" w:rsidRDefault="00794935" w:rsidP="00794935">
            <w:pPr>
              <w:widowControl w:val="0"/>
              <w:autoSpaceDE w:val="0"/>
              <w:autoSpaceDN w:val="0"/>
              <w:spacing w:before="6" w:after="0" w:line="240" w:lineRule="auto"/>
              <w:rPr>
                <w:rFonts w:cs="Times New Roman"/>
                <w:b/>
              </w:rPr>
            </w:pPr>
          </w:p>
          <w:p w14:paraId="212866AC" w14:textId="77777777" w:rsidR="00794935" w:rsidRPr="005675DC" w:rsidRDefault="00794935" w:rsidP="00794935">
            <w:pPr>
              <w:widowControl w:val="0"/>
              <w:autoSpaceDE w:val="0"/>
              <w:autoSpaceDN w:val="0"/>
              <w:spacing w:before="1" w:after="0" w:line="240" w:lineRule="auto"/>
              <w:ind w:left="168"/>
              <w:rPr>
                <w:rFonts w:cs="Times New Roman"/>
                <w:b/>
              </w:rPr>
            </w:pPr>
            <w:r w:rsidRPr="005675DC">
              <w:rPr>
                <w:rFonts w:cs="Times New Roman"/>
                <w:b/>
                <w:spacing w:val="-4"/>
              </w:rPr>
              <w:t>Mean</w:t>
            </w:r>
          </w:p>
        </w:tc>
      </w:tr>
      <w:tr w:rsidR="00794935" w:rsidRPr="005675DC" w14:paraId="78A2BDFB" w14:textId="77777777" w:rsidTr="00685DD7">
        <w:trPr>
          <w:trHeight w:val="554"/>
        </w:trPr>
        <w:tc>
          <w:tcPr>
            <w:tcW w:w="2608" w:type="dxa"/>
          </w:tcPr>
          <w:p w14:paraId="246CB6F0" w14:textId="77777777" w:rsidR="00794935" w:rsidRPr="005675DC" w:rsidRDefault="00794935" w:rsidP="00794935">
            <w:pPr>
              <w:widowControl w:val="0"/>
              <w:autoSpaceDE w:val="0"/>
              <w:autoSpaceDN w:val="0"/>
              <w:spacing w:after="0" w:line="240" w:lineRule="auto"/>
              <w:rPr>
                <w:rFonts w:cs="Times New Roman"/>
                <w:sz w:val="22"/>
              </w:rPr>
            </w:pPr>
          </w:p>
        </w:tc>
        <w:tc>
          <w:tcPr>
            <w:tcW w:w="848" w:type="dxa"/>
          </w:tcPr>
          <w:p w14:paraId="79B2D865" w14:textId="77777777" w:rsidR="00794935" w:rsidRPr="005675DC" w:rsidRDefault="00794935" w:rsidP="00794935">
            <w:pPr>
              <w:widowControl w:val="0"/>
              <w:autoSpaceDE w:val="0"/>
              <w:autoSpaceDN w:val="0"/>
              <w:spacing w:before="3" w:after="0" w:line="240" w:lineRule="auto"/>
              <w:ind w:left="5" w:right="16"/>
              <w:jc w:val="center"/>
              <w:rPr>
                <w:rFonts w:cs="Times New Roman"/>
                <w:b/>
              </w:rPr>
            </w:pPr>
            <w:r w:rsidRPr="005675DC">
              <w:rPr>
                <w:rFonts w:cs="Times New Roman"/>
                <w:b/>
                <w:spacing w:val="-5"/>
              </w:rPr>
              <w:t>30</w:t>
            </w:r>
          </w:p>
          <w:p w14:paraId="5D249845" w14:textId="77777777" w:rsidR="00794935" w:rsidRPr="005675DC" w:rsidRDefault="00794935" w:rsidP="00794935">
            <w:pPr>
              <w:widowControl w:val="0"/>
              <w:autoSpaceDE w:val="0"/>
              <w:autoSpaceDN w:val="0"/>
              <w:spacing w:after="0" w:line="255" w:lineRule="exact"/>
              <w:ind w:left="5" w:right="21"/>
              <w:jc w:val="center"/>
              <w:rPr>
                <w:rFonts w:cs="Times New Roman"/>
                <w:b/>
              </w:rPr>
            </w:pPr>
            <w:r w:rsidRPr="005675DC">
              <w:rPr>
                <w:rFonts w:cs="Times New Roman"/>
                <w:b/>
                <w:spacing w:val="-5"/>
              </w:rPr>
              <w:t>DAS</w:t>
            </w:r>
          </w:p>
        </w:tc>
        <w:tc>
          <w:tcPr>
            <w:tcW w:w="845" w:type="dxa"/>
          </w:tcPr>
          <w:p w14:paraId="5FF27963" w14:textId="77777777" w:rsidR="00794935" w:rsidRPr="005675DC" w:rsidRDefault="00794935" w:rsidP="00794935">
            <w:pPr>
              <w:widowControl w:val="0"/>
              <w:autoSpaceDE w:val="0"/>
              <w:autoSpaceDN w:val="0"/>
              <w:spacing w:before="3" w:after="0" w:line="240" w:lineRule="auto"/>
              <w:ind w:left="9" w:right="4"/>
              <w:jc w:val="center"/>
              <w:rPr>
                <w:rFonts w:cs="Times New Roman"/>
                <w:b/>
              </w:rPr>
            </w:pPr>
            <w:r w:rsidRPr="005675DC">
              <w:rPr>
                <w:rFonts w:cs="Times New Roman"/>
                <w:b/>
                <w:spacing w:val="-5"/>
              </w:rPr>
              <w:t>40</w:t>
            </w:r>
          </w:p>
          <w:p w14:paraId="7427C180" w14:textId="77777777" w:rsidR="00794935" w:rsidRPr="005675DC" w:rsidRDefault="00794935" w:rsidP="00794935">
            <w:pPr>
              <w:widowControl w:val="0"/>
              <w:autoSpaceDE w:val="0"/>
              <w:autoSpaceDN w:val="0"/>
              <w:spacing w:after="0" w:line="255" w:lineRule="exact"/>
              <w:ind w:left="9" w:right="8"/>
              <w:jc w:val="center"/>
              <w:rPr>
                <w:rFonts w:cs="Times New Roman"/>
                <w:b/>
              </w:rPr>
            </w:pPr>
            <w:r w:rsidRPr="005675DC">
              <w:rPr>
                <w:rFonts w:cs="Times New Roman"/>
                <w:b/>
                <w:spacing w:val="-5"/>
              </w:rPr>
              <w:t>DAS</w:t>
            </w:r>
          </w:p>
        </w:tc>
        <w:tc>
          <w:tcPr>
            <w:tcW w:w="721" w:type="dxa"/>
          </w:tcPr>
          <w:p w14:paraId="343732FA" w14:textId="77777777" w:rsidR="00794935" w:rsidRPr="005675DC" w:rsidRDefault="00794935" w:rsidP="00794935">
            <w:pPr>
              <w:widowControl w:val="0"/>
              <w:autoSpaceDE w:val="0"/>
              <w:autoSpaceDN w:val="0"/>
              <w:spacing w:before="3" w:after="0" w:line="240" w:lineRule="auto"/>
              <w:ind w:left="231"/>
              <w:rPr>
                <w:rFonts w:cs="Times New Roman"/>
                <w:b/>
              </w:rPr>
            </w:pPr>
            <w:r w:rsidRPr="005675DC">
              <w:rPr>
                <w:rFonts w:cs="Times New Roman"/>
                <w:b/>
                <w:spacing w:val="-5"/>
              </w:rPr>
              <w:t>50</w:t>
            </w:r>
          </w:p>
          <w:p w14:paraId="44AB74D1" w14:textId="77777777" w:rsidR="00794935" w:rsidRPr="005675DC" w:rsidRDefault="00794935" w:rsidP="00794935">
            <w:pPr>
              <w:widowControl w:val="0"/>
              <w:autoSpaceDE w:val="0"/>
              <w:autoSpaceDN w:val="0"/>
              <w:spacing w:after="0" w:line="255" w:lineRule="exact"/>
              <w:ind w:left="110"/>
              <w:rPr>
                <w:rFonts w:cs="Times New Roman"/>
                <w:b/>
              </w:rPr>
            </w:pPr>
            <w:r w:rsidRPr="005675DC">
              <w:rPr>
                <w:rFonts w:cs="Times New Roman"/>
                <w:b/>
                <w:spacing w:val="-5"/>
              </w:rPr>
              <w:t>DAS</w:t>
            </w:r>
          </w:p>
        </w:tc>
        <w:tc>
          <w:tcPr>
            <w:tcW w:w="847" w:type="dxa"/>
          </w:tcPr>
          <w:p w14:paraId="00AD4128" w14:textId="77777777" w:rsidR="00794935" w:rsidRPr="005675DC" w:rsidRDefault="00794935" w:rsidP="00794935">
            <w:pPr>
              <w:widowControl w:val="0"/>
              <w:autoSpaceDE w:val="0"/>
              <w:autoSpaceDN w:val="0"/>
              <w:spacing w:before="3" w:after="0" w:line="240" w:lineRule="auto"/>
              <w:ind w:left="22" w:right="37"/>
              <w:jc w:val="center"/>
              <w:rPr>
                <w:rFonts w:cs="Times New Roman"/>
                <w:b/>
              </w:rPr>
            </w:pPr>
            <w:r w:rsidRPr="005675DC">
              <w:rPr>
                <w:rFonts w:cs="Times New Roman"/>
                <w:b/>
                <w:spacing w:val="-5"/>
              </w:rPr>
              <w:t>60</w:t>
            </w:r>
          </w:p>
          <w:p w14:paraId="11A95D19" w14:textId="77777777" w:rsidR="00794935" w:rsidRPr="005675DC" w:rsidRDefault="00794935" w:rsidP="00794935">
            <w:pPr>
              <w:widowControl w:val="0"/>
              <w:autoSpaceDE w:val="0"/>
              <w:autoSpaceDN w:val="0"/>
              <w:spacing w:after="0" w:line="255" w:lineRule="exact"/>
              <w:ind w:left="22" w:right="39"/>
              <w:jc w:val="center"/>
              <w:rPr>
                <w:rFonts w:cs="Times New Roman"/>
                <w:b/>
              </w:rPr>
            </w:pPr>
            <w:r w:rsidRPr="005675DC">
              <w:rPr>
                <w:rFonts w:cs="Times New Roman"/>
                <w:b/>
                <w:spacing w:val="-5"/>
              </w:rPr>
              <w:t>DAS</w:t>
            </w:r>
          </w:p>
        </w:tc>
        <w:tc>
          <w:tcPr>
            <w:tcW w:w="847" w:type="dxa"/>
          </w:tcPr>
          <w:p w14:paraId="29653917" w14:textId="77777777" w:rsidR="00794935" w:rsidRPr="005675DC" w:rsidRDefault="00794935" w:rsidP="00794935">
            <w:pPr>
              <w:widowControl w:val="0"/>
              <w:autoSpaceDE w:val="0"/>
              <w:autoSpaceDN w:val="0"/>
              <w:spacing w:before="3" w:after="0" w:line="240" w:lineRule="auto"/>
              <w:ind w:left="22" w:right="33"/>
              <w:jc w:val="center"/>
              <w:rPr>
                <w:rFonts w:cs="Times New Roman"/>
                <w:b/>
              </w:rPr>
            </w:pPr>
            <w:r w:rsidRPr="005675DC">
              <w:rPr>
                <w:rFonts w:cs="Times New Roman"/>
                <w:b/>
                <w:spacing w:val="-5"/>
              </w:rPr>
              <w:t>70</w:t>
            </w:r>
          </w:p>
          <w:p w14:paraId="2B4BDE64" w14:textId="77777777" w:rsidR="00794935" w:rsidRPr="005675DC" w:rsidRDefault="00794935" w:rsidP="00794935">
            <w:pPr>
              <w:widowControl w:val="0"/>
              <w:autoSpaceDE w:val="0"/>
              <w:autoSpaceDN w:val="0"/>
              <w:spacing w:after="0" w:line="255" w:lineRule="exact"/>
              <w:ind w:left="22" w:right="37"/>
              <w:jc w:val="center"/>
              <w:rPr>
                <w:rFonts w:cs="Times New Roman"/>
                <w:b/>
              </w:rPr>
            </w:pPr>
            <w:r w:rsidRPr="005675DC">
              <w:rPr>
                <w:rFonts w:cs="Times New Roman"/>
                <w:b/>
                <w:spacing w:val="-5"/>
              </w:rPr>
              <w:t>DAS</w:t>
            </w:r>
          </w:p>
        </w:tc>
        <w:tc>
          <w:tcPr>
            <w:tcW w:w="731" w:type="dxa"/>
          </w:tcPr>
          <w:p w14:paraId="189F78E9" w14:textId="77777777" w:rsidR="00794935" w:rsidRPr="005675DC" w:rsidRDefault="00794935" w:rsidP="00794935">
            <w:pPr>
              <w:widowControl w:val="0"/>
              <w:autoSpaceDE w:val="0"/>
              <w:autoSpaceDN w:val="0"/>
              <w:spacing w:before="3" w:after="0" w:line="240" w:lineRule="auto"/>
              <w:ind w:left="237"/>
              <w:rPr>
                <w:rFonts w:cs="Times New Roman"/>
                <w:b/>
              </w:rPr>
            </w:pPr>
            <w:r w:rsidRPr="005675DC">
              <w:rPr>
                <w:rFonts w:cs="Times New Roman"/>
                <w:b/>
                <w:spacing w:val="-5"/>
              </w:rPr>
              <w:t>80</w:t>
            </w:r>
          </w:p>
          <w:p w14:paraId="38EE44EB" w14:textId="77777777" w:rsidR="00794935" w:rsidRPr="005675DC" w:rsidRDefault="00794935" w:rsidP="00794935">
            <w:pPr>
              <w:widowControl w:val="0"/>
              <w:autoSpaceDE w:val="0"/>
              <w:autoSpaceDN w:val="0"/>
              <w:spacing w:after="0" w:line="255" w:lineRule="exact"/>
              <w:ind w:left="116"/>
              <w:rPr>
                <w:rFonts w:cs="Times New Roman"/>
                <w:b/>
              </w:rPr>
            </w:pPr>
            <w:r w:rsidRPr="005675DC">
              <w:rPr>
                <w:rFonts w:cs="Times New Roman"/>
                <w:b/>
                <w:spacing w:val="-5"/>
              </w:rPr>
              <w:t>DAS</w:t>
            </w:r>
          </w:p>
        </w:tc>
        <w:tc>
          <w:tcPr>
            <w:tcW w:w="847" w:type="dxa"/>
          </w:tcPr>
          <w:p w14:paraId="27D6CB65" w14:textId="77777777" w:rsidR="00794935" w:rsidRPr="005675DC" w:rsidRDefault="00794935" w:rsidP="00794935">
            <w:pPr>
              <w:widowControl w:val="0"/>
              <w:autoSpaceDE w:val="0"/>
              <w:autoSpaceDN w:val="0"/>
              <w:spacing w:before="3" w:after="0" w:line="240" w:lineRule="auto"/>
              <w:ind w:left="22" w:right="29"/>
              <w:jc w:val="center"/>
              <w:rPr>
                <w:rFonts w:cs="Times New Roman"/>
                <w:b/>
              </w:rPr>
            </w:pPr>
            <w:r w:rsidRPr="005675DC">
              <w:rPr>
                <w:rFonts w:cs="Times New Roman"/>
                <w:b/>
                <w:spacing w:val="-5"/>
              </w:rPr>
              <w:t>90</w:t>
            </w:r>
          </w:p>
          <w:p w14:paraId="76459F94" w14:textId="77777777" w:rsidR="00794935" w:rsidRPr="005675DC" w:rsidRDefault="00794935" w:rsidP="00794935">
            <w:pPr>
              <w:widowControl w:val="0"/>
              <w:autoSpaceDE w:val="0"/>
              <w:autoSpaceDN w:val="0"/>
              <w:spacing w:after="0" w:line="255" w:lineRule="exact"/>
              <w:ind w:left="22" w:right="32"/>
              <w:jc w:val="center"/>
              <w:rPr>
                <w:rFonts w:cs="Times New Roman"/>
                <w:b/>
              </w:rPr>
            </w:pPr>
            <w:r w:rsidRPr="005675DC">
              <w:rPr>
                <w:rFonts w:cs="Times New Roman"/>
                <w:b/>
                <w:spacing w:val="-5"/>
              </w:rPr>
              <w:t>DAS</w:t>
            </w:r>
          </w:p>
        </w:tc>
        <w:tc>
          <w:tcPr>
            <w:tcW w:w="847" w:type="dxa"/>
          </w:tcPr>
          <w:p w14:paraId="6807F251" w14:textId="77777777" w:rsidR="00794935" w:rsidRPr="005675DC" w:rsidRDefault="00794935" w:rsidP="00794935">
            <w:pPr>
              <w:widowControl w:val="0"/>
              <w:autoSpaceDE w:val="0"/>
              <w:autoSpaceDN w:val="0"/>
              <w:spacing w:before="3" w:after="0" w:line="240" w:lineRule="auto"/>
              <w:ind w:left="239"/>
              <w:rPr>
                <w:rFonts w:cs="Times New Roman"/>
                <w:b/>
              </w:rPr>
            </w:pPr>
            <w:r w:rsidRPr="005675DC">
              <w:rPr>
                <w:rFonts w:cs="Times New Roman"/>
                <w:b/>
                <w:spacing w:val="-5"/>
              </w:rPr>
              <w:t>100</w:t>
            </w:r>
          </w:p>
          <w:p w14:paraId="13E7E984" w14:textId="77777777" w:rsidR="00794935" w:rsidRPr="005675DC" w:rsidRDefault="00794935" w:rsidP="00794935">
            <w:pPr>
              <w:widowControl w:val="0"/>
              <w:autoSpaceDE w:val="0"/>
              <w:autoSpaceDN w:val="0"/>
              <w:spacing w:after="0" w:line="255" w:lineRule="exact"/>
              <w:ind w:left="179"/>
              <w:rPr>
                <w:rFonts w:cs="Times New Roman"/>
                <w:b/>
              </w:rPr>
            </w:pPr>
            <w:r w:rsidRPr="005675DC">
              <w:rPr>
                <w:rFonts w:cs="Times New Roman"/>
                <w:b/>
                <w:spacing w:val="-5"/>
              </w:rPr>
              <w:t>DAS</w:t>
            </w:r>
          </w:p>
        </w:tc>
        <w:tc>
          <w:tcPr>
            <w:tcW w:w="908" w:type="dxa"/>
            <w:vMerge/>
            <w:tcBorders>
              <w:top w:val="nil"/>
            </w:tcBorders>
          </w:tcPr>
          <w:p w14:paraId="42F6297F" w14:textId="77777777" w:rsidR="00794935" w:rsidRPr="005675DC" w:rsidRDefault="00794935" w:rsidP="00794935">
            <w:pPr>
              <w:widowControl w:val="0"/>
              <w:autoSpaceDE w:val="0"/>
              <w:autoSpaceDN w:val="0"/>
              <w:spacing w:after="0" w:line="240" w:lineRule="auto"/>
              <w:rPr>
                <w:rFonts w:cs="Times New Roman"/>
                <w:sz w:val="2"/>
                <w:szCs w:val="2"/>
              </w:rPr>
            </w:pPr>
          </w:p>
        </w:tc>
      </w:tr>
      <w:tr w:rsidR="00794935" w:rsidRPr="005675DC" w14:paraId="12F589E0" w14:textId="77777777" w:rsidTr="00685DD7">
        <w:trPr>
          <w:trHeight w:val="826"/>
        </w:trPr>
        <w:tc>
          <w:tcPr>
            <w:tcW w:w="2608" w:type="dxa"/>
          </w:tcPr>
          <w:p w14:paraId="165F4604" w14:textId="77777777" w:rsidR="00794935" w:rsidRPr="005675DC" w:rsidRDefault="00794935" w:rsidP="00794935">
            <w:pPr>
              <w:widowControl w:val="0"/>
              <w:autoSpaceDE w:val="0"/>
              <w:autoSpaceDN w:val="0"/>
              <w:spacing w:before="1" w:after="0" w:line="240" w:lineRule="auto"/>
              <w:ind w:left="427" w:right="114" w:hanging="368"/>
              <w:rPr>
                <w:rFonts w:cs="Times New Roman"/>
              </w:rPr>
            </w:pPr>
            <w:r w:rsidRPr="005675DC">
              <w:rPr>
                <w:rFonts w:cs="Times New Roman"/>
                <w:b/>
                <w:position w:val="1"/>
              </w:rPr>
              <w:t>M</w:t>
            </w:r>
            <w:r w:rsidRPr="005675DC">
              <w:rPr>
                <w:rFonts w:cs="Times New Roman"/>
                <w:b/>
                <w:sz w:val="16"/>
              </w:rPr>
              <w:t>1</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bio-intensive</w:t>
            </w:r>
          </w:p>
          <w:p w14:paraId="600DB66E" w14:textId="77777777" w:rsidR="00794935" w:rsidRPr="005675DC" w:rsidRDefault="00794935" w:rsidP="00794935">
            <w:pPr>
              <w:widowControl w:val="0"/>
              <w:autoSpaceDE w:val="0"/>
              <w:autoSpaceDN w:val="0"/>
              <w:spacing w:after="0" w:line="253" w:lineRule="exact"/>
              <w:ind w:left="427"/>
              <w:rPr>
                <w:rFonts w:cs="Times New Roman"/>
              </w:rPr>
            </w:pPr>
            <w:r w:rsidRPr="005675DC">
              <w:rPr>
                <w:rFonts w:cs="Times New Roman"/>
                <w:spacing w:val="-2"/>
              </w:rPr>
              <w:t>module</w:t>
            </w:r>
          </w:p>
        </w:tc>
        <w:tc>
          <w:tcPr>
            <w:tcW w:w="848" w:type="dxa"/>
          </w:tcPr>
          <w:p w14:paraId="091C95E5" w14:textId="77777777" w:rsidR="00794935" w:rsidRPr="005675DC" w:rsidRDefault="00794935" w:rsidP="00794935">
            <w:pPr>
              <w:widowControl w:val="0"/>
              <w:autoSpaceDE w:val="0"/>
              <w:autoSpaceDN w:val="0"/>
              <w:spacing w:before="139" w:after="0" w:line="240" w:lineRule="auto"/>
              <w:ind w:left="143"/>
              <w:rPr>
                <w:rFonts w:cs="Times New Roman"/>
              </w:rPr>
            </w:pPr>
            <w:r w:rsidRPr="005675DC">
              <w:rPr>
                <w:rFonts w:cs="Times New Roman"/>
              </w:rPr>
              <w:t xml:space="preserve">0.17 </w:t>
            </w:r>
            <w:r w:rsidRPr="005675DC">
              <w:rPr>
                <w:rFonts w:cs="Times New Roman"/>
                <w:spacing w:val="-10"/>
                <w:vertAlign w:val="superscript"/>
              </w:rPr>
              <w:t>a</w:t>
            </w:r>
          </w:p>
          <w:p w14:paraId="28AF364E" w14:textId="77777777" w:rsidR="00794935" w:rsidRPr="005675DC" w:rsidRDefault="00794935" w:rsidP="00794935">
            <w:pPr>
              <w:widowControl w:val="0"/>
              <w:autoSpaceDE w:val="0"/>
              <w:autoSpaceDN w:val="0"/>
              <w:spacing w:after="0" w:line="240" w:lineRule="auto"/>
              <w:ind w:left="131"/>
              <w:rPr>
                <w:rFonts w:cs="Times New Roman"/>
              </w:rPr>
            </w:pPr>
            <w:r w:rsidRPr="005675DC">
              <w:rPr>
                <w:rFonts w:cs="Times New Roman"/>
                <w:spacing w:val="-2"/>
              </w:rPr>
              <w:t>(0.40)</w:t>
            </w:r>
          </w:p>
        </w:tc>
        <w:tc>
          <w:tcPr>
            <w:tcW w:w="845" w:type="dxa"/>
          </w:tcPr>
          <w:p w14:paraId="64C30615" w14:textId="77777777" w:rsidR="00794935" w:rsidRPr="005675DC" w:rsidRDefault="00794935" w:rsidP="00794935">
            <w:pPr>
              <w:widowControl w:val="0"/>
              <w:autoSpaceDE w:val="0"/>
              <w:autoSpaceDN w:val="0"/>
              <w:spacing w:before="139" w:after="0" w:line="240" w:lineRule="auto"/>
              <w:ind w:left="144"/>
              <w:rPr>
                <w:rFonts w:cs="Times New Roman"/>
              </w:rPr>
            </w:pPr>
            <w:r w:rsidRPr="005675DC">
              <w:rPr>
                <w:rFonts w:cs="Times New Roman"/>
              </w:rPr>
              <w:t>0.22</w:t>
            </w:r>
            <w:r w:rsidRPr="005675DC">
              <w:rPr>
                <w:rFonts w:cs="Times New Roman"/>
                <w:spacing w:val="-1"/>
              </w:rPr>
              <w:t xml:space="preserve"> </w:t>
            </w:r>
            <w:r w:rsidRPr="005675DC">
              <w:rPr>
                <w:rFonts w:cs="Times New Roman"/>
                <w:spacing w:val="-10"/>
                <w:vertAlign w:val="superscript"/>
              </w:rPr>
              <w:t>a</w:t>
            </w:r>
          </w:p>
          <w:p w14:paraId="28CD32DD" w14:textId="77777777" w:rsidR="00794935" w:rsidRPr="005675DC" w:rsidRDefault="00794935" w:rsidP="00794935">
            <w:pPr>
              <w:widowControl w:val="0"/>
              <w:autoSpaceDE w:val="0"/>
              <w:autoSpaceDN w:val="0"/>
              <w:spacing w:after="0" w:line="240" w:lineRule="auto"/>
              <w:ind w:left="132"/>
              <w:rPr>
                <w:rFonts w:cs="Times New Roman"/>
              </w:rPr>
            </w:pPr>
            <w:r w:rsidRPr="005675DC">
              <w:rPr>
                <w:rFonts w:cs="Times New Roman"/>
                <w:spacing w:val="-2"/>
              </w:rPr>
              <w:t>(0.46)</w:t>
            </w:r>
          </w:p>
        </w:tc>
        <w:tc>
          <w:tcPr>
            <w:tcW w:w="721" w:type="dxa"/>
          </w:tcPr>
          <w:p w14:paraId="63251CF4" w14:textId="77777777" w:rsidR="00794935" w:rsidRPr="005675DC" w:rsidRDefault="00794935" w:rsidP="00794935">
            <w:pPr>
              <w:widowControl w:val="0"/>
              <w:autoSpaceDE w:val="0"/>
              <w:autoSpaceDN w:val="0"/>
              <w:spacing w:before="139" w:after="0" w:line="240" w:lineRule="auto"/>
              <w:ind w:left="83"/>
              <w:rPr>
                <w:rFonts w:cs="Times New Roman"/>
              </w:rPr>
            </w:pPr>
            <w:r w:rsidRPr="005675DC">
              <w:rPr>
                <w:rFonts w:cs="Times New Roman"/>
              </w:rPr>
              <w:t xml:space="preserve">0.27 </w:t>
            </w:r>
            <w:r w:rsidRPr="005675DC">
              <w:rPr>
                <w:rFonts w:cs="Times New Roman"/>
                <w:spacing w:val="-10"/>
                <w:vertAlign w:val="superscript"/>
              </w:rPr>
              <w:t>a</w:t>
            </w:r>
          </w:p>
          <w:p w14:paraId="21D4A039" w14:textId="77777777" w:rsidR="00794935" w:rsidRPr="005675DC" w:rsidRDefault="00794935" w:rsidP="00794935">
            <w:pPr>
              <w:widowControl w:val="0"/>
              <w:autoSpaceDE w:val="0"/>
              <w:autoSpaceDN w:val="0"/>
              <w:spacing w:after="0" w:line="240" w:lineRule="auto"/>
              <w:ind w:left="67"/>
              <w:rPr>
                <w:rFonts w:cs="Times New Roman"/>
              </w:rPr>
            </w:pPr>
            <w:r w:rsidRPr="005675DC">
              <w:rPr>
                <w:rFonts w:cs="Times New Roman"/>
                <w:spacing w:val="-2"/>
              </w:rPr>
              <w:t>(0.51)</w:t>
            </w:r>
          </w:p>
        </w:tc>
        <w:tc>
          <w:tcPr>
            <w:tcW w:w="847" w:type="dxa"/>
          </w:tcPr>
          <w:p w14:paraId="75136D8A" w14:textId="77777777" w:rsidR="00794935" w:rsidRPr="005675DC" w:rsidRDefault="00794935" w:rsidP="00794935">
            <w:pPr>
              <w:widowControl w:val="0"/>
              <w:autoSpaceDE w:val="0"/>
              <w:autoSpaceDN w:val="0"/>
              <w:spacing w:before="139" w:after="0" w:line="240" w:lineRule="auto"/>
              <w:ind w:left="150"/>
              <w:rPr>
                <w:rFonts w:cs="Times New Roman"/>
              </w:rPr>
            </w:pPr>
            <w:r w:rsidRPr="005675DC">
              <w:rPr>
                <w:rFonts w:cs="Times New Roman"/>
              </w:rPr>
              <w:t xml:space="preserve">0.42 </w:t>
            </w:r>
            <w:r w:rsidRPr="005675DC">
              <w:rPr>
                <w:rFonts w:cs="Times New Roman"/>
                <w:spacing w:val="-10"/>
                <w:vertAlign w:val="superscript"/>
              </w:rPr>
              <w:t>a</w:t>
            </w:r>
          </w:p>
          <w:p w14:paraId="055E483D" w14:textId="77777777" w:rsidR="00794935" w:rsidRPr="005675DC" w:rsidRDefault="00794935" w:rsidP="00794935">
            <w:pPr>
              <w:widowControl w:val="0"/>
              <w:autoSpaceDE w:val="0"/>
              <w:autoSpaceDN w:val="0"/>
              <w:spacing w:after="0" w:line="240" w:lineRule="auto"/>
              <w:ind w:left="134"/>
              <w:rPr>
                <w:rFonts w:cs="Times New Roman"/>
              </w:rPr>
            </w:pPr>
            <w:r w:rsidRPr="005675DC">
              <w:rPr>
                <w:rFonts w:cs="Times New Roman"/>
                <w:spacing w:val="-2"/>
              </w:rPr>
              <w:t>(0.64)</w:t>
            </w:r>
          </w:p>
        </w:tc>
        <w:tc>
          <w:tcPr>
            <w:tcW w:w="847" w:type="dxa"/>
          </w:tcPr>
          <w:p w14:paraId="0D05FE71" w14:textId="77777777" w:rsidR="00794935" w:rsidRPr="005675DC" w:rsidRDefault="00794935" w:rsidP="00794935">
            <w:pPr>
              <w:widowControl w:val="0"/>
              <w:autoSpaceDE w:val="0"/>
              <w:autoSpaceDN w:val="0"/>
              <w:spacing w:before="139" w:after="0" w:line="240" w:lineRule="auto"/>
              <w:ind w:left="147"/>
              <w:rPr>
                <w:rFonts w:cs="Times New Roman"/>
              </w:rPr>
            </w:pPr>
            <w:r w:rsidRPr="005675DC">
              <w:rPr>
                <w:rFonts w:cs="Times New Roman"/>
              </w:rPr>
              <w:t xml:space="preserve">0.73 </w:t>
            </w:r>
            <w:r w:rsidRPr="005675DC">
              <w:rPr>
                <w:rFonts w:cs="Times New Roman"/>
                <w:spacing w:val="-10"/>
                <w:vertAlign w:val="superscript"/>
              </w:rPr>
              <w:t>a</w:t>
            </w:r>
          </w:p>
          <w:p w14:paraId="39FEE3F5" w14:textId="77777777" w:rsidR="00794935" w:rsidRPr="005675DC" w:rsidRDefault="00794935" w:rsidP="00794935">
            <w:pPr>
              <w:widowControl w:val="0"/>
              <w:autoSpaceDE w:val="0"/>
              <w:autoSpaceDN w:val="0"/>
              <w:spacing w:after="0" w:line="240" w:lineRule="auto"/>
              <w:ind w:left="135"/>
              <w:rPr>
                <w:rFonts w:cs="Times New Roman"/>
              </w:rPr>
            </w:pPr>
            <w:r w:rsidRPr="005675DC">
              <w:rPr>
                <w:rFonts w:cs="Times New Roman"/>
                <w:spacing w:val="-2"/>
              </w:rPr>
              <w:t>(0.85)</w:t>
            </w:r>
          </w:p>
        </w:tc>
        <w:tc>
          <w:tcPr>
            <w:tcW w:w="731" w:type="dxa"/>
          </w:tcPr>
          <w:p w14:paraId="027BFC9C" w14:textId="77777777" w:rsidR="00794935" w:rsidRPr="005675DC" w:rsidRDefault="00794935" w:rsidP="00794935">
            <w:pPr>
              <w:widowControl w:val="0"/>
              <w:autoSpaceDE w:val="0"/>
              <w:autoSpaceDN w:val="0"/>
              <w:spacing w:before="139" w:after="0" w:line="240" w:lineRule="auto"/>
              <w:ind w:left="93"/>
              <w:rPr>
                <w:rFonts w:cs="Times New Roman"/>
              </w:rPr>
            </w:pPr>
            <w:r w:rsidRPr="005675DC">
              <w:rPr>
                <w:rFonts w:cs="Times New Roman"/>
              </w:rPr>
              <w:t xml:space="preserve">0.85 </w:t>
            </w:r>
            <w:r w:rsidRPr="005675DC">
              <w:rPr>
                <w:rFonts w:cs="Times New Roman"/>
                <w:spacing w:val="-10"/>
                <w:vertAlign w:val="superscript"/>
              </w:rPr>
              <w:t>a</w:t>
            </w:r>
          </w:p>
          <w:p w14:paraId="69968E8A" w14:textId="77777777" w:rsidR="00794935" w:rsidRPr="005675DC" w:rsidRDefault="00794935" w:rsidP="00794935">
            <w:pPr>
              <w:widowControl w:val="0"/>
              <w:autoSpaceDE w:val="0"/>
              <w:autoSpaceDN w:val="0"/>
              <w:spacing w:after="0" w:line="240" w:lineRule="auto"/>
              <w:ind w:left="77"/>
              <w:rPr>
                <w:rFonts w:cs="Times New Roman"/>
              </w:rPr>
            </w:pPr>
            <w:r w:rsidRPr="005675DC">
              <w:rPr>
                <w:rFonts w:cs="Times New Roman"/>
                <w:spacing w:val="-2"/>
              </w:rPr>
              <w:t>(0.91)</w:t>
            </w:r>
          </w:p>
        </w:tc>
        <w:tc>
          <w:tcPr>
            <w:tcW w:w="847" w:type="dxa"/>
          </w:tcPr>
          <w:p w14:paraId="4FE721DF" w14:textId="77777777" w:rsidR="00794935" w:rsidRPr="005675DC" w:rsidRDefault="00794935" w:rsidP="00794935">
            <w:pPr>
              <w:widowControl w:val="0"/>
              <w:autoSpaceDE w:val="0"/>
              <w:autoSpaceDN w:val="0"/>
              <w:spacing w:before="139" w:after="0" w:line="240" w:lineRule="auto"/>
              <w:ind w:left="149"/>
              <w:rPr>
                <w:rFonts w:cs="Times New Roman"/>
              </w:rPr>
            </w:pPr>
            <w:r w:rsidRPr="005675DC">
              <w:rPr>
                <w:rFonts w:cs="Times New Roman"/>
              </w:rPr>
              <w:t xml:space="preserve">0.50 </w:t>
            </w:r>
            <w:r w:rsidRPr="005675DC">
              <w:rPr>
                <w:rFonts w:cs="Times New Roman"/>
                <w:spacing w:val="-10"/>
                <w:vertAlign w:val="superscript"/>
              </w:rPr>
              <w:t>a</w:t>
            </w:r>
          </w:p>
          <w:p w14:paraId="710B3B67" w14:textId="77777777" w:rsidR="00794935" w:rsidRPr="005675DC" w:rsidRDefault="00794935" w:rsidP="00794935">
            <w:pPr>
              <w:widowControl w:val="0"/>
              <w:autoSpaceDE w:val="0"/>
              <w:autoSpaceDN w:val="0"/>
              <w:spacing w:after="0" w:line="240" w:lineRule="auto"/>
              <w:ind w:left="138"/>
              <w:rPr>
                <w:rFonts w:cs="Times New Roman"/>
              </w:rPr>
            </w:pPr>
            <w:r w:rsidRPr="005675DC">
              <w:rPr>
                <w:rFonts w:cs="Times New Roman"/>
                <w:spacing w:val="-2"/>
              </w:rPr>
              <w:t>(0.70)</w:t>
            </w:r>
          </w:p>
        </w:tc>
        <w:tc>
          <w:tcPr>
            <w:tcW w:w="847" w:type="dxa"/>
          </w:tcPr>
          <w:p w14:paraId="56F2E4FD" w14:textId="77777777" w:rsidR="00794935" w:rsidRPr="005675DC" w:rsidRDefault="00794935" w:rsidP="00794935">
            <w:pPr>
              <w:widowControl w:val="0"/>
              <w:autoSpaceDE w:val="0"/>
              <w:autoSpaceDN w:val="0"/>
              <w:spacing w:before="139" w:after="0" w:line="240" w:lineRule="auto"/>
              <w:ind w:left="155"/>
              <w:rPr>
                <w:rFonts w:cs="Times New Roman"/>
              </w:rPr>
            </w:pPr>
            <w:r w:rsidRPr="005675DC">
              <w:rPr>
                <w:rFonts w:cs="Times New Roman"/>
              </w:rPr>
              <w:t xml:space="preserve">0.40 </w:t>
            </w:r>
            <w:r w:rsidRPr="005675DC">
              <w:rPr>
                <w:rFonts w:cs="Times New Roman"/>
                <w:spacing w:val="-10"/>
                <w:vertAlign w:val="superscript"/>
              </w:rPr>
              <w:t>a</w:t>
            </w:r>
          </w:p>
          <w:p w14:paraId="3F47A071" w14:textId="77777777" w:rsidR="00794935" w:rsidRPr="005675DC" w:rsidRDefault="00794935" w:rsidP="00794935">
            <w:pPr>
              <w:widowControl w:val="0"/>
              <w:autoSpaceDE w:val="0"/>
              <w:autoSpaceDN w:val="0"/>
              <w:spacing w:after="0" w:line="240" w:lineRule="auto"/>
              <w:ind w:left="139"/>
              <w:rPr>
                <w:rFonts w:cs="Times New Roman"/>
              </w:rPr>
            </w:pPr>
            <w:r w:rsidRPr="005675DC">
              <w:rPr>
                <w:rFonts w:cs="Times New Roman"/>
                <w:spacing w:val="-2"/>
              </w:rPr>
              <w:t>(0.62)</w:t>
            </w:r>
          </w:p>
        </w:tc>
        <w:tc>
          <w:tcPr>
            <w:tcW w:w="908" w:type="dxa"/>
          </w:tcPr>
          <w:p w14:paraId="39E2E36C" w14:textId="77777777" w:rsidR="00794935" w:rsidRPr="005675DC" w:rsidRDefault="00794935" w:rsidP="00794935">
            <w:pPr>
              <w:widowControl w:val="0"/>
              <w:autoSpaceDE w:val="0"/>
              <w:autoSpaceDN w:val="0"/>
              <w:spacing w:before="139" w:after="0" w:line="240" w:lineRule="auto"/>
              <w:ind w:left="185"/>
              <w:rPr>
                <w:rFonts w:cs="Times New Roman"/>
                <w:b/>
              </w:rPr>
            </w:pPr>
            <w:r w:rsidRPr="005675DC">
              <w:rPr>
                <w:rFonts w:cs="Times New Roman"/>
                <w:b/>
              </w:rPr>
              <w:t>0.45</w:t>
            </w:r>
            <w:r w:rsidRPr="005675DC">
              <w:rPr>
                <w:rFonts w:cs="Times New Roman"/>
                <w:b/>
                <w:spacing w:val="-1"/>
              </w:rPr>
              <w:t xml:space="preserve"> </w:t>
            </w:r>
            <w:r w:rsidRPr="005675DC">
              <w:rPr>
                <w:rFonts w:cs="Times New Roman"/>
                <w:b/>
                <w:spacing w:val="-10"/>
                <w:vertAlign w:val="superscript"/>
              </w:rPr>
              <w:t>a</w:t>
            </w:r>
          </w:p>
          <w:p w14:paraId="503B6DF1" w14:textId="77777777" w:rsidR="00794935" w:rsidRPr="005675DC" w:rsidRDefault="00794935" w:rsidP="00794935">
            <w:pPr>
              <w:widowControl w:val="0"/>
              <w:autoSpaceDE w:val="0"/>
              <w:autoSpaceDN w:val="0"/>
              <w:spacing w:after="0" w:line="240" w:lineRule="auto"/>
              <w:ind w:left="173"/>
              <w:rPr>
                <w:rFonts w:cs="Times New Roman"/>
                <w:b/>
              </w:rPr>
            </w:pPr>
            <w:r w:rsidRPr="005675DC">
              <w:rPr>
                <w:rFonts w:cs="Times New Roman"/>
                <w:b/>
                <w:spacing w:val="-2"/>
              </w:rPr>
              <w:t>(0.66)</w:t>
            </w:r>
          </w:p>
        </w:tc>
      </w:tr>
      <w:tr w:rsidR="00794935" w:rsidRPr="005675DC" w14:paraId="01805364" w14:textId="77777777" w:rsidTr="00685DD7">
        <w:trPr>
          <w:trHeight w:val="830"/>
        </w:trPr>
        <w:tc>
          <w:tcPr>
            <w:tcW w:w="2608" w:type="dxa"/>
          </w:tcPr>
          <w:p w14:paraId="70B70940" w14:textId="77777777" w:rsidR="00794935" w:rsidRPr="005675DC" w:rsidRDefault="00794935" w:rsidP="00794935">
            <w:pPr>
              <w:widowControl w:val="0"/>
              <w:autoSpaceDE w:val="0"/>
              <w:autoSpaceDN w:val="0"/>
              <w:spacing w:before="5" w:after="0" w:line="240" w:lineRule="auto"/>
              <w:ind w:left="427" w:right="114" w:hanging="368"/>
              <w:rPr>
                <w:rFonts w:cs="Times New Roman"/>
              </w:rPr>
            </w:pPr>
            <w:r w:rsidRPr="005675DC">
              <w:rPr>
                <w:rFonts w:cs="Times New Roman"/>
                <w:b/>
                <w:position w:val="1"/>
              </w:rPr>
              <w:t>M</w:t>
            </w:r>
            <w:r w:rsidRPr="005675DC">
              <w:rPr>
                <w:rFonts w:cs="Times New Roman"/>
                <w:b/>
                <w:sz w:val="16"/>
              </w:rPr>
              <w:t>2</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adoptable</w:t>
            </w:r>
          </w:p>
          <w:p w14:paraId="38EAC2E7" w14:textId="77777777" w:rsidR="00794935" w:rsidRPr="005675DC" w:rsidRDefault="00794935" w:rsidP="00794935">
            <w:pPr>
              <w:widowControl w:val="0"/>
              <w:autoSpaceDE w:val="0"/>
              <w:autoSpaceDN w:val="0"/>
              <w:spacing w:after="0" w:line="253" w:lineRule="exact"/>
              <w:ind w:left="427"/>
              <w:rPr>
                <w:rFonts w:cs="Times New Roman"/>
              </w:rPr>
            </w:pPr>
            <w:r w:rsidRPr="005675DC">
              <w:rPr>
                <w:rFonts w:cs="Times New Roman"/>
                <w:spacing w:val="-2"/>
              </w:rPr>
              <w:t>module</w:t>
            </w:r>
          </w:p>
        </w:tc>
        <w:tc>
          <w:tcPr>
            <w:tcW w:w="848" w:type="dxa"/>
          </w:tcPr>
          <w:p w14:paraId="2143EC11" w14:textId="77777777" w:rsidR="00794935" w:rsidRPr="005675DC" w:rsidRDefault="00794935" w:rsidP="00794935">
            <w:pPr>
              <w:widowControl w:val="0"/>
              <w:autoSpaceDE w:val="0"/>
              <w:autoSpaceDN w:val="0"/>
              <w:spacing w:before="139" w:after="0" w:line="240" w:lineRule="auto"/>
              <w:ind w:left="103"/>
              <w:rPr>
                <w:rFonts w:cs="Times New Roman"/>
              </w:rPr>
            </w:pPr>
            <w:r w:rsidRPr="005675DC">
              <w:rPr>
                <w:rFonts w:cs="Times New Roman"/>
              </w:rPr>
              <w:t xml:space="preserve">0.14 </w:t>
            </w:r>
            <w:r w:rsidRPr="005675DC">
              <w:rPr>
                <w:rFonts w:cs="Times New Roman"/>
                <w:spacing w:val="-5"/>
                <w:vertAlign w:val="superscript"/>
              </w:rPr>
              <w:t>ab</w:t>
            </w:r>
          </w:p>
          <w:p w14:paraId="45C3FAFA" w14:textId="77777777" w:rsidR="00794935" w:rsidRPr="005675DC" w:rsidRDefault="00794935" w:rsidP="00794935">
            <w:pPr>
              <w:widowControl w:val="0"/>
              <w:autoSpaceDE w:val="0"/>
              <w:autoSpaceDN w:val="0"/>
              <w:spacing w:after="0" w:line="240" w:lineRule="auto"/>
              <w:ind w:left="131"/>
              <w:rPr>
                <w:rFonts w:cs="Times New Roman"/>
              </w:rPr>
            </w:pPr>
            <w:r w:rsidRPr="005675DC">
              <w:rPr>
                <w:rFonts w:cs="Times New Roman"/>
                <w:spacing w:val="-2"/>
              </w:rPr>
              <w:t>(0.37)</w:t>
            </w:r>
          </w:p>
        </w:tc>
        <w:tc>
          <w:tcPr>
            <w:tcW w:w="845" w:type="dxa"/>
          </w:tcPr>
          <w:p w14:paraId="0A802882" w14:textId="77777777" w:rsidR="00794935" w:rsidRPr="005675DC" w:rsidRDefault="00794935" w:rsidP="00794935">
            <w:pPr>
              <w:widowControl w:val="0"/>
              <w:autoSpaceDE w:val="0"/>
              <w:autoSpaceDN w:val="0"/>
              <w:spacing w:before="139" w:after="0" w:line="240" w:lineRule="auto"/>
              <w:ind w:left="144"/>
              <w:rPr>
                <w:rFonts w:cs="Times New Roman"/>
              </w:rPr>
            </w:pPr>
            <w:r w:rsidRPr="005675DC">
              <w:rPr>
                <w:rFonts w:cs="Times New Roman"/>
              </w:rPr>
              <w:t>0.20</w:t>
            </w:r>
            <w:r w:rsidRPr="005675DC">
              <w:rPr>
                <w:rFonts w:cs="Times New Roman"/>
                <w:spacing w:val="-1"/>
              </w:rPr>
              <w:t xml:space="preserve"> </w:t>
            </w:r>
            <w:r w:rsidRPr="005675DC">
              <w:rPr>
                <w:rFonts w:cs="Times New Roman"/>
                <w:spacing w:val="-10"/>
                <w:vertAlign w:val="superscript"/>
              </w:rPr>
              <w:t>a</w:t>
            </w:r>
          </w:p>
          <w:p w14:paraId="719EB4FA" w14:textId="77777777" w:rsidR="00794935" w:rsidRPr="005675DC" w:rsidRDefault="00794935" w:rsidP="00794935">
            <w:pPr>
              <w:widowControl w:val="0"/>
              <w:autoSpaceDE w:val="0"/>
              <w:autoSpaceDN w:val="0"/>
              <w:spacing w:after="0" w:line="240" w:lineRule="auto"/>
              <w:ind w:left="132"/>
              <w:rPr>
                <w:rFonts w:cs="Times New Roman"/>
              </w:rPr>
            </w:pPr>
            <w:r w:rsidRPr="005675DC">
              <w:rPr>
                <w:rFonts w:cs="Times New Roman"/>
                <w:spacing w:val="-2"/>
              </w:rPr>
              <w:t>(0.44)</w:t>
            </w:r>
          </w:p>
        </w:tc>
        <w:tc>
          <w:tcPr>
            <w:tcW w:w="721" w:type="dxa"/>
          </w:tcPr>
          <w:p w14:paraId="7091CC09" w14:textId="77777777" w:rsidR="00794935" w:rsidRPr="005675DC" w:rsidRDefault="00794935" w:rsidP="00794935">
            <w:pPr>
              <w:widowControl w:val="0"/>
              <w:autoSpaceDE w:val="0"/>
              <w:autoSpaceDN w:val="0"/>
              <w:spacing w:before="3" w:after="0" w:line="267" w:lineRule="exact"/>
              <w:ind w:left="8" w:right="5"/>
              <w:jc w:val="center"/>
              <w:rPr>
                <w:rFonts w:cs="Times New Roman"/>
              </w:rPr>
            </w:pPr>
            <w:r w:rsidRPr="005675DC">
              <w:rPr>
                <w:rFonts w:cs="Times New Roman"/>
                <w:spacing w:val="-4"/>
              </w:rPr>
              <w:t>0.21</w:t>
            </w:r>
          </w:p>
          <w:p w14:paraId="244D60CB" w14:textId="77777777" w:rsidR="00794935" w:rsidRPr="005675DC" w:rsidRDefault="00794935" w:rsidP="00794935">
            <w:pPr>
              <w:widowControl w:val="0"/>
              <w:autoSpaceDE w:val="0"/>
              <w:autoSpaceDN w:val="0"/>
              <w:spacing w:after="0" w:line="175" w:lineRule="exact"/>
              <w:ind w:left="8"/>
              <w:jc w:val="center"/>
              <w:rPr>
                <w:rFonts w:cs="Times New Roman"/>
                <w:sz w:val="16"/>
              </w:rPr>
            </w:pPr>
            <w:r w:rsidRPr="005675DC">
              <w:rPr>
                <w:rFonts w:cs="Times New Roman"/>
                <w:spacing w:val="-5"/>
                <w:sz w:val="16"/>
              </w:rPr>
              <w:t>ab</w:t>
            </w:r>
          </w:p>
          <w:p w14:paraId="47871866" w14:textId="77777777" w:rsidR="00794935" w:rsidRPr="005675DC" w:rsidRDefault="00794935" w:rsidP="00794935">
            <w:pPr>
              <w:widowControl w:val="0"/>
              <w:autoSpaceDE w:val="0"/>
              <w:autoSpaceDN w:val="0"/>
              <w:spacing w:before="109" w:after="0" w:line="255" w:lineRule="exact"/>
              <w:ind w:left="8" w:right="5"/>
              <w:jc w:val="center"/>
              <w:rPr>
                <w:rFonts w:cs="Times New Roman"/>
              </w:rPr>
            </w:pPr>
            <w:r w:rsidRPr="005675DC">
              <w:rPr>
                <w:rFonts w:cs="Times New Roman"/>
                <w:spacing w:val="-2"/>
              </w:rPr>
              <w:t>(0.45)</w:t>
            </w:r>
          </w:p>
        </w:tc>
        <w:tc>
          <w:tcPr>
            <w:tcW w:w="847" w:type="dxa"/>
          </w:tcPr>
          <w:p w14:paraId="24BFD3ED" w14:textId="77777777" w:rsidR="00794935" w:rsidRPr="005675DC" w:rsidRDefault="00794935" w:rsidP="00794935">
            <w:pPr>
              <w:widowControl w:val="0"/>
              <w:autoSpaceDE w:val="0"/>
              <w:autoSpaceDN w:val="0"/>
              <w:spacing w:before="139" w:after="0" w:line="240" w:lineRule="auto"/>
              <w:ind w:left="146"/>
              <w:rPr>
                <w:rFonts w:cs="Times New Roman"/>
              </w:rPr>
            </w:pPr>
            <w:r w:rsidRPr="005675DC">
              <w:rPr>
                <w:rFonts w:cs="Times New Roman"/>
              </w:rPr>
              <w:t xml:space="preserve">0.31 </w:t>
            </w:r>
            <w:r w:rsidRPr="005675DC">
              <w:rPr>
                <w:rFonts w:cs="Times New Roman"/>
                <w:spacing w:val="-10"/>
                <w:vertAlign w:val="superscript"/>
              </w:rPr>
              <w:t>b</w:t>
            </w:r>
          </w:p>
          <w:p w14:paraId="6E3200E3" w14:textId="77777777" w:rsidR="00794935" w:rsidRPr="005675DC" w:rsidRDefault="00794935" w:rsidP="00794935">
            <w:pPr>
              <w:widowControl w:val="0"/>
              <w:autoSpaceDE w:val="0"/>
              <w:autoSpaceDN w:val="0"/>
              <w:spacing w:after="0" w:line="240" w:lineRule="auto"/>
              <w:ind w:left="134"/>
              <w:rPr>
                <w:rFonts w:cs="Times New Roman"/>
              </w:rPr>
            </w:pPr>
            <w:r w:rsidRPr="005675DC">
              <w:rPr>
                <w:rFonts w:cs="Times New Roman"/>
                <w:spacing w:val="-2"/>
              </w:rPr>
              <w:t>(0.55)</w:t>
            </w:r>
          </w:p>
        </w:tc>
        <w:tc>
          <w:tcPr>
            <w:tcW w:w="847" w:type="dxa"/>
          </w:tcPr>
          <w:p w14:paraId="0F5903D9" w14:textId="77777777" w:rsidR="00794935" w:rsidRPr="005675DC" w:rsidRDefault="00794935" w:rsidP="00794935">
            <w:pPr>
              <w:widowControl w:val="0"/>
              <w:autoSpaceDE w:val="0"/>
              <w:autoSpaceDN w:val="0"/>
              <w:spacing w:before="139" w:after="0" w:line="240" w:lineRule="auto"/>
              <w:ind w:left="147"/>
              <w:rPr>
                <w:rFonts w:cs="Times New Roman"/>
              </w:rPr>
            </w:pPr>
            <w:r w:rsidRPr="005675DC">
              <w:rPr>
                <w:rFonts w:cs="Times New Roman"/>
              </w:rPr>
              <w:t xml:space="preserve">0.70 </w:t>
            </w:r>
            <w:r w:rsidRPr="005675DC">
              <w:rPr>
                <w:rFonts w:cs="Times New Roman"/>
                <w:spacing w:val="-10"/>
                <w:vertAlign w:val="superscript"/>
              </w:rPr>
              <w:t>a</w:t>
            </w:r>
          </w:p>
          <w:p w14:paraId="64F54737" w14:textId="77777777" w:rsidR="00794935" w:rsidRPr="005675DC" w:rsidRDefault="00794935" w:rsidP="00794935">
            <w:pPr>
              <w:widowControl w:val="0"/>
              <w:autoSpaceDE w:val="0"/>
              <w:autoSpaceDN w:val="0"/>
              <w:spacing w:after="0" w:line="240" w:lineRule="auto"/>
              <w:ind w:left="135"/>
              <w:rPr>
                <w:rFonts w:cs="Times New Roman"/>
              </w:rPr>
            </w:pPr>
            <w:r w:rsidRPr="005675DC">
              <w:rPr>
                <w:rFonts w:cs="Times New Roman"/>
                <w:spacing w:val="-2"/>
              </w:rPr>
              <w:t>(0.83)</w:t>
            </w:r>
          </w:p>
        </w:tc>
        <w:tc>
          <w:tcPr>
            <w:tcW w:w="731" w:type="dxa"/>
          </w:tcPr>
          <w:p w14:paraId="30B9E957" w14:textId="77777777" w:rsidR="00794935" w:rsidRPr="005675DC" w:rsidRDefault="00794935" w:rsidP="00794935">
            <w:pPr>
              <w:widowControl w:val="0"/>
              <w:autoSpaceDE w:val="0"/>
              <w:autoSpaceDN w:val="0"/>
              <w:spacing w:before="139" w:after="0" w:line="240" w:lineRule="auto"/>
              <w:ind w:left="93"/>
              <w:rPr>
                <w:rFonts w:cs="Times New Roman"/>
              </w:rPr>
            </w:pPr>
            <w:r w:rsidRPr="005675DC">
              <w:rPr>
                <w:rFonts w:cs="Times New Roman"/>
              </w:rPr>
              <w:t xml:space="preserve">0.80 </w:t>
            </w:r>
            <w:r w:rsidRPr="005675DC">
              <w:rPr>
                <w:rFonts w:cs="Times New Roman"/>
                <w:spacing w:val="-10"/>
                <w:vertAlign w:val="superscript"/>
              </w:rPr>
              <w:t>a</w:t>
            </w:r>
          </w:p>
          <w:p w14:paraId="673978B5" w14:textId="77777777" w:rsidR="00794935" w:rsidRPr="005675DC" w:rsidRDefault="00794935" w:rsidP="00794935">
            <w:pPr>
              <w:widowControl w:val="0"/>
              <w:autoSpaceDE w:val="0"/>
              <w:autoSpaceDN w:val="0"/>
              <w:spacing w:after="0" w:line="240" w:lineRule="auto"/>
              <w:ind w:left="77"/>
              <w:rPr>
                <w:rFonts w:cs="Times New Roman"/>
              </w:rPr>
            </w:pPr>
            <w:r w:rsidRPr="005675DC">
              <w:rPr>
                <w:rFonts w:cs="Times New Roman"/>
                <w:spacing w:val="-2"/>
              </w:rPr>
              <w:t>(0.89)</w:t>
            </w:r>
          </w:p>
        </w:tc>
        <w:tc>
          <w:tcPr>
            <w:tcW w:w="847" w:type="dxa"/>
          </w:tcPr>
          <w:p w14:paraId="22D8AA3F" w14:textId="77777777" w:rsidR="00794935" w:rsidRPr="005675DC" w:rsidRDefault="00794935" w:rsidP="00794935">
            <w:pPr>
              <w:widowControl w:val="0"/>
              <w:autoSpaceDE w:val="0"/>
              <w:autoSpaceDN w:val="0"/>
              <w:spacing w:before="139" w:after="0" w:line="240" w:lineRule="auto"/>
              <w:ind w:left="110"/>
              <w:rPr>
                <w:rFonts w:cs="Times New Roman"/>
              </w:rPr>
            </w:pPr>
            <w:r w:rsidRPr="005675DC">
              <w:rPr>
                <w:rFonts w:cs="Times New Roman"/>
              </w:rPr>
              <w:t xml:space="preserve">0.41 </w:t>
            </w:r>
            <w:r w:rsidRPr="005675DC">
              <w:rPr>
                <w:rFonts w:cs="Times New Roman"/>
                <w:spacing w:val="-5"/>
                <w:vertAlign w:val="superscript"/>
              </w:rPr>
              <w:t>ab</w:t>
            </w:r>
          </w:p>
          <w:p w14:paraId="6D07FB57" w14:textId="77777777" w:rsidR="00794935" w:rsidRPr="005675DC" w:rsidRDefault="00794935" w:rsidP="00794935">
            <w:pPr>
              <w:widowControl w:val="0"/>
              <w:autoSpaceDE w:val="0"/>
              <w:autoSpaceDN w:val="0"/>
              <w:spacing w:after="0" w:line="240" w:lineRule="auto"/>
              <w:ind w:left="138"/>
              <w:rPr>
                <w:rFonts w:cs="Times New Roman"/>
              </w:rPr>
            </w:pPr>
            <w:r w:rsidRPr="005675DC">
              <w:rPr>
                <w:rFonts w:cs="Times New Roman"/>
                <w:spacing w:val="-2"/>
              </w:rPr>
              <w:t>(0.63)</w:t>
            </w:r>
          </w:p>
        </w:tc>
        <w:tc>
          <w:tcPr>
            <w:tcW w:w="847" w:type="dxa"/>
          </w:tcPr>
          <w:p w14:paraId="66422B3E" w14:textId="77777777" w:rsidR="00794935" w:rsidRPr="005675DC" w:rsidRDefault="00794935" w:rsidP="00794935">
            <w:pPr>
              <w:widowControl w:val="0"/>
              <w:autoSpaceDE w:val="0"/>
              <w:autoSpaceDN w:val="0"/>
              <w:spacing w:before="139" w:after="0" w:line="240" w:lineRule="auto"/>
              <w:ind w:left="155"/>
              <w:rPr>
                <w:rFonts w:cs="Times New Roman"/>
              </w:rPr>
            </w:pPr>
            <w:r w:rsidRPr="005675DC">
              <w:rPr>
                <w:rFonts w:cs="Times New Roman"/>
              </w:rPr>
              <w:t xml:space="preserve">0.34 </w:t>
            </w:r>
            <w:r w:rsidRPr="005675DC">
              <w:rPr>
                <w:rFonts w:cs="Times New Roman"/>
                <w:spacing w:val="-10"/>
                <w:vertAlign w:val="superscript"/>
              </w:rPr>
              <w:t>a</w:t>
            </w:r>
          </w:p>
          <w:p w14:paraId="1381E66F" w14:textId="77777777" w:rsidR="00794935" w:rsidRPr="005675DC" w:rsidRDefault="00794935" w:rsidP="00794935">
            <w:pPr>
              <w:widowControl w:val="0"/>
              <w:autoSpaceDE w:val="0"/>
              <w:autoSpaceDN w:val="0"/>
              <w:spacing w:after="0" w:line="240" w:lineRule="auto"/>
              <w:ind w:left="139"/>
              <w:rPr>
                <w:rFonts w:cs="Times New Roman"/>
              </w:rPr>
            </w:pPr>
            <w:r w:rsidRPr="005675DC">
              <w:rPr>
                <w:rFonts w:cs="Times New Roman"/>
                <w:spacing w:val="-2"/>
              </w:rPr>
              <w:t>(0.57)</w:t>
            </w:r>
          </w:p>
        </w:tc>
        <w:tc>
          <w:tcPr>
            <w:tcW w:w="908" w:type="dxa"/>
          </w:tcPr>
          <w:p w14:paraId="7971DBEE" w14:textId="77777777" w:rsidR="00794935" w:rsidRPr="005675DC" w:rsidRDefault="00794935" w:rsidP="00794935">
            <w:pPr>
              <w:widowControl w:val="0"/>
              <w:autoSpaceDE w:val="0"/>
              <w:autoSpaceDN w:val="0"/>
              <w:spacing w:before="139" w:after="0" w:line="240" w:lineRule="auto"/>
              <w:ind w:left="141"/>
              <w:rPr>
                <w:rFonts w:cs="Times New Roman"/>
                <w:b/>
              </w:rPr>
            </w:pPr>
            <w:r w:rsidRPr="005675DC">
              <w:rPr>
                <w:rFonts w:cs="Times New Roman"/>
                <w:b/>
              </w:rPr>
              <w:t xml:space="preserve">0.39 </w:t>
            </w:r>
            <w:r w:rsidRPr="005675DC">
              <w:rPr>
                <w:rFonts w:cs="Times New Roman"/>
                <w:b/>
                <w:spacing w:val="-5"/>
                <w:vertAlign w:val="superscript"/>
              </w:rPr>
              <w:t>ab</w:t>
            </w:r>
          </w:p>
          <w:p w14:paraId="200F2EBA" w14:textId="77777777" w:rsidR="00794935" w:rsidRPr="005675DC" w:rsidRDefault="00794935" w:rsidP="00794935">
            <w:pPr>
              <w:widowControl w:val="0"/>
              <w:autoSpaceDE w:val="0"/>
              <w:autoSpaceDN w:val="0"/>
              <w:spacing w:after="0" w:line="240" w:lineRule="auto"/>
              <w:ind w:left="173"/>
              <w:rPr>
                <w:rFonts w:cs="Times New Roman"/>
                <w:b/>
              </w:rPr>
            </w:pPr>
            <w:r w:rsidRPr="005675DC">
              <w:rPr>
                <w:rFonts w:cs="Times New Roman"/>
                <w:b/>
                <w:spacing w:val="-2"/>
              </w:rPr>
              <w:t>(0.62)</w:t>
            </w:r>
          </w:p>
        </w:tc>
      </w:tr>
      <w:tr w:rsidR="00794935" w:rsidRPr="005675DC" w14:paraId="384B7800" w14:textId="77777777" w:rsidTr="00685DD7">
        <w:trPr>
          <w:trHeight w:val="550"/>
        </w:trPr>
        <w:tc>
          <w:tcPr>
            <w:tcW w:w="2608" w:type="dxa"/>
          </w:tcPr>
          <w:p w14:paraId="330BD12F" w14:textId="77777777" w:rsidR="00794935" w:rsidRPr="005675DC" w:rsidRDefault="00794935" w:rsidP="00794935">
            <w:pPr>
              <w:widowControl w:val="0"/>
              <w:autoSpaceDE w:val="0"/>
              <w:autoSpaceDN w:val="0"/>
              <w:spacing w:before="42" w:after="0" w:line="244" w:lineRule="exact"/>
              <w:ind w:left="435" w:right="319" w:hanging="376"/>
              <w:rPr>
                <w:rFonts w:cs="Times New Roman"/>
                <w:sz w:val="22"/>
              </w:rPr>
            </w:pPr>
            <w:r w:rsidRPr="005675DC">
              <w:rPr>
                <w:rFonts w:cs="Times New Roman"/>
                <w:b/>
                <w:position w:val="1"/>
              </w:rPr>
              <w:t>M</w:t>
            </w:r>
            <w:r w:rsidRPr="005675DC">
              <w:rPr>
                <w:rFonts w:cs="Times New Roman"/>
                <w:b/>
                <w:sz w:val="16"/>
              </w:rPr>
              <w:t>3</w:t>
            </w:r>
            <w:r w:rsidRPr="005675DC">
              <w:rPr>
                <w:rFonts w:cs="Times New Roman"/>
                <w:position w:val="1"/>
              </w:rPr>
              <w:t>-</w:t>
            </w:r>
            <w:r w:rsidRPr="005675DC">
              <w:rPr>
                <w:rFonts w:cs="Times New Roman"/>
                <w:position w:val="1"/>
                <w:sz w:val="22"/>
              </w:rPr>
              <w:t>Recommended</w:t>
            </w:r>
            <w:r w:rsidRPr="005675DC">
              <w:rPr>
                <w:rFonts w:cs="Times New Roman"/>
                <w:spacing w:val="-14"/>
                <w:position w:val="1"/>
                <w:sz w:val="22"/>
              </w:rPr>
              <w:t xml:space="preserve"> </w:t>
            </w:r>
            <w:r w:rsidRPr="005675DC">
              <w:rPr>
                <w:rFonts w:cs="Times New Roman"/>
                <w:position w:val="1"/>
                <w:sz w:val="22"/>
              </w:rPr>
              <w:t xml:space="preserve">Plant </w:t>
            </w:r>
            <w:r w:rsidRPr="005675DC">
              <w:rPr>
                <w:rFonts w:cs="Times New Roman"/>
                <w:spacing w:val="-2"/>
                <w:sz w:val="22"/>
              </w:rPr>
              <w:t>Protection</w:t>
            </w:r>
          </w:p>
        </w:tc>
        <w:tc>
          <w:tcPr>
            <w:tcW w:w="848" w:type="dxa"/>
          </w:tcPr>
          <w:p w14:paraId="6764D835" w14:textId="77777777" w:rsidR="00794935" w:rsidRPr="005675DC" w:rsidRDefault="00794935" w:rsidP="00794935">
            <w:pPr>
              <w:widowControl w:val="0"/>
              <w:autoSpaceDE w:val="0"/>
              <w:autoSpaceDN w:val="0"/>
              <w:spacing w:after="0" w:line="275" w:lineRule="exact"/>
              <w:ind w:left="143"/>
              <w:rPr>
                <w:rFonts w:cs="Times New Roman"/>
              </w:rPr>
            </w:pPr>
            <w:r w:rsidRPr="005675DC">
              <w:rPr>
                <w:rFonts w:cs="Times New Roman"/>
              </w:rPr>
              <w:t xml:space="preserve">0.10 </w:t>
            </w:r>
            <w:r w:rsidRPr="005675DC">
              <w:rPr>
                <w:rFonts w:cs="Times New Roman"/>
                <w:spacing w:val="-10"/>
                <w:vertAlign w:val="superscript"/>
              </w:rPr>
              <w:t>c</w:t>
            </w:r>
          </w:p>
          <w:p w14:paraId="22C75052" w14:textId="77777777" w:rsidR="00794935" w:rsidRPr="005675DC" w:rsidRDefault="00794935" w:rsidP="00794935">
            <w:pPr>
              <w:widowControl w:val="0"/>
              <w:autoSpaceDE w:val="0"/>
              <w:autoSpaceDN w:val="0"/>
              <w:spacing w:after="0" w:line="255" w:lineRule="exact"/>
              <w:ind w:left="131"/>
              <w:rPr>
                <w:rFonts w:cs="Times New Roman"/>
              </w:rPr>
            </w:pPr>
            <w:r w:rsidRPr="005675DC">
              <w:rPr>
                <w:rFonts w:cs="Times New Roman"/>
                <w:spacing w:val="-2"/>
              </w:rPr>
              <w:t>(0.31)</w:t>
            </w:r>
          </w:p>
        </w:tc>
        <w:tc>
          <w:tcPr>
            <w:tcW w:w="845" w:type="dxa"/>
          </w:tcPr>
          <w:p w14:paraId="53611A87" w14:textId="77777777" w:rsidR="00794935" w:rsidRPr="005675DC" w:rsidRDefault="00794935" w:rsidP="00794935">
            <w:pPr>
              <w:widowControl w:val="0"/>
              <w:autoSpaceDE w:val="0"/>
              <w:autoSpaceDN w:val="0"/>
              <w:spacing w:after="0" w:line="275" w:lineRule="exact"/>
              <w:ind w:left="140"/>
              <w:rPr>
                <w:rFonts w:cs="Times New Roman"/>
              </w:rPr>
            </w:pPr>
            <w:r w:rsidRPr="005675DC">
              <w:rPr>
                <w:rFonts w:cs="Times New Roman"/>
              </w:rPr>
              <w:t xml:space="preserve">0.12 </w:t>
            </w:r>
            <w:r w:rsidRPr="005675DC">
              <w:rPr>
                <w:rFonts w:cs="Times New Roman"/>
                <w:spacing w:val="-10"/>
                <w:vertAlign w:val="superscript"/>
              </w:rPr>
              <w:t>b</w:t>
            </w:r>
          </w:p>
          <w:p w14:paraId="4F43847C" w14:textId="77777777" w:rsidR="00794935" w:rsidRPr="005675DC" w:rsidRDefault="00794935" w:rsidP="00794935">
            <w:pPr>
              <w:widowControl w:val="0"/>
              <w:autoSpaceDE w:val="0"/>
              <w:autoSpaceDN w:val="0"/>
              <w:spacing w:after="0" w:line="255" w:lineRule="exact"/>
              <w:ind w:left="132"/>
              <w:rPr>
                <w:rFonts w:cs="Times New Roman"/>
              </w:rPr>
            </w:pPr>
            <w:r w:rsidRPr="005675DC">
              <w:rPr>
                <w:rFonts w:cs="Times New Roman"/>
                <w:spacing w:val="-2"/>
              </w:rPr>
              <w:t>(0.34)</w:t>
            </w:r>
          </w:p>
        </w:tc>
        <w:tc>
          <w:tcPr>
            <w:tcW w:w="721" w:type="dxa"/>
          </w:tcPr>
          <w:p w14:paraId="6C3E61E9" w14:textId="77777777" w:rsidR="00794935" w:rsidRPr="005675DC" w:rsidRDefault="00794935" w:rsidP="00794935">
            <w:pPr>
              <w:widowControl w:val="0"/>
              <w:autoSpaceDE w:val="0"/>
              <w:autoSpaceDN w:val="0"/>
              <w:spacing w:after="0" w:line="275" w:lineRule="exact"/>
              <w:ind w:left="83"/>
              <w:rPr>
                <w:rFonts w:cs="Times New Roman"/>
              </w:rPr>
            </w:pPr>
            <w:r w:rsidRPr="005675DC">
              <w:rPr>
                <w:rFonts w:cs="Times New Roman"/>
              </w:rPr>
              <w:t xml:space="preserve">0.13 </w:t>
            </w:r>
            <w:r w:rsidRPr="005675DC">
              <w:rPr>
                <w:rFonts w:cs="Times New Roman"/>
                <w:spacing w:val="-10"/>
                <w:vertAlign w:val="superscript"/>
              </w:rPr>
              <w:t>c</w:t>
            </w:r>
          </w:p>
          <w:p w14:paraId="303F11D2" w14:textId="77777777" w:rsidR="00794935" w:rsidRPr="005675DC" w:rsidRDefault="00794935" w:rsidP="00794935">
            <w:pPr>
              <w:widowControl w:val="0"/>
              <w:autoSpaceDE w:val="0"/>
              <w:autoSpaceDN w:val="0"/>
              <w:spacing w:after="0" w:line="255" w:lineRule="exact"/>
              <w:ind w:left="67"/>
              <w:rPr>
                <w:rFonts w:cs="Times New Roman"/>
              </w:rPr>
            </w:pPr>
            <w:r w:rsidRPr="005675DC">
              <w:rPr>
                <w:rFonts w:cs="Times New Roman"/>
                <w:spacing w:val="-2"/>
              </w:rPr>
              <w:t>(0.35)</w:t>
            </w:r>
          </w:p>
        </w:tc>
        <w:tc>
          <w:tcPr>
            <w:tcW w:w="847" w:type="dxa"/>
          </w:tcPr>
          <w:p w14:paraId="7E9B6799" w14:textId="77777777" w:rsidR="00794935" w:rsidRPr="005675DC" w:rsidRDefault="00794935" w:rsidP="00794935">
            <w:pPr>
              <w:widowControl w:val="0"/>
              <w:autoSpaceDE w:val="0"/>
              <w:autoSpaceDN w:val="0"/>
              <w:spacing w:after="0" w:line="275" w:lineRule="exact"/>
              <w:ind w:left="146"/>
              <w:rPr>
                <w:rFonts w:cs="Times New Roman"/>
              </w:rPr>
            </w:pPr>
            <w:r w:rsidRPr="005675DC">
              <w:rPr>
                <w:rFonts w:cs="Times New Roman"/>
              </w:rPr>
              <w:t xml:space="preserve">0.12 </w:t>
            </w:r>
            <w:r w:rsidRPr="005675DC">
              <w:rPr>
                <w:rFonts w:cs="Times New Roman"/>
                <w:spacing w:val="-10"/>
                <w:vertAlign w:val="superscript"/>
              </w:rPr>
              <w:t>d</w:t>
            </w:r>
          </w:p>
          <w:p w14:paraId="2AE24F45" w14:textId="77777777" w:rsidR="00794935" w:rsidRPr="005675DC" w:rsidRDefault="00794935" w:rsidP="00794935">
            <w:pPr>
              <w:widowControl w:val="0"/>
              <w:autoSpaceDE w:val="0"/>
              <w:autoSpaceDN w:val="0"/>
              <w:spacing w:after="0" w:line="255" w:lineRule="exact"/>
              <w:ind w:left="134"/>
              <w:rPr>
                <w:rFonts w:cs="Times New Roman"/>
              </w:rPr>
            </w:pPr>
            <w:r w:rsidRPr="005675DC">
              <w:rPr>
                <w:rFonts w:cs="Times New Roman"/>
                <w:spacing w:val="-2"/>
              </w:rPr>
              <w:t>(0.34)</w:t>
            </w:r>
          </w:p>
        </w:tc>
        <w:tc>
          <w:tcPr>
            <w:tcW w:w="847" w:type="dxa"/>
          </w:tcPr>
          <w:p w14:paraId="4707D91E" w14:textId="77777777" w:rsidR="00794935" w:rsidRPr="005675DC" w:rsidRDefault="00794935" w:rsidP="00794935">
            <w:pPr>
              <w:widowControl w:val="0"/>
              <w:autoSpaceDE w:val="0"/>
              <w:autoSpaceDN w:val="0"/>
              <w:spacing w:after="0" w:line="275" w:lineRule="exact"/>
              <w:ind w:left="143"/>
              <w:rPr>
                <w:rFonts w:cs="Times New Roman"/>
              </w:rPr>
            </w:pPr>
            <w:r w:rsidRPr="005675DC">
              <w:rPr>
                <w:rFonts w:cs="Times New Roman"/>
              </w:rPr>
              <w:t xml:space="preserve">0.18 </w:t>
            </w:r>
            <w:r w:rsidRPr="005675DC">
              <w:rPr>
                <w:rFonts w:cs="Times New Roman"/>
                <w:spacing w:val="-10"/>
                <w:vertAlign w:val="superscript"/>
              </w:rPr>
              <w:t>b</w:t>
            </w:r>
          </w:p>
          <w:p w14:paraId="13211F94" w14:textId="77777777" w:rsidR="00794935" w:rsidRPr="005675DC" w:rsidRDefault="00794935" w:rsidP="00794935">
            <w:pPr>
              <w:widowControl w:val="0"/>
              <w:autoSpaceDE w:val="0"/>
              <w:autoSpaceDN w:val="0"/>
              <w:spacing w:after="0" w:line="255" w:lineRule="exact"/>
              <w:ind w:left="135"/>
              <w:rPr>
                <w:rFonts w:cs="Times New Roman"/>
              </w:rPr>
            </w:pPr>
            <w:r w:rsidRPr="005675DC">
              <w:rPr>
                <w:rFonts w:cs="Times New Roman"/>
                <w:spacing w:val="-2"/>
              </w:rPr>
              <w:t>(0.42)</w:t>
            </w:r>
          </w:p>
        </w:tc>
        <w:tc>
          <w:tcPr>
            <w:tcW w:w="731" w:type="dxa"/>
          </w:tcPr>
          <w:p w14:paraId="78C535C5" w14:textId="77777777" w:rsidR="00794935" w:rsidRPr="005675DC" w:rsidRDefault="00794935" w:rsidP="00794935">
            <w:pPr>
              <w:widowControl w:val="0"/>
              <w:autoSpaceDE w:val="0"/>
              <w:autoSpaceDN w:val="0"/>
              <w:spacing w:after="0" w:line="275" w:lineRule="exact"/>
              <w:ind w:left="88"/>
              <w:rPr>
                <w:rFonts w:cs="Times New Roman"/>
              </w:rPr>
            </w:pPr>
            <w:r w:rsidRPr="005675DC">
              <w:rPr>
                <w:rFonts w:cs="Times New Roman"/>
              </w:rPr>
              <w:t xml:space="preserve">0.17 </w:t>
            </w:r>
            <w:r w:rsidRPr="005675DC">
              <w:rPr>
                <w:rFonts w:cs="Times New Roman"/>
                <w:spacing w:val="-10"/>
                <w:vertAlign w:val="superscript"/>
              </w:rPr>
              <w:t>b</w:t>
            </w:r>
          </w:p>
          <w:p w14:paraId="40ACD1EF" w14:textId="77777777" w:rsidR="00794935" w:rsidRPr="005675DC" w:rsidRDefault="00794935" w:rsidP="00794935">
            <w:pPr>
              <w:widowControl w:val="0"/>
              <w:autoSpaceDE w:val="0"/>
              <w:autoSpaceDN w:val="0"/>
              <w:spacing w:after="0" w:line="255" w:lineRule="exact"/>
              <w:ind w:left="77"/>
              <w:rPr>
                <w:rFonts w:cs="Times New Roman"/>
              </w:rPr>
            </w:pPr>
            <w:r w:rsidRPr="005675DC">
              <w:rPr>
                <w:rFonts w:cs="Times New Roman"/>
                <w:spacing w:val="-2"/>
              </w:rPr>
              <w:t>(0.41)</w:t>
            </w:r>
          </w:p>
        </w:tc>
        <w:tc>
          <w:tcPr>
            <w:tcW w:w="847" w:type="dxa"/>
          </w:tcPr>
          <w:p w14:paraId="40FE91F8" w14:textId="77777777" w:rsidR="00794935" w:rsidRPr="005675DC" w:rsidRDefault="00794935" w:rsidP="00794935">
            <w:pPr>
              <w:widowControl w:val="0"/>
              <w:autoSpaceDE w:val="0"/>
              <w:autoSpaceDN w:val="0"/>
              <w:spacing w:after="0" w:line="275" w:lineRule="exact"/>
              <w:ind w:left="149"/>
              <w:rPr>
                <w:rFonts w:cs="Times New Roman"/>
              </w:rPr>
            </w:pPr>
            <w:r w:rsidRPr="005675DC">
              <w:rPr>
                <w:rFonts w:cs="Times New Roman"/>
              </w:rPr>
              <w:t xml:space="preserve">0.16 </w:t>
            </w:r>
            <w:r w:rsidRPr="005675DC">
              <w:rPr>
                <w:rFonts w:cs="Times New Roman"/>
                <w:spacing w:val="-10"/>
                <w:vertAlign w:val="superscript"/>
              </w:rPr>
              <w:t>c</w:t>
            </w:r>
          </w:p>
          <w:p w14:paraId="0132B043" w14:textId="77777777" w:rsidR="00794935" w:rsidRPr="005675DC" w:rsidRDefault="00794935" w:rsidP="00794935">
            <w:pPr>
              <w:widowControl w:val="0"/>
              <w:autoSpaceDE w:val="0"/>
              <w:autoSpaceDN w:val="0"/>
              <w:spacing w:after="0" w:line="255" w:lineRule="exact"/>
              <w:ind w:left="138"/>
              <w:rPr>
                <w:rFonts w:cs="Times New Roman"/>
              </w:rPr>
            </w:pPr>
            <w:r w:rsidRPr="005675DC">
              <w:rPr>
                <w:rFonts w:cs="Times New Roman"/>
                <w:spacing w:val="-2"/>
              </w:rPr>
              <w:t>(0.40)</w:t>
            </w:r>
          </w:p>
        </w:tc>
        <w:tc>
          <w:tcPr>
            <w:tcW w:w="847" w:type="dxa"/>
          </w:tcPr>
          <w:p w14:paraId="10A0B3AA" w14:textId="77777777" w:rsidR="00794935" w:rsidRPr="005675DC" w:rsidRDefault="00794935" w:rsidP="00794935">
            <w:pPr>
              <w:widowControl w:val="0"/>
              <w:autoSpaceDE w:val="0"/>
              <w:autoSpaceDN w:val="0"/>
              <w:spacing w:after="0" w:line="275" w:lineRule="exact"/>
              <w:ind w:left="151"/>
              <w:rPr>
                <w:rFonts w:cs="Times New Roman"/>
              </w:rPr>
            </w:pPr>
            <w:r w:rsidRPr="005675DC">
              <w:rPr>
                <w:rFonts w:cs="Times New Roman"/>
              </w:rPr>
              <w:t xml:space="preserve">0.15 </w:t>
            </w:r>
            <w:r w:rsidRPr="005675DC">
              <w:rPr>
                <w:rFonts w:cs="Times New Roman"/>
                <w:spacing w:val="-10"/>
                <w:vertAlign w:val="superscript"/>
              </w:rPr>
              <w:t>b</w:t>
            </w:r>
          </w:p>
          <w:p w14:paraId="00193284" w14:textId="77777777" w:rsidR="00794935" w:rsidRPr="005675DC" w:rsidRDefault="00794935" w:rsidP="00794935">
            <w:pPr>
              <w:widowControl w:val="0"/>
              <w:autoSpaceDE w:val="0"/>
              <w:autoSpaceDN w:val="0"/>
              <w:spacing w:after="0" w:line="255" w:lineRule="exact"/>
              <w:ind w:left="139"/>
              <w:rPr>
                <w:rFonts w:cs="Times New Roman"/>
              </w:rPr>
            </w:pPr>
            <w:r w:rsidRPr="005675DC">
              <w:rPr>
                <w:rFonts w:cs="Times New Roman"/>
                <w:spacing w:val="-2"/>
              </w:rPr>
              <w:t>(0.38)</w:t>
            </w:r>
          </w:p>
        </w:tc>
        <w:tc>
          <w:tcPr>
            <w:tcW w:w="908" w:type="dxa"/>
          </w:tcPr>
          <w:p w14:paraId="61B3A1F1" w14:textId="77777777" w:rsidR="00794935" w:rsidRPr="005675DC" w:rsidRDefault="00794935" w:rsidP="00794935">
            <w:pPr>
              <w:widowControl w:val="0"/>
              <w:autoSpaceDE w:val="0"/>
              <w:autoSpaceDN w:val="0"/>
              <w:spacing w:after="0" w:line="275" w:lineRule="exact"/>
              <w:ind w:left="188"/>
              <w:rPr>
                <w:rFonts w:cs="Times New Roman"/>
                <w:b/>
              </w:rPr>
            </w:pPr>
            <w:r w:rsidRPr="005675DC">
              <w:rPr>
                <w:rFonts w:cs="Times New Roman"/>
                <w:b/>
              </w:rPr>
              <w:t xml:space="preserve">0.14 </w:t>
            </w:r>
            <w:r w:rsidRPr="005675DC">
              <w:rPr>
                <w:rFonts w:cs="Times New Roman"/>
                <w:b/>
                <w:spacing w:val="-10"/>
                <w:vertAlign w:val="superscript"/>
              </w:rPr>
              <w:t>c</w:t>
            </w:r>
          </w:p>
          <w:p w14:paraId="435894A6" w14:textId="77777777" w:rsidR="00794935" w:rsidRPr="005675DC" w:rsidRDefault="00794935" w:rsidP="00794935">
            <w:pPr>
              <w:widowControl w:val="0"/>
              <w:autoSpaceDE w:val="0"/>
              <w:autoSpaceDN w:val="0"/>
              <w:spacing w:after="0" w:line="255" w:lineRule="exact"/>
              <w:ind w:left="173"/>
              <w:rPr>
                <w:rFonts w:cs="Times New Roman"/>
                <w:b/>
              </w:rPr>
            </w:pPr>
            <w:r w:rsidRPr="005675DC">
              <w:rPr>
                <w:rFonts w:cs="Times New Roman"/>
                <w:b/>
                <w:spacing w:val="-2"/>
              </w:rPr>
              <w:t>(0.36)</w:t>
            </w:r>
          </w:p>
        </w:tc>
      </w:tr>
      <w:tr w:rsidR="00794935" w:rsidRPr="005675DC" w14:paraId="78CD14A5" w14:textId="77777777" w:rsidTr="00685DD7">
        <w:trPr>
          <w:trHeight w:val="554"/>
        </w:trPr>
        <w:tc>
          <w:tcPr>
            <w:tcW w:w="2608" w:type="dxa"/>
          </w:tcPr>
          <w:p w14:paraId="42476DB8" w14:textId="77777777" w:rsidR="00794935" w:rsidRPr="005675DC" w:rsidRDefault="00794935" w:rsidP="00794935">
            <w:pPr>
              <w:widowControl w:val="0"/>
              <w:autoSpaceDE w:val="0"/>
              <w:autoSpaceDN w:val="0"/>
              <w:spacing w:before="141" w:after="0" w:line="240" w:lineRule="auto"/>
              <w:ind w:left="59"/>
              <w:rPr>
                <w:rFonts w:cs="Times New Roman"/>
                <w:position w:val="1"/>
              </w:rPr>
            </w:pPr>
            <w:r w:rsidRPr="005675DC">
              <w:rPr>
                <w:rFonts w:cs="Times New Roman"/>
                <w:b/>
                <w:position w:val="1"/>
              </w:rPr>
              <w:t>M</w:t>
            </w:r>
            <w:r w:rsidRPr="005675DC">
              <w:rPr>
                <w:rFonts w:cs="Times New Roman"/>
                <w:b/>
                <w:sz w:val="16"/>
              </w:rPr>
              <w:t>4</w:t>
            </w:r>
            <w:r w:rsidRPr="005675DC">
              <w:rPr>
                <w:rFonts w:cs="Times New Roman"/>
                <w:position w:val="1"/>
              </w:rPr>
              <w:t>-Untreated</w:t>
            </w:r>
            <w:r w:rsidRPr="005675DC">
              <w:rPr>
                <w:rFonts w:cs="Times New Roman"/>
                <w:spacing w:val="-3"/>
                <w:position w:val="1"/>
              </w:rPr>
              <w:t xml:space="preserve"> </w:t>
            </w:r>
            <w:r w:rsidRPr="005675DC">
              <w:rPr>
                <w:rFonts w:cs="Times New Roman"/>
                <w:spacing w:val="-4"/>
                <w:position w:val="1"/>
              </w:rPr>
              <w:t>check</w:t>
            </w:r>
          </w:p>
        </w:tc>
        <w:tc>
          <w:tcPr>
            <w:tcW w:w="848" w:type="dxa"/>
          </w:tcPr>
          <w:p w14:paraId="4948FDE4" w14:textId="77777777" w:rsidR="00794935" w:rsidRPr="005675DC" w:rsidRDefault="00794935" w:rsidP="00794935">
            <w:pPr>
              <w:widowControl w:val="0"/>
              <w:autoSpaceDE w:val="0"/>
              <w:autoSpaceDN w:val="0"/>
              <w:spacing w:before="3" w:after="0" w:line="240" w:lineRule="auto"/>
              <w:ind w:left="103"/>
              <w:rPr>
                <w:rFonts w:cs="Times New Roman"/>
              </w:rPr>
            </w:pPr>
            <w:r w:rsidRPr="005675DC">
              <w:rPr>
                <w:rFonts w:cs="Times New Roman"/>
              </w:rPr>
              <w:t xml:space="preserve">0.12 </w:t>
            </w:r>
            <w:proofErr w:type="spellStart"/>
            <w:r w:rsidRPr="005675DC">
              <w:rPr>
                <w:rFonts w:cs="Times New Roman"/>
                <w:spacing w:val="-5"/>
                <w:vertAlign w:val="superscript"/>
              </w:rPr>
              <w:t>bc</w:t>
            </w:r>
            <w:proofErr w:type="spellEnd"/>
          </w:p>
          <w:p w14:paraId="1040E9B3" w14:textId="77777777" w:rsidR="00794935" w:rsidRPr="005675DC" w:rsidRDefault="00794935" w:rsidP="00794935">
            <w:pPr>
              <w:widowControl w:val="0"/>
              <w:autoSpaceDE w:val="0"/>
              <w:autoSpaceDN w:val="0"/>
              <w:spacing w:after="0" w:line="255" w:lineRule="exact"/>
              <w:ind w:left="131"/>
              <w:rPr>
                <w:rFonts w:cs="Times New Roman"/>
              </w:rPr>
            </w:pPr>
            <w:r w:rsidRPr="005675DC">
              <w:rPr>
                <w:rFonts w:cs="Times New Roman"/>
                <w:spacing w:val="-2"/>
              </w:rPr>
              <w:t>(0.34)</w:t>
            </w:r>
          </w:p>
        </w:tc>
        <w:tc>
          <w:tcPr>
            <w:tcW w:w="845" w:type="dxa"/>
          </w:tcPr>
          <w:p w14:paraId="255231A6" w14:textId="77777777" w:rsidR="00794935" w:rsidRPr="005675DC" w:rsidRDefault="00794935" w:rsidP="00794935">
            <w:pPr>
              <w:widowControl w:val="0"/>
              <w:autoSpaceDE w:val="0"/>
              <w:autoSpaceDN w:val="0"/>
              <w:spacing w:before="3" w:after="0" w:line="240" w:lineRule="auto"/>
              <w:ind w:left="144"/>
              <w:rPr>
                <w:rFonts w:cs="Times New Roman"/>
              </w:rPr>
            </w:pPr>
            <w:r w:rsidRPr="005675DC">
              <w:rPr>
                <w:rFonts w:cs="Times New Roman"/>
              </w:rPr>
              <w:t>0.18</w:t>
            </w:r>
            <w:r w:rsidRPr="005675DC">
              <w:rPr>
                <w:rFonts w:cs="Times New Roman"/>
                <w:spacing w:val="-1"/>
              </w:rPr>
              <w:t xml:space="preserve"> </w:t>
            </w:r>
            <w:r w:rsidRPr="005675DC">
              <w:rPr>
                <w:rFonts w:cs="Times New Roman"/>
                <w:spacing w:val="-10"/>
                <w:vertAlign w:val="superscript"/>
              </w:rPr>
              <w:t>a</w:t>
            </w:r>
          </w:p>
          <w:p w14:paraId="5D477AEE" w14:textId="77777777" w:rsidR="00794935" w:rsidRPr="005675DC" w:rsidRDefault="00794935" w:rsidP="00794935">
            <w:pPr>
              <w:widowControl w:val="0"/>
              <w:autoSpaceDE w:val="0"/>
              <w:autoSpaceDN w:val="0"/>
              <w:spacing w:after="0" w:line="255" w:lineRule="exact"/>
              <w:ind w:left="132"/>
              <w:rPr>
                <w:rFonts w:cs="Times New Roman"/>
              </w:rPr>
            </w:pPr>
            <w:r w:rsidRPr="005675DC">
              <w:rPr>
                <w:rFonts w:cs="Times New Roman"/>
                <w:spacing w:val="-2"/>
              </w:rPr>
              <w:t>(0.42)</w:t>
            </w:r>
          </w:p>
        </w:tc>
        <w:tc>
          <w:tcPr>
            <w:tcW w:w="721" w:type="dxa"/>
          </w:tcPr>
          <w:p w14:paraId="1A43DD32" w14:textId="77777777" w:rsidR="00794935" w:rsidRPr="005675DC" w:rsidRDefault="00794935" w:rsidP="00794935">
            <w:pPr>
              <w:widowControl w:val="0"/>
              <w:autoSpaceDE w:val="0"/>
              <w:autoSpaceDN w:val="0"/>
              <w:spacing w:before="3" w:after="0" w:line="240" w:lineRule="auto"/>
              <w:ind w:left="78"/>
              <w:rPr>
                <w:rFonts w:cs="Times New Roman"/>
              </w:rPr>
            </w:pPr>
            <w:r w:rsidRPr="005675DC">
              <w:rPr>
                <w:rFonts w:cs="Times New Roman"/>
              </w:rPr>
              <w:t xml:space="preserve">0.19 </w:t>
            </w:r>
            <w:r w:rsidRPr="005675DC">
              <w:rPr>
                <w:rFonts w:cs="Times New Roman"/>
                <w:spacing w:val="-10"/>
                <w:vertAlign w:val="superscript"/>
              </w:rPr>
              <w:t>b</w:t>
            </w:r>
          </w:p>
          <w:p w14:paraId="38898DBF" w14:textId="77777777" w:rsidR="00794935" w:rsidRPr="005675DC" w:rsidRDefault="00794935" w:rsidP="00794935">
            <w:pPr>
              <w:widowControl w:val="0"/>
              <w:autoSpaceDE w:val="0"/>
              <w:autoSpaceDN w:val="0"/>
              <w:spacing w:after="0" w:line="255" w:lineRule="exact"/>
              <w:ind w:left="67"/>
              <w:rPr>
                <w:rFonts w:cs="Times New Roman"/>
              </w:rPr>
            </w:pPr>
            <w:r w:rsidRPr="005675DC">
              <w:rPr>
                <w:rFonts w:cs="Times New Roman"/>
                <w:spacing w:val="-2"/>
              </w:rPr>
              <w:t>(0.43)</w:t>
            </w:r>
          </w:p>
        </w:tc>
        <w:tc>
          <w:tcPr>
            <w:tcW w:w="847" w:type="dxa"/>
          </w:tcPr>
          <w:p w14:paraId="100FB646" w14:textId="77777777" w:rsidR="00794935" w:rsidRPr="005675DC" w:rsidRDefault="00794935" w:rsidP="00794935">
            <w:pPr>
              <w:widowControl w:val="0"/>
              <w:autoSpaceDE w:val="0"/>
              <w:autoSpaceDN w:val="0"/>
              <w:spacing w:before="3" w:after="0" w:line="240" w:lineRule="auto"/>
              <w:ind w:left="150"/>
              <w:rPr>
                <w:rFonts w:cs="Times New Roman"/>
              </w:rPr>
            </w:pPr>
            <w:r w:rsidRPr="005675DC">
              <w:rPr>
                <w:rFonts w:cs="Times New Roman"/>
              </w:rPr>
              <w:t xml:space="preserve">0.20 </w:t>
            </w:r>
            <w:r w:rsidRPr="005675DC">
              <w:rPr>
                <w:rFonts w:cs="Times New Roman"/>
                <w:spacing w:val="-10"/>
                <w:vertAlign w:val="superscript"/>
              </w:rPr>
              <w:t>c</w:t>
            </w:r>
          </w:p>
          <w:p w14:paraId="45D065C2" w14:textId="77777777" w:rsidR="00794935" w:rsidRPr="005675DC" w:rsidRDefault="00794935" w:rsidP="00794935">
            <w:pPr>
              <w:widowControl w:val="0"/>
              <w:autoSpaceDE w:val="0"/>
              <w:autoSpaceDN w:val="0"/>
              <w:spacing w:after="0" w:line="255" w:lineRule="exact"/>
              <w:ind w:left="134"/>
              <w:rPr>
                <w:rFonts w:cs="Times New Roman"/>
              </w:rPr>
            </w:pPr>
            <w:r w:rsidRPr="005675DC">
              <w:rPr>
                <w:rFonts w:cs="Times New Roman"/>
                <w:spacing w:val="-2"/>
              </w:rPr>
              <w:t>(0.44)</w:t>
            </w:r>
          </w:p>
        </w:tc>
        <w:tc>
          <w:tcPr>
            <w:tcW w:w="847" w:type="dxa"/>
          </w:tcPr>
          <w:p w14:paraId="66DCA482" w14:textId="77777777" w:rsidR="00794935" w:rsidRPr="005675DC" w:rsidRDefault="00794935" w:rsidP="00794935">
            <w:pPr>
              <w:widowControl w:val="0"/>
              <w:autoSpaceDE w:val="0"/>
              <w:autoSpaceDN w:val="0"/>
              <w:spacing w:before="3" w:after="0" w:line="240" w:lineRule="auto"/>
              <w:ind w:left="147"/>
              <w:rPr>
                <w:rFonts w:cs="Times New Roman"/>
              </w:rPr>
            </w:pPr>
            <w:r w:rsidRPr="005675DC">
              <w:rPr>
                <w:rFonts w:cs="Times New Roman"/>
              </w:rPr>
              <w:t xml:space="preserve">0.69 </w:t>
            </w:r>
            <w:r w:rsidRPr="005675DC">
              <w:rPr>
                <w:rFonts w:cs="Times New Roman"/>
                <w:spacing w:val="-10"/>
                <w:vertAlign w:val="superscript"/>
              </w:rPr>
              <w:t>a</w:t>
            </w:r>
          </w:p>
          <w:p w14:paraId="399FF1AF" w14:textId="77777777" w:rsidR="00794935" w:rsidRPr="005675DC" w:rsidRDefault="00794935" w:rsidP="00794935">
            <w:pPr>
              <w:widowControl w:val="0"/>
              <w:autoSpaceDE w:val="0"/>
              <w:autoSpaceDN w:val="0"/>
              <w:spacing w:after="0" w:line="255" w:lineRule="exact"/>
              <w:ind w:left="135"/>
              <w:rPr>
                <w:rFonts w:cs="Times New Roman"/>
              </w:rPr>
            </w:pPr>
            <w:r w:rsidRPr="005675DC">
              <w:rPr>
                <w:rFonts w:cs="Times New Roman"/>
                <w:spacing w:val="-2"/>
              </w:rPr>
              <w:t>(0.82)</w:t>
            </w:r>
          </w:p>
        </w:tc>
        <w:tc>
          <w:tcPr>
            <w:tcW w:w="731" w:type="dxa"/>
          </w:tcPr>
          <w:p w14:paraId="480793FA" w14:textId="77777777" w:rsidR="00794935" w:rsidRPr="005675DC" w:rsidRDefault="00794935" w:rsidP="00794935">
            <w:pPr>
              <w:widowControl w:val="0"/>
              <w:autoSpaceDE w:val="0"/>
              <w:autoSpaceDN w:val="0"/>
              <w:spacing w:before="3" w:after="0" w:line="240" w:lineRule="auto"/>
              <w:ind w:left="93"/>
              <w:rPr>
                <w:rFonts w:cs="Times New Roman"/>
              </w:rPr>
            </w:pPr>
            <w:r w:rsidRPr="005675DC">
              <w:rPr>
                <w:rFonts w:cs="Times New Roman"/>
              </w:rPr>
              <w:t xml:space="preserve">0.77 </w:t>
            </w:r>
            <w:r w:rsidRPr="005675DC">
              <w:rPr>
                <w:rFonts w:cs="Times New Roman"/>
                <w:spacing w:val="-10"/>
                <w:vertAlign w:val="superscript"/>
              </w:rPr>
              <w:t>a</w:t>
            </w:r>
          </w:p>
          <w:p w14:paraId="65C4A9A5" w14:textId="77777777" w:rsidR="00794935" w:rsidRPr="005675DC" w:rsidRDefault="00794935" w:rsidP="00794935">
            <w:pPr>
              <w:widowControl w:val="0"/>
              <w:autoSpaceDE w:val="0"/>
              <w:autoSpaceDN w:val="0"/>
              <w:spacing w:after="0" w:line="255" w:lineRule="exact"/>
              <w:ind w:left="77"/>
              <w:rPr>
                <w:rFonts w:cs="Times New Roman"/>
              </w:rPr>
            </w:pPr>
            <w:r w:rsidRPr="005675DC">
              <w:rPr>
                <w:rFonts w:cs="Times New Roman"/>
                <w:spacing w:val="-2"/>
              </w:rPr>
              <w:t>(0.87)</w:t>
            </w:r>
          </w:p>
        </w:tc>
        <w:tc>
          <w:tcPr>
            <w:tcW w:w="847" w:type="dxa"/>
          </w:tcPr>
          <w:p w14:paraId="44AD1840" w14:textId="77777777" w:rsidR="00794935" w:rsidRPr="005675DC" w:rsidRDefault="00794935" w:rsidP="00794935">
            <w:pPr>
              <w:widowControl w:val="0"/>
              <w:autoSpaceDE w:val="0"/>
              <w:autoSpaceDN w:val="0"/>
              <w:spacing w:before="3" w:after="0" w:line="240" w:lineRule="auto"/>
              <w:ind w:left="146"/>
              <w:rPr>
                <w:rFonts w:cs="Times New Roman"/>
              </w:rPr>
            </w:pPr>
            <w:r w:rsidRPr="005675DC">
              <w:rPr>
                <w:rFonts w:cs="Times New Roman"/>
              </w:rPr>
              <w:t xml:space="preserve">0.39 </w:t>
            </w:r>
            <w:r w:rsidRPr="005675DC">
              <w:rPr>
                <w:rFonts w:cs="Times New Roman"/>
                <w:spacing w:val="-10"/>
                <w:vertAlign w:val="superscript"/>
              </w:rPr>
              <w:t>b</w:t>
            </w:r>
          </w:p>
          <w:p w14:paraId="3F882C03" w14:textId="77777777" w:rsidR="00794935" w:rsidRPr="005675DC" w:rsidRDefault="00794935" w:rsidP="00794935">
            <w:pPr>
              <w:widowControl w:val="0"/>
              <w:autoSpaceDE w:val="0"/>
              <w:autoSpaceDN w:val="0"/>
              <w:spacing w:after="0" w:line="255" w:lineRule="exact"/>
              <w:ind w:left="138"/>
              <w:rPr>
                <w:rFonts w:cs="Times New Roman"/>
              </w:rPr>
            </w:pPr>
            <w:r w:rsidRPr="005675DC">
              <w:rPr>
                <w:rFonts w:cs="Times New Roman"/>
                <w:spacing w:val="-2"/>
              </w:rPr>
              <w:t>(0.62)</w:t>
            </w:r>
          </w:p>
        </w:tc>
        <w:tc>
          <w:tcPr>
            <w:tcW w:w="847" w:type="dxa"/>
          </w:tcPr>
          <w:p w14:paraId="660D43FB" w14:textId="77777777" w:rsidR="00794935" w:rsidRPr="005675DC" w:rsidRDefault="00794935" w:rsidP="00794935">
            <w:pPr>
              <w:widowControl w:val="0"/>
              <w:autoSpaceDE w:val="0"/>
              <w:autoSpaceDN w:val="0"/>
              <w:spacing w:before="3" w:after="0" w:line="240" w:lineRule="auto"/>
              <w:ind w:left="151"/>
              <w:rPr>
                <w:rFonts w:cs="Times New Roman"/>
              </w:rPr>
            </w:pPr>
            <w:r w:rsidRPr="005675DC">
              <w:rPr>
                <w:rFonts w:cs="Times New Roman"/>
              </w:rPr>
              <w:t xml:space="preserve">0.20 </w:t>
            </w:r>
            <w:r w:rsidRPr="005675DC">
              <w:rPr>
                <w:rFonts w:cs="Times New Roman"/>
                <w:spacing w:val="-10"/>
                <w:vertAlign w:val="superscript"/>
              </w:rPr>
              <w:t>b</w:t>
            </w:r>
          </w:p>
          <w:p w14:paraId="25F5ECAC" w14:textId="77777777" w:rsidR="00794935" w:rsidRPr="005675DC" w:rsidRDefault="00794935" w:rsidP="00794935">
            <w:pPr>
              <w:widowControl w:val="0"/>
              <w:autoSpaceDE w:val="0"/>
              <w:autoSpaceDN w:val="0"/>
              <w:spacing w:after="0" w:line="255" w:lineRule="exact"/>
              <w:ind w:left="139"/>
              <w:rPr>
                <w:rFonts w:cs="Times New Roman"/>
              </w:rPr>
            </w:pPr>
            <w:r w:rsidRPr="005675DC">
              <w:rPr>
                <w:rFonts w:cs="Times New Roman"/>
                <w:spacing w:val="-2"/>
              </w:rPr>
              <w:t>(0.44)</w:t>
            </w:r>
          </w:p>
        </w:tc>
        <w:tc>
          <w:tcPr>
            <w:tcW w:w="908" w:type="dxa"/>
          </w:tcPr>
          <w:p w14:paraId="668538F5" w14:textId="77777777" w:rsidR="00794935" w:rsidRPr="005675DC" w:rsidRDefault="00794935" w:rsidP="00794935">
            <w:pPr>
              <w:widowControl w:val="0"/>
              <w:autoSpaceDE w:val="0"/>
              <w:autoSpaceDN w:val="0"/>
              <w:spacing w:before="3" w:after="0" w:line="240" w:lineRule="auto"/>
              <w:ind w:left="180"/>
              <w:rPr>
                <w:rFonts w:cs="Times New Roman"/>
                <w:b/>
              </w:rPr>
            </w:pPr>
            <w:r w:rsidRPr="005675DC">
              <w:rPr>
                <w:rFonts w:cs="Times New Roman"/>
                <w:b/>
              </w:rPr>
              <w:t xml:space="preserve">0.34 </w:t>
            </w:r>
            <w:r w:rsidRPr="005675DC">
              <w:rPr>
                <w:rFonts w:cs="Times New Roman"/>
                <w:b/>
                <w:spacing w:val="-10"/>
                <w:vertAlign w:val="superscript"/>
              </w:rPr>
              <w:t>b</w:t>
            </w:r>
          </w:p>
          <w:p w14:paraId="1FE6EADE" w14:textId="77777777" w:rsidR="00794935" w:rsidRPr="005675DC" w:rsidRDefault="00794935" w:rsidP="00794935">
            <w:pPr>
              <w:widowControl w:val="0"/>
              <w:autoSpaceDE w:val="0"/>
              <w:autoSpaceDN w:val="0"/>
              <w:spacing w:after="0" w:line="255" w:lineRule="exact"/>
              <w:ind w:left="173"/>
              <w:rPr>
                <w:rFonts w:cs="Times New Roman"/>
                <w:b/>
              </w:rPr>
            </w:pPr>
            <w:r w:rsidRPr="005675DC">
              <w:rPr>
                <w:rFonts w:cs="Times New Roman"/>
                <w:b/>
                <w:spacing w:val="-2"/>
              </w:rPr>
              <w:t>(0.57)</w:t>
            </w:r>
          </w:p>
        </w:tc>
      </w:tr>
      <w:tr w:rsidR="00794935" w:rsidRPr="005675DC" w14:paraId="09093217" w14:textId="77777777" w:rsidTr="00685DD7">
        <w:trPr>
          <w:trHeight w:val="273"/>
        </w:trPr>
        <w:tc>
          <w:tcPr>
            <w:tcW w:w="2608" w:type="dxa"/>
          </w:tcPr>
          <w:p w14:paraId="6E9E0183" w14:textId="77777777" w:rsidR="00794935" w:rsidRPr="005675DC" w:rsidRDefault="00794935" w:rsidP="00794935">
            <w:pPr>
              <w:widowControl w:val="0"/>
              <w:autoSpaceDE w:val="0"/>
              <w:autoSpaceDN w:val="0"/>
              <w:spacing w:after="0" w:line="254" w:lineRule="exact"/>
              <w:ind w:left="915"/>
              <w:rPr>
                <w:rFonts w:cs="Times New Roman"/>
              </w:rPr>
            </w:pPr>
            <w:r w:rsidRPr="005675DC">
              <w:rPr>
                <w:rFonts w:cs="Times New Roman"/>
              </w:rPr>
              <w:t>S.</w:t>
            </w:r>
            <w:r w:rsidRPr="005675DC">
              <w:rPr>
                <w:rFonts w:cs="Times New Roman"/>
                <w:spacing w:val="-1"/>
              </w:rPr>
              <w:t xml:space="preserve"> </w:t>
            </w:r>
            <w:r w:rsidRPr="005675DC">
              <w:rPr>
                <w:rFonts w:cs="Times New Roman"/>
              </w:rPr>
              <w:t xml:space="preserve">Em </w:t>
            </w:r>
            <w:r w:rsidRPr="005675DC">
              <w:rPr>
                <w:rFonts w:cs="Times New Roman"/>
                <w:spacing w:val="-10"/>
              </w:rPr>
              <w:t>±</w:t>
            </w:r>
          </w:p>
        </w:tc>
        <w:tc>
          <w:tcPr>
            <w:tcW w:w="848" w:type="dxa"/>
          </w:tcPr>
          <w:p w14:paraId="3EACFD4B" w14:textId="77777777" w:rsidR="00794935" w:rsidRPr="005675DC" w:rsidRDefault="00794935" w:rsidP="00794935">
            <w:pPr>
              <w:widowControl w:val="0"/>
              <w:autoSpaceDE w:val="0"/>
              <w:autoSpaceDN w:val="0"/>
              <w:spacing w:after="0" w:line="254" w:lineRule="exact"/>
              <w:ind w:left="21" w:right="16"/>
              <w:jc w:val="center"/>
              <w:rPr>
                <w:rFonts w:cs="Times New Roman"/>
              </w:rPr>
            </w:pPr>
            <w:r w:rsidRPr="005675DC">
              <w:rPr>
                <w:rFonts w:cs="Times New Roman"/>
                <w:spacing w:val="-4"/>
              </w:rPr>
              <w:t>0.01</w:t>
            </w:r>
          </w:p>
        </w:tc>
        <w:tc>
          <w:tcPr>
            <w:tcW w:w="845" w:type="dxa"/>
          </w:tcPr>
          <w:p w14:paraId="0D7E0615" w14:textId="77777777" w:rsidR="00794935" w:rsidRPr="005675DC" w:rsidRDefault="00794935" w:rsidP="00794935">
            <w:pPr>
              <w:widowControl w:val="0"/>
              <w:autoSpaceDE w:val="0"/>
              <w:autoSpaceDN w:val="0"/>
              <w:spacing w:after="0" w:line="254" w:lineRule="exact"/>
              <w:ind w:left="9"/>
              <w:jc w:val="center"/>
              <w:rPr>
                <w:rFonts w:cs="Times New Roman"/>
              </w:rPr>
            </w:pPr>
            <w:r w:rsidRPr="005675DC">
              <w:rPr>
                <w:rFonts w:cs="Times New Roman"/>
                <w:spacing w:val="-4"/>
              </w:rPr>
              <w:t>0.02</w:t>
            </w:r>
          </w:p>
        </w:tc>
        <w:tc>
          <w:tcPr>
            <w:tcW w:w="721" w:type="dxa"/>
          </w:tcPr>
          <w:p w14:paraId="36BC1352" w14:textId="77777777" w:rsidR="00794935" w:rsidRPr="005675DC" w:rsidRDefault="00794935" w:rsidP="00794935">
            <w:pPr>
              <w:widowControl w:val="0"/>
              <w:autoSpaceDE w:val="0"/>
              <w:autoSpaceDN w:val="0"/>
              <w:spacing w:after="0" w:line="254" w:lineRule="exact"/>
              <w:ind w:left="8" w:right="5"/>
              <w:jc w:val="center"/>
              <w:rPr>
                <w:rFonts w:cs="Times New Roman"/>
              </w:rPr>
            </w:pPr>
            <w:r w:rsidRPr="005675DC">
              <w:rPr>
                <w:rFonts w:cs="Times New Roman"/>
                <w:spacing w:val="-4"/>
              </w:rPr>
              <w:t>0.03</w:t>
            </w:r>
          </w:p>
        </w:tc>
        <w:tc>
          <w:tcPr>
            <w:tcW w:w="847" w:type="dxa"/>
          </w:tcPr>
          <w:p w14:paraId="683DF366" w14:textId="77777777" w:rsidR="00794935" w:rsidRPr="005675DC" w:rsidRDefault="00794935" w:rsidP="00794935">
            <w:pPr>
              <w:widowControl w:val="0"/>
              <w:autoSpaceDE w:val="0"/>
              <w:autoSpaceDN w:val="0"/>
              <w:spacing w:after="0" w:line="254" w:lineRule="exact"/>
              <w:ind w:left="29" w:right="17"/>
              <w:jc w:val="center"/>
              <w:rPr>
                <w:rFonts w:cs="Times New Roman"/>
              </w:rPr>
            </w:pPr>
            <w:r w:rsidRPr="005675DC">
              <w:rPr>
                <w:rFonts w:cs="Times New Roman"/>
                <w:spacing w:val="-4"/>
              </w:rPr>
              <w:t>0.02</w:t>
            </w:r>
          </w:p>
        </w:tc>
        <w:tc>
          <w:tcPr>
            <w:tcW w:w="847" w:type="dxa"/>
          </w:tcPr>
          <w:p w14:paraId="2BAF7C41" w14:textId="77777777" w:rsidR="00794935" w:rsidRPr="005675DC" w:rsidRDefault="00794935" w:rsidP="00794935">
            <w:pPr>
              <w:widowControl w:val="0"/>
              <w:autoSpaceDE w:val="0"/>
              <w:autoSpaceDN w:val="0"/>
              <w:spacing w:after="0" w:line="254" w:lineRule="exact"/>
              <w:ind w:left="31" w:right="17"/>
              <w:jc w:val="center"/>
              <w:rPr>
                <w:rFonts w:cs="Times New Roman"/>
              </w:rPr>
            </w:pPr>
            <w:r w:rsidRPr="005675DC">
              <w:rPr>
                <w:rFonts w:cs="Times New Roman"/>
                <w:spacing w:val="-4"/>
              </w:rPr>
              <w:t>0.04</w:t>
            </w:r>
          </w:p>
        </w:tc>
        <w:tc>
          <w:tcPr>
            <w:tcW w:w="731" w:type="dxa"/>
          </w:tcPr>
          <w:p w14:paraId="063E882F" w14:textId="77777777" w:rsidR="00794935" w:rsidRPr="005675DC" w:rsidRDefault="00794935" w:rsidP="00794935">
            <w:pPr>
              <w:widowControl w:val="0"/>
              <w:autoSpaceDE w:val="0"/>
              <w:autoSpaceDN w:val="0"/>
              <w:spacing w:after="0" w:line="254" w:lineRule="exact"/>
              <w:ind w:left="13"/>
              <w:jc w:val="center"/>
              <w:rPr>
                <w:rFonts w:cs="Times New Roman"/>
              </w:rPr>
            </w:pPr>
            <w:r w:rsidRPr="005675DC">
              <w:rPr>
                <w:rFonts w:cs="Times New Roman"/>
                <w:spacing w:val="-4"/>
              </w:rPr>
              <w:t>0.03</w:t>
            </w:r>
          </w:p>
        </w:tc>
        <w:tc>
          <w:tcPr>
            <w:tcW w:w="847" w:type="dxa"/>
          </w:tcPr>
          <w:p w14:paraId="27FB19E4" w14:textId="77777777" w:rsidR="00794935" w:rsidRPr="005675DC" w:rsidRDefault="00794935" w:rsidP="00794935">
            <w:pPr>
              <w:widowControl w:val="0"/>
              <w:autoSpaceDE w:val="0"/>
              <w:autoSpaceDN w:val="0"/>
              <w:spacing w:after="0" w:line="254" w:lineRule="exact"/>
              <w:ind w:left="37" w:right="17"/>
              <w:jc w:val="center"/>
              <w:rPr>
                <w:rFonts w:cs="Times New Roman"/>
              </w:rPr>
            </w:pPr>
            <w:r w:rsidRPr="005675DC">
              <w:rPr>
                <w:rFonts w:cs="Times New Roman"/>
                <w:spacing w:val="-4"/>
              </w:rPr>
              <w:t>0.01</w:t>
            </w:r>
          </w:p>
        </w:tc>
        <w:tc>
          <w:tcPr>
            <w:tcW w:w="847" w:type="dxa"/>
          </w:tcPr>
          <w:p w14:paraId="671CF6C0" w14:textId="77777777" w:rsidR="00794935" w:rsidRPr="005675DC" w:rsidRDefault="00794935" w:rsidP="00794935">
            <w:pPr>
              <w:widowControl w:val="0"/>
              <w:autoSpaceDE w:val="0"/>
              <w:autoSpaceDN w:val="0"/>
              <w:spacing w:after="0" w:line="254" w:lineRule="exact"/>
              <w:ind w:left="39" w:right="17"/>
              <w:jc w:val="center"/>
              <w:rPr>
                <w:rFonts w:cs="Times New Roman"/>
              </w:rPr>
            </w:pPr>
            <w:r w:rsidRPr="005675DC">
              <w:rPr>
                <w:rFonts w:cs="Times New Roman"/>
                <w:spacing w:val="-4"/>
              </w:rPr>
              <w:t>0.02</w:t>
            </w:r>
          </w:p>
        </w:tc>
        <w:tc>
          <w:tcPr>
            <w:tcW w:w="908" w:type="dxa"/>
          </w:tcPr>
          <w:p w14:paraId="5D33030F" w14:textId="77777777" w:rsidR="00794935" w:rsidRPr="005675DC" w:rsidRDefault="00794935" w:rsidP="00794935">
            <w:pPr>
              <w:widowControl w:val="0"/>
              <w:autoSpaceDE w:val="0"/>
              <w:autoSpaceDN w:val="0"/>
              <w:spacing w:after="0" w:line="254" w:lineRule="exact"/>
              <w:ind w:left="28"/>
              <w:jc w:val="center"/>
              <w:rPr>
                <w:rFonts w:cs="Times New Roman"/>
                <w:b/>
              </w:rPr>
            </w:pPr>
            <w:r w:rsidRPr="005675DC">
              <w:rPr>
                <w:rFonts w:cs="Times New Roman"/>
                <w:b/>
                <w:spacing w:val="-4"/>
              </w:rPr>
              <w:t>0.02</w:t>
            </w:r>
          </w:p>
        </w:tc>
      </w:tr>
      <w:tr w:rsidR="00794935" w:rsidRPr="005675DC" w14:paraId="2CAC3B5E" w14:textId="77777777" w:rsidTr="00685DD7">
        <w:trPr>
          <w:trHeight w:val="274"/>
        </w:trPr>
        <w:tc>
          <w:tcPr>
            <w:tcW w:w="2608" w:type="dxa"/>
          </w:tcPr>
          <w:p w14:paraId="40D35573" w14:textId="77777777" w:rsidR="00794935" w:rsidRPr="005675DC" w:rsidRDefault="00794935" w:rsidP="00794935">
            <w:pPr>
              <w:widowControl w:val="0"/>
              <w:autoSpaceDE w:val="0"/>
              <w:autoSpaceDN w:val="0"/>
              <w:spacing w:before="3" w:after="0" w:line="251" w:lineRule="exact"/>
              <w:ind w:left="771"/>
              <w:rPr>
                <w:rFonts w:cs="Times New Roman"/>
              </w:rPr>
            </w:pPr>
            <w:r w:rsidRPr="005675DC">
              <w:rPr>
                <w:rFonts w:cs="Times New Roman"/>
              </w:rPr>
              <w:t>C.D.</w:t>
            </w:r>
            <w:r w:rsidRPr="005675DC">
              <w:rPr>
                <w:rFonts w:cs="Times New Roman"/>
                <w:spacing w:val="-1"/>
              </w:rPr>
              <w:t xml:space="preserve"> </w:t>
            </w:r>
            <w:r w:rsidRPr="005675DC">
              <w:rPr>
                <w:rFonts w:cs="Times New Roman"/>
              </w:rPr>
              <w:t xml:space="preserve">at </w:t>
            </w:r>
            <w:r w:rsidRPr="005675DC">
              <w:rPr>
                <w:rFonts w:cs="Times New Roman"/>
                <w:spacing w:val="-5"/>
              </w:rPr>
              <w:t>5%</w:t>
            </w:r>
          </w:p>
        </w:tc>
        <w:tc>
          <w:tcPr>
            <w:tcW w:w="848" w:type="dxa"/>
          </w:tcPr>
          <w:p w14:paraId="0682065B" w14:textId="77777777" w:rsidR="00794935" w:rsidRPr="005675DC" w:rsidRDefault="00794935" w:rsidP="00794935">
            <w:pPr>
              <w:widowControl w:val="0"/>
              <w:autoSpaceDE w:val="0"/>
              <w:autoSpaceDN w:val="0"/>
              <w:spacing w:before="3" w:after="0" w:line="251" w:lineRule="exact"/>
              <w:ind w:left="21" w:right="16"/>
              <w:jc w:val="center"/>
              <w:rPr>
                <w:rFonts w:cs="Times New Roman"/>
              </w:rPr>
            </w:pPr>
            <w:r w:rsidRPr="005675DC">
              <w:rPr>
                <w:rFonts w:cs="Times New Roman"/>
                <w:spacing w:val="-4"/>
              </w:rPr>
              <w:t>0.05</w:t>
            </w:r>
          </w:p>
        </w:tc>
        <w:tc>
          <w:tcPr>
            <w:tcW w:w="845" w:type="dxa"/>
          </w:tcPr>
          <w:p w14:paraId="453A81E9" w14:textId="77777777" w:rsidR="00794935" w:rsidRPr="005675DC" w:rsidRDefault="00794935" w:rsidP="00794935">
            <w:pPr>
              <w:widowControl w:val="0"/>
              <w:autoSpaceDE w:val="0"/>
              <w:autoSpaceDN w:val="0"/>
              <w:spacing w:before="3" w:after="0" w:line="251" w:lineRule="exact"/>
              <w:ind w:left="9"/>
              <w:jc w:val="center"/>
              <w:rPr>
                <w:rFonts w:cs="Times New Roman"/>
              </w:rPr>
            </w:pPr>
            <w:r w:rsidRPr="005675DC">
              <w:rPr>
                <w:rFonts w:cs="Times New Roman"/>
                <w:spacing w:val="-4"/>
              </w:rPr>
              <w:t>0.06</w:t>
            </w:r>
          </w:p>
        </w:tc>
        <w:tc>
          <w:tcPr>
            <w:tcW w:w="721" w:type="dxa"/>
          </w:tcPr>
          <w:p w14:paraId="7096B1F7" w14:textId="77777777" w:rsidR="00794935" w:rsidRPr="005675DC" w:rsidRDefault="00794935" w:rsidP="00794935">
            <w:pPr>
              <w:widowControl w:val="0"/>
              <w:autoSpaceDE w:val="0"/>
              <w:autoSpaceDN w:val="0"/>
              <w:spacing w:before="3" w:after="0" w:line="251" w:lineRule="exact"/>
              <w:ind w:left="8" w:right="5"/>
              <w:jc w:val="center"/>
              <w:rPr>
                <w:rFonts w:cs="Times New Roman"/>
              </w:rPr>
            </w:pPr>
            <w:r w:rsidRPr="005675DC">
              <w:rPr>
                <w:rFonts w:cs="Times New Roman"/>
                <w:spacing w:val="-4"/>
              </w:rPr>
              <w:t>0.06</w:t>
            </w:r>
          </w:p>
        </w:tc>
        <w:tc>
          <w:tcPr>
            <w:tcW w:w="847" w:type="dxa"/>
          </w:tcPr>
          <w:p w14:paraId="60364744" w14:textId="77777777" w:rsidR="00794935" w:rsidRPr="005675DC" w:rsidRDefault="00794935" w:rsidP="00794935">
            <w:pPr>
              <w:widowControl w:val="0"/>
              <w:autoSpaceDE w:val="0"/>
              <w:autoSpaceDN w:val="0"/>
              <w:spacing w:before="3" w:after="0" w:line="251" w:lineRule="exact"/>
              <w:ind w:left="29" w:right="17"/>
              <w:jc w:val="center"/>
              <w:rPr>
                <w:rFonts w:cs="Times New Roman"/>
              </w:rPr>
            </w:pPr>
            <w:r w:rsidRPr="005675DC">
              <w:rPr>
                <w:rFonts w:cs="Times New Roman"/>
                <w:spacing w:val="-4"/>
              </w:rPr>
              <w:t>0.07</w:t>
            </w:r>
          </w:p>
        </w:tc>
        <w:tc>
          <w:tcPr>
            <w:tcW w:w="847" w:type="dxa"/>
          </w:tcPr>
          <w:p w14:paraId="1D58E355" w14:textId="77777777" w:rsidR="00794935" w:rsidRPr="005675DC" w:rsidRDefault="00794935" w:rsidP="00794935">
            <w:pPr>
              <w:widowControl w:val="0"/>
              <w:autoSpaceDE w:val="0"/>
              <w:autoSpaceDN w:val="0"/>
              <w:spacing w:before="3" w:after="0" w:line="251" w:lineRule="exact"/>
              <w:ind w:left="31" w:right="17"/>
              <w:jc w:val="center"/>
              <w:rPr>
                <w:rFonts w:cs="Times New Roman"/>
              </w:rPr>
            </w:pPr>
            <w:r w:rsidRPr="005675DC">
              <w:rPr>
                <w:rFonts w:cs="Times New Roman"/>
                <w:spacing w:val="-4"/>
              </w:rPr>
              <w:t>0.12</w:t>
            </w:r>
          </w:p>
        </w:tc>
        <w:tc>
          <w:tcPr>
            <w:tcW w:w="731" w:type="dxa"/>
          </w:tcPr>
          <w:p w14:paraId="7615EF5E" w14:textId="77777777" w:rsidR="00794935" w:rsidRPr="005675DC" w:rsidRDefault="00794935" w:rsidP="00794935">
            <w:pPr>
              <w:widowControl w:val="0"/>
              <w:autoSpaceDE w:val="0"/>
              <w:autoSpaceDN w:val="0"/>
              <w:spacing w:before="3" w:after="0" w:line="251" w:lineRule="exact"/>
              <w:ind w:left="13"/>
              <w:jc w:val="center"/>
              <w:rPr>
                <w:rFonts w:cs="Times New Roman"/>
              </w:rPr>
            </w:pPr>
            <w:r w:rsidRPr="005675DC">
              <w:rPr>
                <w:rFonts w:cs="Times New Roman"/>
                <w:spacing w:val="-4"/>
              </w:rPr>
              <w:t>0.11</w:t>
            </w:r>
          </w:p>
        </w:tc>
        <w:tc>
          <w:tcPr>
            <w:tcW w:w="847" w:type="dxa"/>
          </w:tcPr>
          <w:p w14:paraId="428CF1E5" w14:textId="77777777" w:rsidR="00794935" w:rsidRPr="005675DC" w:rsidRDefault="00794935" w:rsidP="00794935">
            <w:pPr>
              <w:widowControl w:val="0"/>
              <w:autoSpaceDE w:val="0"/>
              <w:autoSpaceDN w:val="0"/>
              <w:spacing w:before="3" w:after="0" w:line="251" w:lineRule="exact"/>
              <w:ind w:left="37" w:right="17"/>
              <w:jc w:val="center"/>
              <w:rPr>
                <w:rFonts w:cs="Times New Roman"/>
              </w:rPr>
            </w:pPr>
            <w:r w:rsidRPr="005675DC">
              <w:rPr>
                <w:rFonts w:cs="Times New Roman"/>
                <w:spacing w:val="-4"/>
              </w:rPr>
              <w:t>0.05</w:t>
            </w:r>
          </w:p>
        </w:tc>
        <w:tc>
          <w:tcPr>
            <w:tcW w:w="847" w:type="dxa"/>
          </w:tcPr>
          <w:p w14:paraId="3428A4B3" w14:textId="77777777" w:rsidR="00794935" w:rsidRPr="005675DC" w:rsidRDefault="00794935" w:rsidP="00794935">
            <w:pPr>
              <w:widowControl w:val="0"/>
              <w:autoSpaceDE w:val="0"/>
              <w:autoSpaceDN w:val="0"/>
              <w:spacing w:before="3" w:after="0" w:line="251" w:lineRule="exact"/>
              <w:ind w:left="39" w:right="17"/>
              <w:jc w:val="center"/>
              <w:rPr>
                <w:rFonts w:cs="Times New Roman"/>
              </w:rPr>
            </w:pPr>
            <w:r w:rsidRPr="005675DC">
              <w:rPr>
                <w:rFonts w:cs="Times New Roman"/>
                <w:spacing w:val="-4"/>
              </w:rPr>
              <w:t>0.08</w:t>
            </w:r>
          </w:p>
        </w:tc>
        <w:tc>
          <w:tcPr>
            <w:tcW w:w="908" w:type="dxa"/>
          </w:tcPr>
          <w:p w14:paraId="16433DF2" w14:textId="77777777" w:rsidR="00794935" w:rsidRPr="005675DC" w:rsidRDefault="00794935" w:rsidP="00794935">
            <w:pPr>
              <w:widowControl w:val="0"/>
              <w:autoSpaceDE w:val="0"/>
              <w:autoSpaceDN w:val="0"/>
              <w:spacing w:before="3" w:after="0" w:line="251" w:lineRule="exact"/>
              <w:ind w:left="28"/>
              <w:jc w:val="center"/>
              <w:rPr>
                <w:rFonts w:cs="Times New Roman"/>
                <w:b/>
              </w:rPr>
            </w:pPr>
            <w:r w:rsidRPr="005675DC">
              <w:rPr>
                <w:rFonts w:cs="Times New Roman"/>
                <w:b/>
                <w:spacing w:val="-4"/>
              </w:rPr>
              <w:t>0.09</w:t>
            </w:r>
          </w:p>
        </w:tc>
      </w:tr>
    </w:tbl>
    <w:p w14:paraId="666E3F71" w14:textId="77777777" w:rsidR="00794935" w:rsidRPr="005675DC" w:rsidRDefault="00794935" w:rsidP="00794935">
      <w:pPr>
        <w:widowControl w:val="0"/>
        <w:autoSpaceDE w:val="0"/>
        <w:autoSpaceDN w:val="0"/>
        <w:spacing w:before="3" w:after="0" w:line="242" w:lineRule="auto"/>
        <w:ind w:left="436" w:right="2894"/>
        <w:rPr>
          <w:rFonts w:cs="Times New Roman"/>
          <w:sz w:val="22"/>
        </w:rPr>
      </w:pPr>
      <w:r w:rsidRPr="005675DC">
        <w:rPr>
          <w:rFonts w:cs="Times New Roman"/>
          <w:sz w:val="22"/>
        </w:rPr>
        <w:t>DAS;</w:t>
      </w:r>
      <w:r w:rsidRPr="005675DC">
        <w:rPr>
          <w:rFonts w:cs="Times New Roman"/>
          <w:spacing w:val="-4"/>
          <w:sz w:val="22"/>
        </w:rPr>
        <w:t xml:space="preserve"> </w:t>
      </w:r>
      <w:r w:rsidRPr="005675DC">
        <w:rPr>
          <w:rFonts w:cs="Times New Roman"/>
          <w:sz w:val="22"/>
        </w:rPr>
        <w:t>Days</w:t>
      </w:r>
      <w:r w:rsidRPr="005675DC">
        <w:rPr>
          <w:rFonts w:cs="Times New Roman"/>
          <w:spacing w:val="-4"/>
          <w:sz w:val="22"/>
        </w:rPr>
        <w:t xml:space="preserve"> </w:t>
      </w:r>
      <w:r w:rsidRPr="005675DC">
        <w:rPr>
          <w:rFonts w:cs="Times New Roman"/>
          <w:sz w:val="22"/>
        </w:rPr>
        <w:t>After</w:t>
      </w:r>
      <w:r w:rsidRPr="005675DC">
        <w:rPr>
          <w:rFonts w:cs="Times New Roman"/>
          <w:spacing w:val="-4"/>
          <w:sz w:val="22"/>
        </w:rPr>
        <w:t xml:space="preserve"> </w:t>
      </w:r>
      <w:r w:rsidRPr="005675DC">
        <w:rPr>
          <w:rFonts w:cs="Times New Roman"/>
          <w:sz w:val="22"/>
        </w:rPr>
        <w:t>Sowing,</w:t>
      </w:r>
      <w:r w:rsidRPr="005675DC">
        <w:rPr>
          <w:rFonts w:cs="Times New Roman"/>
          <w:spacing w:val="-2"/>
          <w:sz w:val="22"/>
        </w:rPr>
        <w:t xml:space="preserve"> </w:t>
      </w:r>
      <w:r w:rsidRPr="005675DC">
        <w:rPr>
          <w:rFonts w:cs="Times New Roman"/>
          <w:sz w:val="22"/>
        </w:rPr>
        <w:t>S.</w:t>
      </w:r>
      <w:r w:rsidRPr="005675DC">
        <w:rPr>
          <w:rFonts w:cs="Times New Roman"/>
          <w:spacing w:val="-6"/>
          <w:sz w:val="22"/>
        </w:rPr>
        <w:t xml:space="preserve"> </w:t>
      </w:r>
      <w:r w:rsidRPr="005675DC">
        <w:rPr>
          <w:rFonts w:cs="Times New Roman"/>
          <w:sz w:val="22"/>
        </w:rPr>
        <w:t>Em</w:t>
      </w:r>
      <w:r w:rsidRPr="005675DC">
        <w:rPr>
          <w:rFonts w:cs="Times New Roman"/>
          <w:spacing w:val="-6"/>
          <w:sz w:val="22"/>
        </w:rPr>
        <w:t xml:space="preserve"> </w:t>
      </w:r>
      <w:r w:rsidRPr="005675DC">
        <w:rPr>
          <w:rFonts w:cs="Times New Roman"/>
          <w:sz w:val="22"/>
        </w:rPr>
        <w:t>±;</w:t>
      </w:r>
      <w:r w:rsidRPr="005675DC">
        <w:rPr>
          <w:rFonts w:cs="Times New Roman"/>
          <w:spacing w:val="-4"/>
          <w:sz w:val="22"/>
        </w:rPr>
        <w:t xml:space="preserve"> </w:t>
      </w:r>
      <w:r w:rsidRPr="005675DC">
        <w:rPr>
          <w:rFonts w:cs="Times New Roman"/>
          <w:sz w:val="22"/>
        </w:rPr>
        <w:t>Standard</w:t>
      </w:r>
      <w:r w:rsidRPr="005675DC">
        <w:rPr>
          <w:rFonts w:cs="Times New Roman"/>
          <w:spacing w:val="-5"/>
          <w:sz w:val="22"/>
        </w:rPr>
        <w:t xml:space="preserve"> </w:t>
      </w:r>
      <w:r w:rsidRPr="005675DC">
        <w:rPr>
          <w:rFonts w:cs="Times New Roman"/>
          <w:sz w:val="22"/>
        </w:rPr>
        <w:t>Error</w:t>
      </w:r>
      <w:r w:rsidRPr="005675DC">
        <w:rPr>
          <w:rFonts w:cs="Times New Roman"/>
          <w:spacing w:val="-4"/>
          <w:sz w:val="22"/>
        </w:rPr>
        <w:t xml:space="preserve"> </w:t>
      </w:r>
      <w:r w:rsidRPr="005675DC">
        <w:rPr>
          <w:rFonts w:cs="Times New Roman"/>
          <w:sz w:val="22"/>
        </w:rPr>
        <w:t>Mean,</w:t>
      </w:r>
      <w:r w:rsidRPr="005675DC">
        <w:rPr>
          <w:rFonts w:cs="Times New Roman"/>
          <w:spacing w:val="-2"/>
          <w:sz w:val="22"/>
        </w:rPr>
        <w:t xml:space="preserve"> </w:t>
      </w:r>
      <w:r w:rsidRPr="005675DC">
        <w:rPr>
          <w:rFonts w:cs="Times New Roman"/>
          <w:sz w:val="22"/>
        </w:rPr>
        <w:t>CD;</w:t>
      </w:r>
      <w:r w:rsidRPr="005675DC">
        <w:rPr>
          <w:rFonts w:cs="Times New Roman"/>
          <w:spacing w:val="-4"/>
          <w:sz w:val="22"/>
        </w:rPr>
        <w:t xml:space="preserve"> </w:t>
      </w:r>
      <w:r w:rsidRPr="005675DC">
        <w:rPr>
          <w:rFonts w:cs="Times New Roman"/>
          <w:sz w:val="22"/>
        </w:rPr>
        <w:t>Critical</w:t>
      </w:r>
      <w:r w:rsidRPr="005675DC">
        <w:rPr>
          <w:rFonts w:cs="Times New Roman"/>
          <w:spacing w:val="-4"/>
          <w:sz w:val="22"/>
        </w:rPr>
        <w:t xml:space="preserve"> </w:t>
      </w:r>
      <w:r w:rsidRPr="005675DC">
        <w:rPr>
          <w:rFonts w:cs="Times New Roman"/>
          <w:sz w:val="22"/>
        </w:rPr>
        <w:t>Difference Figures in parenthesis indicate square root √(x+0.5) transformed values</w:t>
      </w:r>
    </w:p>
    <w:p w14:paraId="2E84B808" w14:textId="77777777" w:rsidR="00794935" w:rsidRPr="005675DC" w:rsidRDefault="00794935" w:rsidP="00794935">
      <w:pPr>
        <w:widowControl w:val="0"/>
        <w:autoSpaceDE w:val="0"/>
        <w:autoSpaceDN w:val="0"/>
        <w:spacing w:after="0" w:line="250" w:lineRule="exact"/>
        <w:ind w:left="436"/>
        <w:rPr>
          <w:rFonts w:cs="Times New Roman"/>
          <w:sz w:val="22"/>
        </w:rPr>
      </w:pPr>
      <w:r w:rsidRPr="005675DC">
        <w:rPr>
          <w:rFonts w:cs="Times New Roman"/>
          <w:sz w:val="22"/>
        </w:rPr>
        <w:t>In</w:t>
      </w:r>
      <w:r w:rsidRPr="005675DC">
        <w:rPr>
          <w:rFonts w:cs="Times New Roman"/>
          <w:spacing w:val="-1"/>
          <w:sz w:val="22"/>
        </w:rPr>
        <w:t xml:space="preserve"> </w:t>
      </w:r>
      <w:r w:rsidRPr="005675DC">
        <w:rPr>
          <w:rFonts w:cs="Times New Roman"/>
          <w:sz w:val="22"/>
        </w:rPr>
        <w:t>a</w:t>
      </w:r>
      <w:r w:rsidRPr="005675DC">
        <w:rPr>
          <w:rFonts w:cs="Times New Roman"/>
          <w:spacing w:val="-4"/>
          <w:sz w:val="22"/>
        </w:rPr>
        <w:t xml:space="preserve"> </w:t>
      </w:r>
      <w:r w:rsidRPr="005675DC">
        <w:rPr>
          <w:rFonts w:cs="Times New Roman"/>
          <w:sz w:val="22"/>
        </w:rPr>
        <w:t>column,</w:t>
      </w:r>
      <w:r w:rsidRPr="005675DC">
        <w:rPr>
          <w:rFonts w:cs="Times New Roman"/>
          <w:spacing w:val="-1"/>
          <w:sz w:val="22"/>
        </w:rPr>
        <w:t xml:space="preserve"> </w:t>
      </w:r>
      <w:r w:rsidRPr="005675DC">
        <w:rPr>
          <w:rFonts w:cs="Times New Roman"/>
          <w:sz w:val="22"/>
        </w:rPr>
        <w:t>means</w:t>
      </w:r>
      <w:r w:rsidRPr="005675DC">
        <w:rPr>
          <w:rFonts w:cs="Times New Roman"/>
          <w:spacing w:val="-4"/>
          <w:sz w:val="22"/>
        </w:rPr>
        <w:t xml:space="preserve"> </w:t>
      </w:r>
      <w:r w:rsidRPr="005675DC">
        <w:rPr>
          <w:rFonts w:cs="Times New Roman"/>
          <w:sz w:val="22"/>
        </w:rPr>
        <w:t>followed</w:t>
      </w:r>
      <w:r w:rsidRPr="005675DC">
        <w:rPr>
          <w:rFonts w:cs="Times New Roman"/>
          <w:spacing w:val="-4"/>
          <w:sz w:val="22"/>
        </w:rPr>
        <w:t xml:space="preserve"> </w:t>
      </w:r>
      <w:r w:rsidRPr="005675DC">
        <w:rPr>
          <w:rFonts w:cs="Times New Roman"/>
          <w:sz w:val="22"/>
        </w:rPr>
        <w:t>by</w:t>
      </w:r>
      <w:r w:rsidRPr="005675DC">
        <w:rPr>
          <w:rFonts w:cs="Times New Roman"/>
          <w:spacing w:val="-5"/>
          <w:sz w:val="22"/>
        </w:rPr>
        <w:t xml:space="preserve"> </w:t>
      </w:r>
      <w:r w:rsidRPr="005675DC">
        <w:rPr>
          <w:rFonts w:cs="Times New Roman"/>
          <w:sz w:val="22"/>
        </w:rPr>
        <w:t>same</w:t>
      </w:r>
      <w:r w:rsidRPr="005675DC">
        <w:rPr>
          <w:rFonts w:cs="Times New Roman"/>
          <w:spacing w:val="-3"/>
          <w:sz w:val="22"/>
        </w:rPr>
        <w:t xml:space="preserve"> </w:t>
      </w:r>
      <w:r w:rsidRPr="005675DC">
        <w:rPr>
          <w:rFonts w:cs="Times New Roman"/>
          <w:sz w:val="22"/>
        </w:rPr>
        <w:t>alphabet</w:t>
      </w:r>
      <w:r w:rsidRPr="005675DC">
        <w:rPr>
          <w:rFonts w:cs="Times New Roman"/>
          <w:spacing w:val="-4"/>
          <w:sz w:val="22"/>
        </w:rPr>
        <w:t xml:space="preserve"> </w:t>
      </w:r>
      <w:r w:rsidRPr="005675DC">
        <w:rPr>
          <w:rFonts w:cs="Times New Roman"/>
          <w:sz w:val="22"/>
        </w:rPr>
        <w:t>do</w:t>
      </w:r>
      <w:r w:rsidRPr="005675DC">
        <w:rPr>
          <w:rFonts w:cs="Times New Roman"/>
          <w:spacing w:val="-4"/>
          <w:sz w:val="22"/>
        </w:rPr>
        <w:t xml:space="preserve"> </w:t>
      </w:r>
      <w:r w:rsidRPr="005675DC">
        <w:rPr>
          <w:rFonts w:cs="Times New Roman"/>
          <w:sz w:val="22"/>
        </w:rPr>
        <w:t>not</w:t>
      </w:r>
      <w:r w:rsidRPr="005675DC">
        <w:rPr>
          <w:rFonts w:cs="Times New Roman"/>
          <w:spacing w:val="-8"/>
          <w:sz w:val="22"/>
        </w:rPr>
        <w:t xml:space="preserve"> </w:t>
      </w:r>
      <w:r w:rsidRPr="005675DC">
        <w:rPr>
          <w:rFonts w:cs="Times New Roman"/>
          <w:sz w:val="22"/>
        </w:rPr>
        <w:t>differ</w:t>
      </w:r>
      <w:r w:rsidRPr="005675DC">
        <w:rPr>
          <w:rFonts w:cs="Times New Roman"/>
          <w:spacing w:val="-3"/>
          <w:sz w:val="22"/>
        </w:rPr>
        <w:t xml:space="preserve"> </w:t>
      </w:r>
      <w:r w:rsidRPr="005675DC">
        <w:rPr>
          <w:rFonts w:cs="Times New Roman"/>
          <w:sz w:val="22"/>
        </w:rPr>
        <w:t>significantly</w:t>
      </w:r>
      <w:r w:rsidRPr="005675DC">
        <w:rPr>
          <w:rFonts w:cs="Times New Roman"/>
          <w:spacing w:val="-1"/>
          <w:sz w:val="22"/>
        </w:rPr>
        <w:t xml:space="preserve"> </w:t>
      </w:r>
      <w:r w:rsidRPr="005675DC">
        <w:rPr>
          <w:rFonts w:cs="Times New Roman"/>
          <w:sz w:val="22"/>
        </w:rPr>
        <w:t>(P=0.05)</w:t>
      </w:r>
      <w:r w:rsidRPr="005675DC">
        <w:rPr>
          <w:rFonts w:cs="Times New Roman"/>
          <w:spacing w:val="-7"/>
          <w:sz w:val="22"/>
        </w:rPr>
        <w:t xml:space="preserve"> </w:t>
      </w:r>
      <w:r w:rsidRPr="005675DC">
        <w:rPr>
          <w:rFonts w:cs="Times New Roman"/>
          <w:sz w:val="22"/>
        </w:rPr>
        <w:t>by</w:t>
      </w:r>
      <w:r w:rsidRPr="005675DC">
        <w:rPr>
          <w:rFonts w:cs="Times New Roman"/>
          <w:spacing w:val="-4"/>
          <w:sz w:val="22"/>
        </w:rPr>
        <w:t xml:space="preserve"> DMRT</w:t>
      </w:r>
    </w:p>
    <w:p w14:paraId="3494C68D" w14:textId="77777777" w:rsidR="00794935" w:rsidRPr="005675DC" w:rsidRDefault="00794935" w:rsidP="00794935">
      <w:pPr>
        <w:widowControl w:val="0"/>
        <w:autoSpaceDE w:val="0"/>
        <w:autoSpaceDN w:val="0"/>
        <w:spacing w:after="0" w:line="240" w:lineRule="auto"/>
        <w:rPr>
          <w:rFonts w:cs="Times New Roman"/>
          <w:sz w:val="22"/>
          <w:szCs w:val="24"/>
        </w:rPr>
      </w:pPr>
    </w:p>
    <w:p w14:paraId="4A91D92D" w14:textId="77777777" w:rsidR="00794935" w:rsidRPr="005675DC" w:rsidRDefault="00794935" w:rsidP="00794935">
      <w:pPr>
        <w:widowControl w:val="0"/>
        <w:autoSpaceDE w:val="0"/>
        <w:autoSpaceDN w:val="0"/>
        <w:spacing w:after="0" w:line="240" w:lineRule="auto"/>
        <w:rPr>
          <w:rFonts w:cs="Times New Roman"/>
          <w:sz w:val="22"/>
          <w:szCs w:val="24"/>
        </w:rPr>
      </w:pPr>
    </w:p>
    <w:p w14:paraId="584577E6" w14:textId="77777777" w:rsidR="00794935" w:rsidRPr="005675DC" w:rsidRDefault="00794935" w:rsidP="00794935">
      <w:pPr>
        <w:widowControl w:val="0"/>
        <w:autoSpaceDE w:val="0"/>
        <w:autoSpaceDN w:val="0"/>
        <w:spacing w:before="45" w:after="0" w:line="240" w:lineRule="auto"/>
        <w:rPr>
          <w:rFonts w:cs="Times New Roman"/>
          <w:sz w:val="22"/>
          <w:szCs w:val="24"/>
        </w:rPr>
      </w:pPr>
    </w:p>
    <w:p w14:paraId="7C15A99D" w14:textId="77777777" w:rsidR="00794935" w:rsidRPr="005675DC" w:rsidRDefault="00794935" w:rsidP="00794935">
      <w:pPr>
        <w:widowControl w:val="0"/>
        <w:autoSpaceDE w:val="0"/>
        <w:autoSpaceDN w:val="0"/>
        <w:spacing w:after="0" w:line="240" w:lineRule="auto"/>
        <w:ind w:left="436"/>
        <w:outlineLvl w:val="2"/>
        <w:rPr>
          <w:rFonts w:cs="Times New Roman"/>
          <w:b/>
          <w:bCs/>
          <w:szCs w:val="24"/>
        </w:rPr>
      </w:pPr>
      <w:r w:rsidRPr="005675DC">
        <w:rPr>
          <w:rFonts w:cs="Times New Roman"/>
          <w:b/>
          <w:bCs/>
          <w:szCs w:val="24"/>
        </w:rPr>
        <w:t>Table</w:t>
      </w:r>
      <w:r w:rsidRPr="005675DC">
        <w:rPr>
          <w:rFonts w:cs="Times New Roman"/>
          <w:b/>
          <w:bCs/>
          <w:spacing w:val="-2"/>
          <w:szCs w:val="24"/>
        </w:rPr>
        <w:t xml:space="preserve"> </w:t>
      </w:r>
      <w:r w:rsidRPr="005675DC">
        <w:rPr>
          <w:rFonts w:cs="Times New Roman"/>
          <w:b/>
          <w:bCs/>
          <w:szCs w:val="24"/>
        </w:rPr>
        <w:t>5:</w:t>
      </w:r>
      <w:r w:rsidRPr="005675DC">
        <w:rPr>
          <w:rFonts w:cs="Times New Roman"/>
          <w:b/>
          <w:bCs/>
          <w:spacing w:val="-3"/>
          <w:szCs w:val="24"/>
        </w:rPr>
        <w:t xml:space="preserve"> </w:t>
      </w:r>
      <w:r w:rsidRPr="005675DC">
        <w:rPr>
          <w:rFonts w:cs="Times New Roman"/>
          <w:b/>
          <w:bCs/>
          <w:szCs w:val="24"/>
        </w:rPr>
        <w:t>To</w:t>
      </w:r>
      <w:r w:rsidRPr="005675DC">
        <w:rPr>
          <w:rFonts w:cs="Times New Roman"/>
          <w:b/>
          <w:bCs/>
          <w:spacing w:val="-2"/>
          <w:szCs w:val="24"/>
        </w:rPr>
        <w:t xml:space="preserve"> </w:t>
      </w:r>
      <w:r w:rsidRPr="005675DC">
        <w:rPr>
          <w:rFonts w:cs="Times New Roman"/>
          <w:b/>
          <w:bCs/>
          <w:szCs w:val="24"/>
        </w:rPr>
        <w:t>evaluate habitat</w:t>
      </w:r>
      <w:r w:rsidRPr="005675DC">
        <w:rPr>
          <w:rFonts w:cs="Times New Roman"/>
          <w:b/>
          <w:bCs/>
          <w:spacing w:val="-2"/>
          <w:szCs w:val="24"/>
        </w:rPr>
        <w:t xml:space="preserve"> </w:t>
      </w:r>
      <w:r w:rsidRPr="005675DC">
        <w:rPr>
          <w:rFonts w:cs="Times New Roman"/>
          <w:b/>
          <w:bCs/>
          <w:szCs w:val="24"/>
        </w:rPr>
        <w:t>manipulation</w:t>
      </w:r>
      <w:r w:rsidRPr="005675DC">
        <w:rPr>
          <w:rFonts w:cs="Times New Roman"/>
          <w:b/>
          <w:bCs/>
          <w:spacing w:val="-2"/>
          <w:szCs w:val="24"/>
        </w:rPr>
        <w:t xml:space="preserve"> </w:t>
      </w:r>
      <w:r w:rsidRPr="005675DC">
        <w:rPr>
          <w:rFonts w:cs="Times New Roman"/>
          <w:b/>
          <w:bCs/>
          <w:szCs w:val="24"/>
        </w:rPr>
        <w:t>based</w:t>
      </w:r>
      <w:r w:rsidRPr="005675DC">
        <w:rPr>
          <w:rFonts w:cs="Times New Roman"/>
          <w:b/>
          <w:bCs/>
          <w:spacing w:val="-4"/>
          <w:szCs w:val="24"/>
        </w:rPr>
        <w:t xml:space="preserve"> </w:t>
      </w:r>
      <w:r w:rsidRPr="005675DC">
        <w:rPr>
          <w:rFonts w:cs="Times New Roman"/>
          <w:b/>
          <w:bCs/>
          <w:szCs w:val="24"/>
        </w:rPr>
        <w:t>modules</w:t>
      </w:r>
      <w:r w:rsidRPr="005675DC">
        <w:rPr>
          <w:rFonts w:cs="Times New Roman"/>
          <w:b/>
          <w:bCs/>
          <w:spacing w:val="-2"/>
          <w:szCs w:val="24"/>
        </w:rPr>
        <w:t xml:space="preserve"> </w:t>
      </w:r>
      <w:r w:rsidRPr="005675DC">
        <w:rPr>
          <w:rFonts w:cs="Times New Roman"/>
          <w:b/>
          <w:bCs/>
          <w:szCs w:val="24"/>
        </w:rPr>
        <w:t>against</w:t>
      </w:r>
      <w:r w:rsidRPr="005675DC">
        <w:rPr>
          <w:rFonts w:cs="Times New Roman"/>
          <w:b/>
          <w:bCs/>
          <w:spacing w:val="-1"/>
          <w:szCs w:val="24"/>
        </w:rPr>
        <w:t xml:space="preserve"> </w:t>
      </w:r>
      <w:r w:rsidRPr="005675DC">
        <w:rPr>
          <w:rFonts w:cs="Times New Roman"/>
          <w:b/>
          <w:bCs/>
          <w:szCs w:val="24"/>
        </w:rPr>
        <w:t>spiders</w:t>
      </w:r>
      <w:r w:rsidRPr="005675DC">
        <w:rPr>
          <w:rFonts w:cs="Times New Roman"/>
          <w:b/>
          <w:bCs/>
          <w:spacing w:val="-4"/>
          <w:szCs w:val="24"/>
        </w:rPr>
        <w:t xml:space="preserve"> </w:t>
      </w:r>
      <w:r w:rsidRPr="005675DC">
        <w:rPr>
          <w:rFonts w:cs="Times New Roman"/>
          <w:b/>
          <w:bCs/>
          <w:szCs w:val="24"/>
        </w:rPr>
        <w:t>in</w:t>
      </w:r>
      <w:r w:rsidRPr="005675DC">
        <w:rPr>
          <w:rFonts w:cs="Times New Roman"/>
          <w:b/>
          <w:bCs/>
          <w:spacing w:val="-3"/>
          <w:szCs w:val="24"/>
        </w:rPr>
        <w:t xml:space="preserve"> </w:t>
      </w:r>
      <w:r w:rsidRPr="005675DC">
        <w:rPr>
          <w:rFonts w:cs="Times New Roman"/>
          <w:b/>
          <w:bCs/>
          <w:spacing w:val="-4"/>
          <w:szCs w:val="24"/>
        </w:rPr>
        <w:t>okra</w:t>
      </w:r>
    </w:p>
    <w:p w14:paraId="6618DDED" w14:textId="77777777" w:rsidR="00794935" w:rsidRPr="005675DC" w:rsidRDefault="00794935" w:rsidP="00794935">
      <w:pPr>
        <w:widowControl w:val="0"/>
        <w:autoSpaceDE w:val="0"/>
        <w:autoSpaceDN w:val="0"/>
        <w:spacing w:before="10" w:after="1" w:line="240" w:lineRule="auto"/>
        <w:rPr>
          <w:rFonts w:cs="Times New Roman"/>
          <w:b/>
          <w:sz w:val="13"/>
          <w:szCs w:val="24"/>
        </w:rPr>
      </w:pPr>
    </w:p>
    <w:tbl>
      <w:tblPr>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804"/>
        <w:gridCol w:w="807"/>
        <w:gridCol w:w="807"/>
        <w:gridCol w:w="807"/>
        <w:gridCol w:w="803"/>
        <w:gridCol w:w="807"/>
        <w:gridCol w:w="807"/>
        <w:gridCol w:w="819"/>
        <w:gridCol w:w="964"/>
      </w:tblGrid>
      <w:tr w:rsidR="00794935" w:rsidRPr="005675DC" w14:paraId="3A158A59" w14:textId="77777777" w:rsidTr="00685DD7">
        <w:trPr>
          <w:trHeight w:val="438"/>
        </w:trPr>
        <w:tc>
          <w:tcPr>
            <w:tcW w:w="2552" w:type="dxa"/>
          </w:tcPr>
          <w:p w14:paraId="6306AA88" w14:textId="77777777" w:rsidR="00794935" w:rsidRPr="005675DC" w:rsidRDefault="00794935" w:rsidP="00794935">
            <w:pPr>
              <w:widowControl w:val="0"/>
              <w:autoSpaceDE w:val="0"/>
              <w:autoSpaceDN w:val="0"/>
              <w:spacing w:before="3" w:after="0" w:line="240" w:lineRule="auto"/>
              <w:ind w:left="679"/>
              <w:rPr>
                <w:rFonts w:cs="Times New Roman"/>
                <w:b/>
              </w:rPr>
            </w:pPr>
            <w:r w:rsidRPr="005675DC">
              <w:rPr>
                <w:rFonts w:cs="Times New Roman"/>
                <w:b/>
                <w:spacing w:val="-2"/>
              </w:rPr>
              <w:t>Treatments</w:t>
            </w:r>
          </w:p>
        </w:tc>
        <w:tc>
          <w:tcPr>
            <w:tcW w:w="6461" w:type="dxa"/>
            <w:gridSpan w:val="8"/>
          </w:tcPr>
          <w:p w14:paraId="11C910A8" w14:textId="77777777" w:rsidR="00794935" w:rsidRPr="005675DC" w:rsidRDefault="00794935" w:rsidP="00794935">
            <w:pPr>
              <w:widowControl w:val="0"/>
              <w:autoSpaceDE w:val="0"/>
              <w:autoSpaceDN w:val="0"/>
              <w:spacing w:before="3" w:after="0" w:line="240" w:lineRule="auto"/>
              <w:ind w:left="1980"/>
              <w:rPr>
                <w:rFonts w:cs="Times New Roman"/>
                <w:b/>
              </w:rPr>
            </w:pPr>
            <w:r w:rsidRPr="005675DC">
              <w:rPr>
                <w:rFonts w:cs="Times New Roman"/>
                <w:b/>
              </w:rPr>
              <w:t>Number</w:t>
            </w:r>
            <w:r w:rsidRPr="005675DC">
              <w:rPr>
                <w:rFonts w:cs="Times New Roman"/>
                <w:b/>
                <w:spacing w:val="-2"/>
              </w:rPr>
              <w:t xml:space="preserve"> </w:t>
            </w:r>
            <w:r w:rsidRPr="005675DC">
              <w:rPr>
                <w:rFonts w:cs="Times New Roman"/>
                <w:b/>
              </w:rPr>
              <w:t>of</w:t>
            </w:r>
            <w:r w:rsidRPr="005675DC">
              <w:rPr>
                <w:rFonts w:cs="Times New Roman"/>
                <w:b/>
                <w:spacing w:val="-2"/>
              </w:rPr>
              <w:t xml:space="preserve"> spiders/plant</w:t>
            </w:r>
          </w:p>
        </w:tc>
        <w:tc>
          <w:tcPr>
            <w:tcW w:w="964" w:type="dxa"/>
            <w:vMerge w:val="restart"/>
          </w:tcPr>
          <w:p w14:paraId="6990AA10" w14:textId="77777777" w:rsidR="00794935" w:rsidRPr="005675DC" w:rsidRDefault="00794935" w:rsidP="00794935">
            <w:pPr>
              <w:widowControl w:val="0"/>
              <w:autoSpaceDE w:val="0"/>
              <w:autoSpaceDN w:val="0"/>
              <w:spacing w:before="86" w:after="0" w:line="240" w:lineRule="auto"/>
              <w:rPr>
                <w:rFonts w:cs="Times New Roman"/>
                <w:b/>
              </w:rPr>
            </w:pPr>
          </w:p>
          <w:p w14:paraId="6DD90805" w14:textId="77777777" w:rsidR="00794935" w:rsidRPr="005675DC" w:rsidRDefault="00794935" w:rsidP="00794935">
            <w:pPr>
              <w:widowControl w:val="0"/>
              <w:autoSpaceDE w:val="0"/>
              <w:autoSpaceDN w:val="0"/>
              <w:spacing w:before="1" w:after="0" w:line="240" w:lineRule="auto"/>
              <w:ind w:left="196"/>
              <w:rPr>
                <w:rFonts w:cs="Times New Roman"/>
                <w:b/>
              </w:rPr>
            </w:pPr>
            <w:r w:rsidRPr="005675DC">
              <w:rPr>
                <w:rFonts w:cs="Times New Roman"/>
                <w:b/>
                <w:spacing w:val="-4"/>
              </w:rPr>
              <w:t>Mean</w:t>
            </w:r>
          </w:p>
        </w:tc>
      </w:tr>
      <w:tr w:rsidR="00794935" w:rsidRPr="005675DC" w14:paraId="5F6B2924" w14:textId="77777777" w:rsidTr="00685DD7">
        <w:trPr>
          <w:trHeight w:val="710"/>
        </w:trPr>
        <w:tc>
          <w:tcPr>
            <w:tcW w:w="2552" w:type="dxa"/>
          </w:tcPr>
          <w:p w14:paraId="67694CC6" w14:textId="77777777" w:rsidR="00794935" w:rsidRPr="005675DC" w:rsidRDefault="00794935" w:rsidP="00794935">
            <w:pPr>
              <w:widowControl w:val="0"/>
              <w:autoSpaceDE w:val="0"/>
              <w:autoSpaceDN w:val="0"/>
              <w:spacing w:after="0" w:line="240" w:lineRule="auto"/>
              <w:rPr>
                <w:rFonts w:cs="Times New Roman"/>
                <w:sz w:val="22"/>
              </w:rPr>
            </w:pPr>
          </w:p>
        </w:tc>
        <w:tc>
          <w:tcPr>
            <w:tcW w:w="804" w:type="dxa"/>
          </w:tcPr>
          <w:p w14:paraId="4DB33CF8" w14:textId="77777777" w:rsidR="00794935" w:rsidRPr="005675DC" w:rsidRDefault="00794935" w:rsidP="00794935">
            <w:pPr>
              <w:widowControl w:val="0"/>
              <w:autoSpaceDE w:val="0"/>
              <w:autoSpaceDN w:val="0"/>
              <w:spacing w:after="0" w:line="275" w:lineRule="exact"/>
              <w:ind w:left="9" w:right="3"/>
              <w:jc w:val="center"/>
              <w:rPr>
                <w:rFonts w:cs="Times New Roman"/>
                <w:b/>
              </w:rPr>
            </w:pPr>
            <w:r w:rsidRPr="005675DC">
              <w:rPr>
                <w:rFonts w:cs="Times New Roman"/>
                <w:b/>
                <w:spacing w:val="-5"/>
              </w:rPr>
              <w:t>30</w:t>
            </w:r>
          </w:p>
          <w:p w14:paraId="7036C54A" w14:textId="77777777" w:rsidR="00794935" w:rsidRPr="005675DC" w:rsidRDefault="00794935" w:rsidP="00794935">
            <w:pPr>
              <w:widowControl w:val="0"/>
              <w:autoSpaceDE w:val="0"/>
              <w:autoSpaceDN w:val="0"/>
              <w:spacing w:after="0" w:line="240" w:lineRule="auto"/>
              <w:ind w:left="9" w:right="8"/>
              <w:jc w:val="center"/>
              <w:rPr>
                <w:rFonts w:cs="Times New Roman"/>
                <w:b/>
              </w:rPr>
            </w:pPr>
            <w:r w:rsidRPr="005675DC">
              <w:rPr>
                <w:rFonts w:cs="Times New Roman"/>
                <w:b/>
                <w:spacing w:val="-5"/>
              </w:rPr>
              <w:t>DAS</w:t>
            </w:r>
          </w:p>
        </w:tc>
        <w:tc>
          <w:tcPr>
            <w:tcW w:w="807" w:type="dxa"/>
          </w:tcPr>
          <w:p w14:paraId="003BA7DD" w14:textId="77777777" w:rsidR="00794935" w:rsidRPr="005675DC" w:rsidRDefault="00794935" w:rsidP="00794935">
            <w:pPr>
              <w:widowControl w:val="0"/>
              <w:autoSpaceDE w:val="0"/>
              <w:autoSpaceDN w:val="0"/>
              <w:spacing w:after="0" w:line="275" w:lineRule="exact"/>
              <w:ind w:left="25" w:right="14"/>
              <w:jc w:val="center"/>
              <w:rPr>
                <w:rFonts w:cs="Times New Roman"/>
                <w:b/>
              </w:rPr>
            </w:pPr>
            <w:r w:rsidRPr="005675DC">
              <w:rPr>
                <w:rFonts w:cs="Times New Roman"/>
                <w:b/>
                <w:spacing w:val="-5"/>
              </w:rPr>
              <w:t>40</w:t>
            </w:r>
          </w:p>
          <w:p w14:paraId="0BA3860E" w14:textId="77777777" w:rsidR="00794935" w:rsidRPr="005675DC" w:rsidRDefault="00794935" w:rsidP="00794935">
            <w:pPr>
              <w:widowControl w:val="0"/>
              <w:autoSpaceDE w:val="0"/>
              <w:autoSpaceDN w:val="0"/>
              <w:spacing w:after="0" w:line="240" w:lineRule="auto"/>
              <w:ind w:left="25" w:right="18"/>
              <w:jc w:val="center"/>
              <w:rPr>
                <w:rFonts w:cs="Times New Roman"/>
                <w:b/>
              </w:rPr>
            </w:pPr>
            <w:r w:rsidRPr="005675DC">
              <w:rPr>
                <w:rFonts w:cs="Times New Roman"/>
                <w:b/>
                <w:spacing w:val="-5"/>
              </w:rPr>
              <w:t>DAS</w:t>
            </w:r>
          </w:p>
        </w:tc>
        <w:tc>
          <w:tcPr>
            <w:tcW w:w="807" w:type="dxa"/>
          </w:tcPr>
          <w:p w14:paraId="1B5A867B" w14:textId="77777777" w:rsidR="00794935" w:rsidRPr="005675DC" w:rsidRDefault="00794935" w:rsidP="00794935">
            <w:pPr>
              <w:widowControl w:val="0"/>
              <w:autoSpaceDE w:val="0"/>
              <w:autoSpaceDN w:val="0"/>
              <w:spacing w:after="0" w:line="275" w:lineRule="exact"/>
              <w:ind w:left="25" w:right="19"/>
              <w:jc w:val="center"/>
              <w:rPr>
                <w:rFonts w:cs="Times New Roman"/>
                <w:b/>
              </w:rPr>
            </w:pPr>
            <w:r w:rsidRPr="005675DC">
              <w:rPr>
                <w:rFonts w:cs="Times New Roman"/>
                <w:b/>
                <w:spacing w:val="-5"/>
              </w:rPr>
              <w:t>50</w:t>
            </w:r>
          </w:p>
          <w:p w14:paraId="7AE5D1CC" w14:textId="77777777" w:rsidR="00794935" w:rsidRPr="005675DC" w:rsidRDefault="00794935" w:rsidP="00794935">
            <w:pPr>
              <w:widowControl w:val="0"/>
              <w:autoSpaceDE w:val="0"/>
              <w:autoSpaceDN w:val="0"/>
              <w:spacing w:after="0" w:line="240" w:lineRule="auto"/>
              <w:ind w:left="25" w:right="24"/>
              <w:jc w:val="center"/>
              <w:rPr>
                <w:rFonts w:cs="Times New Roman"/>
                <w:b/>
              </w:rPr>
            </w:pPr>
            <w:r w:rsidRPr="005675DC">
              <w:rPr>
                <w:rFonts w:cs="Times New Roman"/>
                <w:b/>
                <w:spacing w:val="-5"/>
              </w:rPr>
              <w:t>DAS</w:t>
            </w:r>
          </w:p>
        </w:tc>
        <w:tc>
          <w:tcPr>
            <w:tcW w:w="807" w:type="dxa"/>
          </w:tcPr>
          <w:p w14:paraId="5DAE67BF" w14:textId="77777777" w:rsidR="00794935" w:rsidRPr="005675DC" w:rsidRDefault="00794935" w:rsidP="00794935">
            <w:pPr>
              <w:widowControl w:val="0"/>
              <w:autoSpaceDE w:val="0"/>
              <w:autoSpaceDN w:val="0"/>
              <w:spacing w:after="0" w:line="275" w:lineRule="exact"/>
              <w:ind w:left="25" w:right="17"/>
              <w:jc w:val="center"/>
              <w:rPr>
                <w:rFonts w:cs="Times New Roman"/>
                <w:b/>
              </w:rPr>
            </w:pPr>
            <w:r w:rsidRPr="005675DC">
              <w:rPr>
                <w:rFonts w:cs="Times New Roman"/>
                <w:b/>
                <w:spacing w:val="-5"/>
              </w:rPr>
              <w:t>60</w:t>
            </w:r>
          </w:p>
          <w:p w14:paraId="06CEEA86" w14:textId="77777777" w:rsidR="00794935" w:rsidRPr="005675DC" w:rsidRDefault="00794935" w:rsidP="00794935">
            <w:pPr>
              <w:widowControl w:val="0"/>
              <w:autoSpaceDE w:val="0"/>
              <w:autoSpaceDN w:val="0"/>
              <w:spacing w:after="0" w:line="240" w:lineRule="auto"/>
              <w:ind w:left="25" w:right="21"/>
              <w:jc w:val="center"/>
              <w:rPr>
                <w:rFonts w:cs="Times New Roman"/>
                <w:b/>
              </w:rPr>
            </w:pPr>
            <w:r w:rsidRPr="005675DC">
              <w:rPr>
                <w:rFonts w:cs="Times New Roman"/>
                <w:b/>
                <w:spacing w:val="-5"/>
              </w:rPr>
              <w:t>DAS</w:t>
            </w:r>
          </w:p>
        </w:tc>
        <w:tc>
          <w:tcPr>
            <w:tcW w:w="803" w:type="dxa"/>
          </w:tcPr>
          <w:p w14:paraId="4B07CBE1" w14:textId="77777777" w:rsidR="00794935" w:rsidRPr="005675DC" w:rsidRDefault="00794935" w:rsidP="00794935">
            <w:pPr>
              <w:widowControl w:val="0"/>
              <w:autoSpaceDE w:val="0"/>
              <w:autoSpaceDN w:val="0"/>
              <w:spacing w:after="0" w:line="275" w:lineRule="exact"/>
              <w:ind w:left="18" w:right="3"/>
              <w:jc w:val="center"/>
              <w:rPr>
                <w:rFonts w:cs="Times New Roman"/>
                <w:b/>
              </w:rPr>
            </w:pPr>
            <w:r w:rsidRPr="005675DC">
              <w:rPr>
                <w:rFonts w:cs="Times New Roman"/>
                <w:b/>
                <w:spacing w:val="-5"/>
              </w:rPr>
              <w:t>70</w:t>
            </w:r>
          </w:p>
          <w:p w14:paraId="05254F3C" w14:textId="77777777" w:rsidR="00794935" w:rsidRPr="005675DC" w:rsidRDefault="00794935" w:rsidP="00794935">
            <w:pPr>
              <w:widowControl w:val="0"/>
              <w:autoSpaceDE w:val="0"/>
              <w:autoSpaceDN w:val="0"/>
              <w:spacing w:after="0" w:line="240" w:lineRule="auto"/>
              <w:ind w:left="18" w:right="8"/>
              <w:jc w:val="center"/>
              <w:rPr>
                <w:rFonts w:cs="Times New Roman"/>
                <w:b/>
              </w:rPr>
            </w:pPr>
            <w:r w:rsidRPr="005675DC">
              <w:rPr>
                <w:rFonts w:cs="Times New Roman"/>
                <w:b/>
                <w:spacing w:val="-5"/>
              </w:rPr>
              <w:t>DAS</w:t>
            </w:r>
          </w:p>
        </w:tc>
        <w:tc>
          <w:tcPr>
            <w:tcW w:w="807" w:type="dxa"/>
          </w:tcPr>
          <w:p w14:paraId="035D51C5" w14:textId="77777777" w:rsidR="00794935" w:rsidRPr="005675DC" w:rsidRDefault="00794935" w:rsidP="00794935">
            <w:pPr>
              <w:widowControl w:val="0"/>
              <w:autoSpaceDE w:val="0"/>
              <w:autoSpaceDN w:val="0"/>
              <w:spacing w:after="0" w:line="275" w:lineRule="exact"/>
              <w:ind w:left="25" w:right="5"/>
              <w:jc w:val="center"/>
              <w:rPr>
                <w:rFonts w:cs="Times New Roman"/>
                <w:b/>
              </w:rPr>
            </w:pPr>
            <w:r w:rsidRPr="005675DC">
              <w:rPr>
                <w:rFonts w:cs="Times New Roman"/>
                <w:b/>
                <w:spacing w:val="-5"/>
              </w:rPr>
              <w:t>80</w:t>
            </w:r>
          </w:p>
          <w:p w14:paraId="2E16A30C" w14:textId="77777777" w:rsidR="00794935" w:rsidRPr="005675DC" w:rsidRDefault="00794935" w:rsidP="00794935">
            <w:pPr>
              <w:widowControl w:val="0"/>
              <w:autoSpaceDE w:val="0"/>
              <w:autoSpaceDN w:val="0"/>
              <w:spacing w:after="0" w:line="240" w:lineRule="auto"/>
              <w:ind w:left="25" w:right="8"/>
              <w:jc w:val="center"/>
              <w:rPr>
                <w:rFonts w:cs="Times New Roman"/>
                <w:b/>
              </w:rPr>
            </w:pPr>
            <w:r w:rsidRPr="005675DC">
              <w:rPr>
                <w:rFonts w:cs="Times New Roman"/>
                <w:b/>
                <w:spacing w:val="-5"/>
              </w:rPr>
              <w:t>DAS</w:t>
            </w:r>
          </w:p>
        </w:tc>
        <w:tc>
          <w:tcPr>
            <w:tcW w:w="807" w:type="dxa"/>
          </w:tcPr>
          <w:p w14:paraId="3579CAD8" w14:textId="77777777" w:rsidR="00794935" w:rsidRPr="005675DC" w:rsidRDefault="00794935" w:rsidP="00794935">
            <w:pPr>
              <w:widowControl w:val="0"/>
              <w:autoSpaceDE w:val="0"/>
              <w:autoSpaceDN w:val="0"/>
              <w:spacing w:after="0" w:line="275" w:lineRule="exact"/>
              <w:ind w:left="25" w:right="9"/>
              <w:jc w:val="center"/>
              <w:rPr>
                <w:rFonts w:cs="Times New Roman"/>
                <w:b/>
              </w:rPr>
            </w:pPr>
            <w:r w:rsidRPr="005675DC">
              <w:rPr>
                <w:rFonts w:cs="Times New Roman"/>
                <w:b/>
                <w:spacing w:val="-5"/>
              </w:rPr>
              <w:t>90</w:t>
            </w:r>
          </w:p>
          <w:p w14:paraId="1C677EE3" w14:textId="77777777" w:rsidR="00794935" w:rsidRPr="005675DC" w:rsidRDefault="00794935" w:rsidP="00794935">
            <w:pPr>
              <w:widowControl w:val="0"/>
              <w:autoSpaceDE w:val="0"/>
              <w:autoSpaceDN w:val="0"/>
              <w:spacing w:after="0" w:line="240" w:lineRule="auto"/>
              <w:ind w:left="25" w:right="14"/>
              <w:jc w:val="center"/>
              <w:rPr>
                <w:rFonts w:cs="Times New Roman"/>
                <w:b/>
              </w:rPr>
            </w:pPr>
            <w:r w:rsidRPr="005675DC">
              <w:rPr>
                <w:rFonts w:cs="Times New Roman"/>
                <w:b/>
                <w:spacing w:val="-5"/>
              </w:rPr>
              <w:t>DAS</w:t>
            </w:r>
          </w:p>
        </w:tc>
        <w:tc>
          <w:tcPr>
            <w:tcW w:w="819" w:type="dxa"/>
          </w:tcPr>
          <w:p w14:paraId="497B89B4" w14:textId="77777777" w:rsidR="00794935" w:rsidRPr="005675DC" w:rsidRDefault="00794935" w:rsidP="00794935">
            <w:pPr>
              <w:widowControl w:val="0"/>
              <w:autoSpaceDE w:val="0"/>
              <w:autoSpaceDN w:val="0"/>
              <w:spacing w:after="0" w:line="275" w:lineRule="exact"/>
              <w:ind w:left="235"/>
              <w:rPr>
                <w:rFonts w:cs="Times New Roman"/>
                <w:b/>
              </w:rPr>
            </w:pPr>
            <w:r w:rsidRPr="005675DC">
              <w:rPr>
                <w:rFonts w:cs="Times New Roman"/>
                <w:b/>
                <w:spacing w:val="-5"/>
              </w:rPr>
              <w:t>100</w:t>
            </w:r>
          </w:p>
          <w:p w14:paraId="235EA3EC" w14:textId="77777777" w:rsidR="00794935" w:rsidRPr="005675DC" w:rsidRDefault="00794935" w:rsidP="00794935">
            <w:pPr>
              <w:widowControl w:val="0"/>
              <w:autoSpaceDE w:val="0"/>
              <w:autoSpaceDN w:val="0"/>
              <w:spacing w:after="0" w:line="240" w:lineRule="auto"/>
              <w:ind w:left="175"/>
              <w:rPr>
                <w:rFonts w:cs="Times New Roman"/>
                <w:b/>
              </w:rPr>
            </w:pPr>
            <w:r w:rsidRPr="005675DC">
              <w:rPr>
                <w:rFonts w:cs="Times New Roman"/>
                <w:b/>
                <w:spacing w:val="-5"/>
              </w:rPr>
              <w:t>DAS</w:t>
            </w:r>
          </w:p>
        </w:tc>
        <w:tc>
          <w:tcPr>
            <w:tcW w:w="964" w:type="dxa"/>
            <w:vMerge/>
            <w:tcBorders>
              <w:top w:val="nil"/>
            </w:tcBorders>
          </w:tcPr>
          <w:p w14:paraId="00C34CEF" w14:textId="77777777" w:rsidR="00794935" w:rsidRPr="005675DC" w:rsidRDefault="00794935" w:rsidP="00794935">
            <w:pPr>
              <w:widowControl w:val="0"/>
              <w:autoSpaceDE w:val="0"/>
              <w:autoSpaceDN w:val="0"/>
              <w:spacing w:after="0" w:line="240" w:lineRule="auto"/>
              <w:rPr>
                <w:rFonts w:cs="Times New Roman"/>
                <w:sz w:val="2"/>
                <w:szCs w:val="2"/>
              </w:rPr>
            </w:pPr>
          </w:p>
        </w:tc>
      </w:tr>
      <w:tr w:rsidR="00794935" w:rsidRPr="005675DC" w14:paraId="2D320F11" w14:textId="77777777" w:rsidTr="00685DD7">
        <w:trPr>
          <w:trHeight w:val="830"/>
        </w:trPr>
        <w:tc>
          <w:tcPr>
            <w:tcW w:w="2552" w:type="dxa"/>
          </w:tcPr>
          <w:p w14:paraId="2D162C63" w14:textId="77777777" w:rsidR="00794935" w:rsidRPr="005675DC" w:rsidRDefault="00794935" w:rsidP="00794935">
            <w:pPr>
              <w:widowControl w:val="0"/>
              <w:autoSpaceDE w:val="0"/>
              <w:autoSpaceDN w:val="0"/>
              <w:spacing w:before="5" w:after="0" w:line="240" w:lineRule="auto"/>
              <w:ind w:left="423" w:right="62" w:hanging="368"/>
              <w:rPr>
                <w:rFonts w:cs="Times New Roman"/>
              </w:rPr>
            </w:pPr>
            <w:r w:rsidRPr="005675DC">
              <w:rPr>
                <w:rFonts w:cs="Times New Roman"/>
                <w:b/>
                <w:position w:val="1"/>
              </w:rPr>
              <w:t>M</w:t>
            </w:r>
            <w:r w:rsidRPr="005675DC">
              <w:rPr>
                <w:rFonts w:cs="Times New Roman"/>
                <w:b/>
                <w:sz w:val="16"/>
              </w:rPr>
              <w:t>1</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bio-intensive</w:t>
            </w:r>
          </w:p>
          <w:p w14:paraId="46B19CE5" w14:textId="77777777" w:rsidR="00794935" w:rsidRPr="005675DC" w:rsidRDefault="00794935" w:rsidP="00794935">
            <w:pPr>
              <w:widowControl w:val="0"/>
              <w:autoSpaceDE w:val="0"/>
              <w:autoSpaceDN w:val="0"/>
              <w:spacing w:after="0" w:line="253" w:lineRule="exact"/>
              <w:ind w:left="423"/>
              <w:rPr>
                <w:rFonts w:cs="Times New Roman"/>
              </w:rPr>
            </w:pPr>
            <w:r w:rsidRPr="005675DC">
              <w:rPr>
                <w:rFonts w:cs="Times New Roman"/>
                <w:spacing w:val="-2"/>
              </w:rPr>
              <w:t>module</w:t>
            </w:r>
          </w:p>
        </w:tc>
        <w:tc>
          <w:tcPr>
            <w:tcW w:w="804" w:type="dxa"/>
          </w:tcPr>
          <w:p w14:paraId="26DCC93F"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0.35 </w:t>
            </w:r>
            <w:r w:rsidRPr="005675DC">
              <w:rPr>
                <w:rFonts w:cs="Times New Roman"/>
                <w:spacing w:val="-10"/>
                <w:vertAlign w:val="superscript"/>
              </w:rPr>
              <w:t>a</w:t>
            </w:r>
          </w:p>
          <w:p w14:paraId="7F21375F"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(0.58)</w:t>
            </w:r>
          </w:p>
        </w:tc>
        <w:tc>
          <w:tcPr>
            <w:tcW w:w="807" w:type="dxa"/>
          </w:tcPr>
          <w:p w14:paraId="38562E46" w14:textId="77777777" w:rsidR="00794935" w:rsidRPr="005675DC" w:rsidRDefault="00794935" w:rsidP="00794935">
            <w:pPr>
              <w:widowControl w:val="0"/>
              <w:autoSpaceDE w:val="0"/>
              <w:autoSpaceDN w:val="0"/>
              <w:spacing w:before="139" w:after="0" w:line="240" w:lineRule="auto"/>
              <w:ind w:left="128"/>
              <w:rPr>
                <w:rFonts w:cs="Times New Roman"/>
              </w:rPr>
            </w:pPr>
            <w:r w:rsidRPr="005675DC">
              <w:rPr>
                <w:rFonts w:cs="Times New Roman"/>
              </w:rPr>
              <w:t xml:space="preserve">0.50 </w:t>
            </w:r>
            <w:r w:rsidRPr="005675DC">
              <w:rPr>
                <w:rFonts w:cs="Times New Roman"/>
                <w:spacing w:val="-10"/>
                <w:vertAlign w:val="superscript"/>
              </w:rPr>
              <w:t>a</w:t>
            </w:r>
          </w:p>
          <w:p w14:paraId="5D3A0985" w14:textId="77777777" w:rsidR="00794935" w:rsidRPr="005675DC" w:rsidRDefault="00794935" w:rsidP="00794935">
            <w:pPr>
              <w:widowControl w:val="0"/>
              <w:autoSpaceDE w:val="0"/>
              <w:autoSpaceDN w:val="0"/>
              <w:spacing w:after="0" w:line="240" w:lineRule="auto"/>
              <w:ind w:left="116"/>
              <w:rPr>
                <w:rFonts w:cs="Times New Roman"/>
              </w:rPr>
            </w:pPr>
            <w:r w:rsidRPr="005675DC">
              <w:rPr>
                <w:rFonts w:cs="Times New Roman"/>
                <w:spacing w:val="-2"/>
              </w:rPr>
              <w:t>(0.70)</w:t>
            </w:r>
          </w:p>
        </w:tc>
        <w:tc>
          <w:tcPr>
            <w:tcW w:w="807" w:type="dxa"/>
          </w:tcPr>
          <w:p w14:paraId="168C2835" w14:textId="77777777" w:rsidR="00794935" w:rsidRPr="005675DC" w:rsidRDefault="00794935" w:rsidP="00794935">
            <w:pPr>
              <w:widowControl w:val="0"/>
              <w:autoSpaceDE w:val="0"/>
              <w:autoSpaceDN w:val="0"/>
              <w:spacing w:before="139" w:after="0" w:line="240" w:lineRule="auto"/>
              <w:ind w:left="125"/>
              <w:rPr>
                <w:rFonts w:cs="Times New Roman"/>
              </w:rPr>
            </w:pPr>
            <w:r w:rsidRPr="005675DC">
              <w:rPr>
                <w:rFonts w:cs="Times New Roman"/>
              </w:rPr>
              <w:t xml:space="preserve">0.64 </w:t>
            </w:r>
            <w:r w:rsidRPr="005675DC">
              <w:rPr>
                <w:rFonts w:cs="Times New Roman"/>
                <w:spacing w:val="-10"/>
                <w:vertAlign w:val="superscript"/>
              </w:rPr>
              <w:t>a</w:t>
            </w:r>
          </w:p>
          <w:p w14:paraId="19EF3A85" w14:textId="77777777" w:rsidR="00794935" w:rsidRPr="005675DC" w:rsidRDefault="00794935" w:rsidP="00794935">
            <w:pPr>
              <w:widowControl w:val="0"/>
              <w:autoSpaceDE w:val="0"/>
              <w:autoSpaceDN w:val="0"/>
              <w:spacing w:after="0" w:line="240" w:lineRule="auto"/>
              <w:ind w:left="112"/>
              <w:rPr>
                <w:rFonts w:cs="Times New Roman"/>
              </w:rPr>
            </w:pPr>
            <w:r w:rsidRPr="005675DC">
              <w:rPr>
                <w:rFonts w:cs="Times New Roman"/>
                <w:spacing w:val="-2"/>
              </w:rPr>
              <w:t>(0.79)</w:t>
            </w:r>
          </w:p>
        </w:tc>
        <w:tc>
          <w:tcPr>
            <w:tcW w:w="807" w:type="dxa"/>
          </w:tcPr>
          <w:p w14:paraId="09A4BBD0" w14:textId="77777777" w:rsidR="00794935" w:rsidRPr="005675DC" w:rsidRDefault="00794935" w:rsidP="00794935">
            <w:pPr>
              <w:widowControl w:val="0"/>
              <w:autoSpaceDE w:val="0"/>
              <w:autoSpaceDN w:val="0"/>
              <w:spacing w:before="139" w:after="0" w:line="240" w:lineRule="auto"/>
              <w:ind w:left="126"/>
              <w:rPr>
                <w:rFonts w:cs="Times New Roman"/>
              </w:rPr>
            </w:pPr>
            <w:r w:rsidRPr="005675DC">
              <w:rPr>
                <w:rFonts w:cs="Times New Roman"/>
              </w:rPr>
              <w:t xml:space="preserve">0.77 </w:t>
            </w:r>
            <w:r w:rsidRPr="005675DC">
              <w:rPr>
                <w:rFonts w:cs="Times New Roman"/>
                <w:spacing w:val="-10"/>
                <w:vertAlign w:val="superscript"/>
              </w:rPr>
              <w:t>a</w:t>
            </w:r>
          </w:p>
          <w:p w14:paraId="0FC5D695" w14:textId="77777777" w:rsidR="00794935" w:rsidRPr="005675DC" w:rsidRDefault="00794935" w:rsidP="00794935">
            <w:pPr>
              <w:widowControl w:val="0"/>
              <w:autoSpaceDE w:val="0"/>
              <w:autoSpaceDN w:val="0"/>
              <w:spacing w:after="0" w:line="240" w:lineRule="auto"/>
              <w:ind w:left="114"/>
              <w:rPr>
                <w:rFonts w:cs="Times New Roman"/>
              </w:rPr>
            </w:pPr>
            <w:r w:rsidRPr="005675DC">
              <w:rPr>
                <w:rFonts w:cs="Times New Roman"/>
                <w:spacing w:val="-2"/>
              </w:rPr>
              <w:t>(0.87)</w:t>
            </w:r>
          </w:p>
        </w:tc>
        <w:tc>
          <w:tcPr>
            <w:tcW w:w="803" w:type="dxa"/>
          </w:tcPr>
          <w:p w14:paraId="33C5D890" w14:textId="77777777" w:rsidR="00794935" w:rsidRPr="005675DC" w:rsidRDefault="00794935" w:rsidP="00794935">
            <w:pPr>
              <w:widowControl w:val="0"/>
              <w:autoSpaceDE w:val="0"/>
              <w:autoSpaceDN w:val="0"/>
              <w:spacing w:before="139" w:after="0" w:line="240" w:lineRule="auto"/>
              <w:ind w:left="127"/>
              <w:rPr>
                <w:rFonts w:cs="Times New Roman"/>
              </w:rPr>
            </w:pPr>
            <w:r w:rsidRPr="005675DC">
              <w:rPr>
                <w:rFonts w:cs="Times New Roman"/>
              </w:rPr>
              <w:t xml:space="preserve">0.85 </w:t>
            </w:r>
            <w:r w:rsidRPr="005675DC">
              <w:rPr>
                <w:rFonts w:cs="Times New Roman"/>
                <w:spacing w:val="-10"/>
                <w:vertAlign w:val="superscript"/>
              </w:rPr>
              <w:t>a</w:t>
            </w:r>
          </w:p>
          <w:p w14:paraId="4811DC43"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(0.91)</w:t>
            </w:r>
          </w:p>
        </w:tc>
        <w:tc>
          <w:tcPr>
            <w:tcW w:w="807" w:type="dxa"/>
          </w:tcPr>
          <w:p w14:paraId="703BC8E9" w14:textId="77777777" w:rsidR="00794935" w:rsidRPr="005675DC" w:rsidRDefault="00794935" w:rsidP="00794935">
            <w:pPr>
              <w:widowControl w:val="0"/>
              <w:autoSpaceDE w:val="0"/>
              <w:autoSpaceDN w:val="0"/>
              <w:spacing w:before="139" w:after="0" w:line="240" w:lineRule="auto"/>
              <w:ind w:left="133"/>
              <w:rPr>
                <w:rFonts w:cs="Times New Roman"/>
              </w:rPr>
            </w:pPr>
            <w:r w:rsidRPr="005675DC">
              <w:rPr>
                <w:rFonts w:cs="Times New Roman"/>
              </w:rPr>
              <w:t xml:space="preserve">0.90 </w:t>
            </w:r>
            <w:r w:rsidRPr="005675DC">
              <w:rPr>
                <w:rFonts w:cs="Times New Roman"/>
                <w:spacing w:val="-10"/>
                <w:vertAlign w:val="superscript"/>
              </w:rPr>
              <w:t>a</w:t>
            </w:r>
          </w:p>
          <w:p w14:paraId="409772ED" w14:textId="77777777" w:rsidR="00794935" w:rsidRPr="005675DC" w:rsidRDefault="00794935" w:rsidP="00794935">
            <w:pPr>
              <w:widowControl w:val="0"/>
              <w:autoSpaceDE w:val="0"/>
              <w:autoSpaceDN w:val="0"/>
              <w:spacing w:after="0" w:line="240" w:lineRule="auto"/>
              <w:ind w:left="120"/>
              <w:rPr>
                <w:rFonts w:cs="Times New Roman"/>
              </w:rPr>
            </w:pPr>
            <w:r w:rsidRPr="005675DC">
              <w:rPr>
                <w:rFonts w:cs="Times New Roman"/>
                <w:spacing w:val="-2"/>
              </w:rPr>
              <w:t>(0.94)</w:t>
            </w:r>
          </w:p>
        </w:tc>
        <w:tc>
          <w:tcPr>
            <w:tcW w:w="807" w:type="dxa"/>
          </w:tcPr>
          <w:p w14:paraId="0D20D7AD" w14:textId="77777777" w:rsidR="00794935" w:rsidRPr="005675DC" w:rsidRDefault="00794935" w:rsidP="00794935">
            <w:pPr>
              <w:widowControl w:val="0"/>
              <w:autoSpaceDE w:val="0"/>
              <w:autoSpaceDN w:val="0"/>
              <w:spacing w:before="139" w:after="0" w:line="240" w:lineRule="auto"/>
              <w:ind w:left="129"/>
              <w:rPr>
                <w:rFonts w:cs="Times New Roman"/>
              </w:rPr>
            </w:pPr>
            <w:r w:rsidRPr="005675DC">
              <w:rPr>
                <w:rFonts w:cs="Times New Roman"/>
              </w:rPr>
              <w:t xml:space="preserve">0.58 </w:t>
            </w:r>
            <w:r w:rsidRPr="005675DC">
              <w:rPr>
                <w:rFonts w:cs="Times New Roman"/>
                <w:spacing w:val="-10"/>
                <w:vertAlign w:val="superscript"/>
              </w:rPr>
              <w:t>a</w:t>
            </w:r>
          </w:p>
          <w:p w14:paraId="3FFEB8B4" w14:textId="77777777" w:rsidR="00794935" w:rsidRPr="005675DC" w:rsidRDefault="00794935" w:rsidP="00794935">
            <w:pPr>
              <w:widowControl w:val="0"/>
              <w:autoSpaceDE w:val="0"/>
              <w:autoSpaceDN w:val="0"/>
              <w:spacing w:after="0" w:line="240" w:lineRule="auto"/>
              <w:ind w:left="118"/>
              <w:rPr>
                <w:rFonts w:cs="Times New Roman"/>
              </w:rPr>
            </w:pPr>
            <w:r w:rsidRPr="005675DC">
              <w:rPr>
                <w:rFonts w:cs="Times New Roman"/>
                <w:spacing w:val="-2"/>
              </w:rPr>
              <w:t>(0.75)</w:t>
            </w:r>
          </w:p>
        </w:tc>
        <w:tc>
          <w:tcPr>
            <w:tcW w:w="819" w:type="dxa"/>
          </w:tcPr>
          <w:p w14:paraId="2A00955A" w14:textId="77777777" w:rsidR="00794935" w:rsidRPr="005675DC" w:rsidRDefault="00794935" w:rsidP="00794935">
            <w:pPr>
              <w:widowControl w:val="0"/>
              <w:autoSpaceDE w:val="0"/>
              <w:autoSpaceDN w:val="0"/>
              <w:spacing w:before="139" w:after="0" w:line="240" w:lineRule="auto"/>
              <w:ind w:left="139"/>
              <w:rPr>
                <w:rFonts w:cs="Times New Roman"/>
              </w:rPr>
            </w:pPr>
            <w:r w:rsidRPr="005675DC">
              <w:rPr>
                <w:rFonts w:cs="Times New Roman"/>
              </w:rPr>
              <w:t xml:space="preserve">0.40 </w:t>
            </w:r>
            <w:r w:rsidRPr="005675DC">
              <w:rPr>
                <w:rFonts w:cs="Times New Roman"/>
                <w:spacing w:val="-10"/>
                <w:vertAlign w:val="superscript"/>
              </w:rPr>
              <w:t>a</w:t>
            </w:r>
          </w:p>
          <w:p w14:paraId="736E6DDE" w14:textId="77777777" w:rsidR="00794935" w:rsidRPr="005675DC" w:rsidRDefault="00794935" w:rsidP="00794935">
            <w:pPr>
              <w:widowControl w:val="0"/>
              <w:autoSpaceDE w:val="0"/>
              <w:autoSpaceDN w:val="0"/>
              <w:spacing w:after="0" w:line="240" w:lineRule="auto"/>
              <w:ind w:left="127"/>
              <w:rPr>
                <w:rFonts w:cs="Times New Roman"/>
              </w:rPr>
            </w:pPr>
            <w:r w:rsidRPr="005675DC">
              <w:rPr>
                <w:rFonts w:cs="Times New Roman"/>
                <w:spacing w:val="-2"/>
              </w:rPr>
              <w:t>(0.62)</w:t>
            </w:r>
          </w:p>
        </w:tc>
        <w:tc>
          <w:tcPr>
            <w:tcW w:w="964" w:type="dxa"/>
          </w:tcPr>
          <w:p w14:paraId="6E79C51F" w14:textId="77777777" w:rsidR="00794935" w:rsidRPr="005675DC" w:rsidRDefault="00794935" w:rsidP="00794935">
            <w:pPr>
              <w:widowControl w:val="0"/>
              <w:autoSpaceDE w:val="0"/>
              <w:autoSpaceDN w:val="0"/>
              <w:spacing w:before="139" w:after="0" w:line="240" w:lineRule="auto"/>
              <w:ind w:left="208"/>
              <w:rPr>
                <w:rFonts w:cs="Times New Roman"/>
                <w:b/>
              </w:rPr>
            </w:pPr>
            <w:r w:rsidRPr="005675DC">
              <w:rPr>
                <w:rFonts w:cs="Times New Roman"/>
                <w:b/>
              </w:rPr>
              <w:t xml:space="preserve">0.62 </w:t>
            </w:r>
            <w:r w:rsidRPr="005675DC">
              <w:rPr>
                <w:rFonts w:cs="Times New Roman"/>
                <w:b/>
                <w:spacing w:val="-10"/>
                <w:vertAlign w:val="superscript"/>
              </w:rPr>
              <w:t>a</w:t>
            </w:r>
          </w:p>
          <w:p w14:paraId="508C309E" w14:textId="77777777" w:rsidR="00794935" w:rsidRPr="005675DC" w:rsidRDefault="00794935" w:rsidP="00794935">
            <w:pPr>
              <w:widowControl w:val="0"/>
              <w:autoSpaceDE w:val="0"/>
              <w:autoSpaceDN w:val="0"/>
              <w:spacing w:after="0" w:line="240" w:lineRule="auto"/>
              <w:ind w:left="200"/>
              <w:rPr>
                <w:rFonts w:cs="Times New Roman"/>
                <w:b/>
              </w:rPr>
            </w:pPr>
            <w:r w:rsidRPr="005675DC">
              <w:rPr>
                <w:rFonts w:cs="Times New Roman"/>
                <w:b/>
                <w:spacing w:val="-2"/>
              </w:rPr>
              <w:t>(0.78)</w:t>
            </w:r>
          </w:p>
        </w:tc>
      </w:tr>
      <w:tr w:rsidR="00794935" w:rsidRPr="005675DC" w14:paraId="6965AA5F" w14:textId="77777777" w:rsidTr="00685DD7">
        <w:trPr>
          <w:trHeight w:val="825"/>
        </w:trPr>
        <w:tc>
          <w:tcPr>
            <w:tcW w:w="2552" w:type="dxa"/>
          </w:tcPr>
          <w:p w14:paraId="7478C7B4" w14:textId="77777777" w:rsidR="00794935" w:rsidRPr="005675DC" w:rsidRDefault="00794935" w:rsidP="00794935">
            <w:pPr>
              <w:widowControl w:val="0"/>
              <w:autoSpaceDE w:val="0"/>
              <w:autoSpaceDN w:val="0"/>
              <w:spacing w:before="1" w:after="0" w:line="240" w:lineRule="auto"/>
              <w:ind w:left="423" w:right="62" w:hanging="368"/>
              <w:rPr>
                <w:rFonts w:cs="Times New Roman"/>
              </w:rPr>
            </w:pPr>
            <w:r w:rsidRPr="005675DC">
              <w:rPr>
                <w:rFonts w:cs="Times New Roman"/>
                <w:b/>
                <w:position w:val="1"/>
              </w:rPr>
              <w:t>M</w:t>
            </w:r>
            <w:r w:rsidRPr="005675DC">
              <w:rPr>
                <w:rFonts w:cs="Times New Roman"/>
                <w:b/>
                <w:sz w:val="16"/>
              </w:rPr>
              <w:t>2</w:t>
            </w:r>
            <w:r w:rsidRPr="005675DC">
              <w:rPr>
                <w:rFonts w:cs="Times New Roman"/>
                <w:position w:val="1"/>
              </w:rPr>
              <w:t>-Habitat</w:t>
            </w:r>
            <w:r w:rsidRPr="005675DC">
              <w:rPr>
                <w:rFonts w:cs="Times New Roman"/>
                <w:spacing w:val="-15"/>
                <w:position w:val="1"/>
              </w:rPr>
              <w:t xml:space="preserve"> </w:t>
            </w:r>
            <w:r w:rsidRPr="005675DC">
              <w:rPr>
                <w:rFonts w:cs="Times New Roman"/>
                <w:position w:val="1"/>
              </w:rPr>
              <w:t xml:space="preserve">manipulation </w:t>
            </w:r>
            <w:r w:rsidRPr="005675DC">
              <w:rPr>
                <w:rFonts w:cs="Times New Roman"/>
              </w:rPr>
              <w:t>based adoptable</w:t>
            </w:r>
          </w:p>
          <w:p w14:paraId="58923E00" w14:textId="77777777" w:rsidR="00794935" w:rsidRPr="005675DC" w:rsidRDefault="00794935" w:rsidP="00794935">
            <w:pPr>
              <w:widowControl w:val="0"/>
              <w:autoSpaceDE w:val="0"/>
              <w:autoSpaceDN w:val="0"/>
              <w:spacing w:after="0" w:line="253" w:lineRule="exact"/>
              <w:ind w:left="423"/>
              <w:rPr>
                <w:rFonts w:cs="Times New Roman"/>
              </w:rPr>
            </w:pPr>
            <w:r w:rsidRPr="005675DC">
              <w:rPr>
                <w:rFonts w:cs="Times New Roman"/>
                <w:spacing w:val="-2"/>
              </w:rPr>
              <w:t>module</w:t>
            </w:r>
          </w:p>
        </w:tc>
        <w:tc>
          <w:tcPr>
            <w:tcW w:w="804" w:type="dxa"/>
          </w:tcPr>
          <w:p w14:paraId="7D615858" w14:textId="77777777" w:rsidR="00794935" w:rsidRPr="005675DC" w:rsidRDefault="00794935" w:rsidP="00794935">
            <w:pPr>
              <w:widowControl w:val="0"/>
              <w:autoSpaceDE w:val="0"/>
              <w:autoSpaceDN w:val="0"/>
              <w:spacing w:before="139" w:after="0" w:line="240" w:lineRule="auto"/>
              <w:ind w:left="123"/>
              <w:rPr>
                <w:rFonts w:cs="Times New Roman"/>
              </w:rPr>
            </w:pPr>
            <w:r w:rsidRPr="005675DC">
              <w:rPr>
                <w:rFonts w:cs="Times New Roman"/>
              </w:rPr>
              <w:t xml:space="preserve">0.33 </w:t>
            </w:r>
            <w:r w:rsidRPr="005675DC">
              <w:rPr>
                <w:rFonts w:cs="Times New Roman"/>
                <w:spacing w:val="-10"/>
                <w:vertAlign w:val="superscript"/>
              </w:rPr>
              <w:t>a</w:t>
            </w:r>
          </w:p>
          <w:p w14:paraId="1A8719B6" w14:textId="77777777" w:rsidR="00794935" w:rsidRPr="005675DC" w:rsidRDefault="00794935" w:rsidP="00794935">
            <w:pPr>
              <w:widowControl w:val="0"/>
              <w:autoSpaceDE w:val="0"/>
              <w:autoSpaceDN w:val="0"/>
              <w:spacing w:after="0" w:line="240" w:lineRule="auto"/>
              <w:ind w:left="111"/>
              <w:rPr>
                <w:rFonts w:cs="Times New Roman"/>
              </w:rPr>
            </w:pPr>
            <w:r w:rsidRPr="005675DC">
              <w:rPr>
                <w:rFonts w:cs="Times New Roman"/>
                <w:spacing w:val="-2"/>
              </w:rPr>
              <w:t>(0.57)</w:t>
            </w:r>
          </w:p>
        </w:tc>
        <w:tc>
          <w:tcPr>
            <w:tcW w:w="807" w:type="dxa"/>
          </w:tcPr>
          <w:p w14:paraId="4BF22AC4" w14:textId="77777777" w:rsidR="00794935" w:rsidRPr="005675DC" w:rsidRDefault="00794935" w:rsidP="00794935">
            <w:pPr>
              <w:widowControl w:val="0"/>
              <w:autoSpaceDE w:val="0"/>
              <w:autoSpaceDN w:val="0"/>
              <w:spacing w:before="139" w:after="0" w:line="240" w:lineRule="auto"/>
              <w:ind w:left="128"/>
              <w:rPr>
                <w:rFonts w:cs="Times New Roman"/>
              </w:rPr>
            </w:pPr>
            <w:r w:rsidRPr="005675DC">
              <w:rPr>
                <w:rFonts w:cs="Times New Roman"/>
              </w:rPr>
              <w:t xml:space="preserve">0.45 </w:t>
            </w:r>
            <w:r w:rsidRPr="005675DC">
              <w:rPr>
                <w:rFonts w:cs="Times New Roman"/>
                <w:spacing w:val="-10"/>
                <w:vertAlign w:val="superscript"/>
              </w:rPr>
              <w:t>a</w:t>
            </w:r>
          </w:p>
          <w:p w14:paraId="245F7E44" w14:textId="77777777" w:rsidR="00794935" w:rsidRPr="005675DC" w:rsidRDefault="00794935" w:rsidP="00794935">
            <w:pPr>
              <w:widowControl w:val="0"/>
              <w:autoSpaceDE w:val="0"/>
              <w:autoSpaceDN w:val="0"/>
              <w:spacing w:after="0" w:line="240" w:lineRule="auto"/>
              <w:ind w:left="116"/>
              <w:rPr>
                <w:rFonts w:cs="Times New Roman"/>
              </w:rPr>
            </w:pPr>
            <w:r w:rsidRPr="005675DC">
              <w:rPr>
                <w:rFonts w:cs="Times New Roman"/>
                <w:spacing w:val="-2"/>
              </w:rPr>
              <w:t>(0.66)</w:t>
            </w:r>
          </w:p>
        </w:tc>
        <w:tc>
          <w:tcPr>
            <w:tcW w:w="807" w:type="dxa"/>
          </w:tcPr>
          <w:p w14:paraId="7E7BC11A" w14:textId="77777777" w:rsidR="00794935" w:rsidRPr="005675DC" w:rsidRDefault="00794935" w:rsidP="00794935">
            <w:pPr>
              <w:widowControl w:val="0"/>
              <w:autoSpaceDE w:val="0"/>
              <w:autoSpaceDN w:val="0"/>
              <w:spacing w:before="139" w:after="0" w:line="240" w:lineRule="auto"/>
              <w:ind w:left="125"/>
              <w:rPr>
                <w:rFonts w:cs="Times New Roman"/>
              </w:rPr>
            </w:pPr>
            <w:r w:rsidRPr="005675DC">
              <w:rPr>
                <w:rFonts w:cs="Times New Roman"/>
              </w:rPr>
              <w:t xml:space="preserve">0.60 </w:t>
            </w:r>
            <w:r w:rsidRPr="005675DC">
              <w:rPr>
                <w:rFonts w:cs="Times New Roman"/>
                <w:spacing w:val="-10"/>
                <w:vertAlign w:val="superscript"/>
              </w:rPr>
              <w:t>a</w:t>
            </w:r>
          </w:p>
          <w:p w14:paraId="6CAC10CF" w14:textId="77777777" w:rsidR="00794935" w:rsidRPr="005675DC" w:rsidRDefault="00794935" w:rsidP="00794935">
            <w:pPr>
              <w:widowControl w:val="0"/>
              <w:autoSpaceDE w:val="0"/>
              <w:autoSpaceDN w:val="0"/>
              <w:spacing w:after="0" w:line="240" w:lineRule="auto"/>
              <w:ind w:left="112"/>
              <w:rPr>
                <w:rFonts w:cs="Times New Roman"/>
              </w:rPr>
            </w:pPr>
            <w:r w:rsidRPr="005675DC">
              <w:rPr>
                <w:rFonts w:cs="Times New Roman"/>
                <w:spacing w:val="-2"/>
              </w:rPr>
              <w:t>(0.77)</w:t>
            </w:r>
          </w:p>
        </w:tc>
        <w:tc>
          <w:tcPr>
            <w:tcW w:w="807" w:type="dxa"/>
          </w:tcPr>
          <w:p w14:paraId="200DB389" w14:textId="77777777" w:rsidR="00794935" w:rsidRPr="005675DC" w:rsidRDefault="00794935" w:rsidP="00794935">
            <w:pPr>
              <w:widowControl w:val="0"/>
              <w:autoSpaceDE w:val="0"/>
              <w:autoSpaceDN w:val="0"/>
              <w:spacing w:before="139" w:after="0" w:line="240" w:lineRule="auto"/>
              <w:ind w:left="126"/>
              <w:rPr>
                <w:rFonts w:cs="Times New Roman"/>
              </w:rPr>
            </w:pPr>
            <w:r w:rsidRPr="005675DC">
              <w:rPr>
                <w:rFonts w:cs="Times New Roman"/>
              </w:rPr>
              <w:t xml:space="preserve">0.70 </w:t>
            </w:r>
            <w:r w:rsidRPr="005675DC">
              <w:rPr>
                <w:rFonts w:cs="Times New Roman"/>
                <w:spacing w:val="-10"/>
                <w:vertAlign w:val="superscript"/>
              </w:rPr>
              <w:t>a</w:t>
            </w:r>
          </w:p>
          <w:p w14:paraId="48AD5C9F" w14:textId="77777777" w:rsidR="00794935" w:rsidRPr="005675DC" w:rsidRDefault="00794935" w:rsidP="00794935">
            <w:pPr>
              <w:widowControl w:val="0"/>
              <w:autoSpaceDE w:val="0"/>
              <w:autoSpaceDN w:val="0"/>
              <w:spacing w:after="0" w:line="240" w:lineRule="auto"/>
              <w:ind w:left="114"/>
              <w:rPr>
                <w:rFonts w:cs="Times New Roman"/>
              </w:rPr>
            </w:pPr>
            <w:r w:rsidRPr="005675DC">
              <w:rPr>
                <w:rFonts w:cs="Times New Roman"/>
                <w:spacing w:val="-2"/>
              </w:rPr>
              <w:t>(0.83)</w:t>
            </w:r>
          </w:p>
        </w:tc>
        <w:tc>
          <w:tcPr>
            <w:tcW w:w="803" w:type="dxa"/>
          </w:tcPr>
          <w:p w14:paraId="3DC70F09" w14:textId="77777777" w:rsidR="00794935" w:rsidRPr="005675DC" w:rsidRDefault="00794935" w:rsidP="00794935">
            <w:pPr>
              <w:widowControl w:val="0"/>
              <w:autoSpaceDE w:val="0"/>
              <w:autoSpaceDN w:val="0"/>
              <w:spacing w:before="139" w:after="0" w:line="240" w:lineRule="auto"/>
              <w:ind w:left="127"/>
              <w:rPr>
                <w:rFonts w:cs="Times New Roman"/>
              </w:rPr>
            </w:pPr>
            <w:r w:rsidRPr="005675DC">
              <w:rPr>
                <w:rFonts w:cs="Times New Roman"/>
              </w:rPr>
              <w:t xml:space="preserve">0.80 </w:t>
            </w:r>
            <w:r w:rsidRPr="005675DC">
              <w:rPr>
                <w:rFonts w:cs="Times New Roman"/>
                <w:spacing w:val="-10"/>
                <w:vertAlign w:val="superscript"/>
              </w:rPr>
              <w:t>a</w:t>
            </w:r>
          </w:p>
          <w:p w14:paraId="1898ACDB" w14:textId="77777777" w:rsidR="00794935" w:rsidRPr="005675DC" w:rsidRDefault="00794935" w:rsidP="00794935">
            <w:pPr>
              <w:widowControl w:val="0"/>
              <w:autoSpaceDE w:val="0"/>
              <w:autoSpaceDN w:val="0"/>
              <w:spacing w:after="0" w:line="240" w:lineRule="auto"/>
              <w:ind w:left="115"/>
              <w:rPr>
                <w:rFonts w:cs="Times New Roman"/>
              </w:rPr>
            </w:pPr>
            <w:r w:rsidRPr="005675DC">
              <w:rPr>
                <w:rFonts w:cs="Times New Roman"/>
                <w:spacing w:val="-2"/>
              </w:rPr>
              <w:t>(0.89)</w:t>
            </w:r>
          </w:p>
        </w:tc>
        <w:tc>
          <w:tcPr>
            <w:tcW w:w="807" w:type="dxa"/>
          </w:tcPr>
          <w:p w14:paraId="342C0635" w14:textId="77777777" w:rsidR="00794935" w:rsidRPr="005675DC" w:rsidRDefault="00794935" w:rsidP="00794935">
            <w:pPr>
              <w:widowControl w:val="0"/>
              <w:autoSpaceDE w:val="0"/>
              <w:autoSpaceDN w:val="0"/>
              <w:spacing w:before="139" w:after="0" w:line="240" w:lineRule="auto"/>
              <w:ind w:left="133"/>
              <w:rPr>
                <w:rFonts w:cs="Times New Roman"/>
              </w:rPr>
            </w:pPr>
            <w:r w:rsidRPr="005675DC">
              <w:rPr>
                <w:rFonts w:cs="Times New Roman"/>
              </w:rPr>
              <w:t xml:space="preserve">0.87 </w:t>
            </w:r>
            <w:r w:rsidRPr="005675DC">
              <w:rPr>
                <w:rFonts w:cs="Times New Roman"/>
                <w:spacing w:val="-10"/>
                <w:vertAlign w:val="superscript"/>
              </w:rPr>
              <w:t>a</w:t>
            </w:r>
          </w:p>
          <w:p w14:paraId="17F6DF05" w14:textId="77777777" w:rsidR="00794935" w:rsidRPr="005675DC" w:rsidRDefault="00794935" w:rsidP="00794935">
            <w:pPr>
              <w:widowControl w:val="0"/>
              <w:autoSpaceDE w:val="0"/>
              <w:autoSpaceDN w:val="0"/>
              <w:spacing w:after="0" w:line="240" w:lineRule="auto"/>
              <w:ind w:left="120"/>
              <w:rPr>
                <w:rFonts w:cs="Times New Roman"/>
              </w:rPr>
            </w:pPr>
            <w:r w:rsidRPr="005675DC">
              <w:rPr>
                <w:rFonts w:cs="Times New Roman"/>
                <w:spacing w:val="-2"/>
              </w:rPr>
              <w:t>(0.92)</w:t>
            </w:r>
          </w:p>
        </w:tc>
        <w:tc>
          <w:tcPr>
            <w:tcW w:w="807" w:type="dxa"/>
          </w:tcPr>
          <w:p w14:paraId="74D68C65" w14:textId="77777777" w:rsidR="00794935" w:rsidRPr="005675DC" w:rsidRDefault="00794935" w:rsidP="00794935">
            <w:pPr>
              <w:widowControl w:val="0"/>
              <w:autoSpaceDE w:val="0"/>
              <w:autoSpaceDN w:val="0"/>
              <w:spacing w:before="139" w:after="0" w:line="240" w:lineRule="auto"/>
              <w:ind w:left="129"/>
              <w:rPr>
                <w:rFonts w:cs="Times New Roman"/>
              </w:rPr>
            </w:pPr>
            <w:r w:rsidRPr="005675DC">
              <w:rPr>
                <w:rFonts w:cs="Times New Roman"/>
              </w:rPr>
              <w:t xml:space="preserve">0.50 </w:t>
            </w:r>
            <w:r w:rsidRPr="005675DC">
              <w:rPr>
                <w:rFonts w:cs="Times New Roman"/>
                <w:spacing w:val="-10"/>
                <w:vertAlign w:val="superscript"/>
              </w:rPr>
              <w:t>a</w:t>
            </w:r>
          </w:p>
          <w:p w14:paraId="65D4E6C4" w14:textId="77777777" w:rsidR="00794935" w:rsidRPr="005675DC" w:rsidRDefault="00794935" w:rsidP="00794935">
            <w:pPr>
              <w:widowControl w:val="0"/>
              <w:autoSpaceDE w:val="0"/>
              <w:autoSpaceDN w:val="0"/>
              <w:spacing w:after="0" w:line="240" w:lineRule="auto"/>
              <w:ind w:left="118"/>
              <w:rPr>
                <w:rFonts w:cs="Times New Roman"/>
              </w:rPr>
            </w:pPr>
            <w:r w:rsidRPr="005675DC">
              <w:rPr>
                <w:rFonts w:cs="Times New Roman"/>
                <w:spacing w:val="-2"/>
              </w:rPr>
              <w:t>(0.70)</w:t>
            </w:r>
          </w:p>
        </w:tc>
        <w:tc>
          <w:tcPr>
            <w:tcW w:w="819" w:type="dxa"/>
          </w:tcPr>
          <w:p w14:paraId="33A5D295" w14:textId="77777777" w:rsidR="00794935" w:rsidRPr="005675DC" w:rsidRDefault="00794935" w:rsidP="00794935">
            <w:pPr>
              <w:widowControl w:val="0"/>
              <w:autoSpaceDE w:val="0"/>
              <w:autoSpaceDN w:val="0"/>
              <w:spacing w:before="139" w:after="0" w:line="240" w:lineRule="auto"/>
              <w:ind w:left="139"/>
              <w:rPr>
                <w:rFonts w:cs="Times New Roman"/>
              </w:rPr>
            </w:pPr>
            <w:r w:rsidRPr="005675DC">
              <w:rPr>
                <w:rFonts w:cs="Times New Roman"/>
              </w:rPr>
              <w:t xml:space="preserve">0.43 </w:t>
            </w:r>
            <w:r w:rsidRPr="005675DC">
              <w:rPr>
                <w:rFonts w:cs="Times New Roman"/>
                <w:spacing w:val="-10"/>
                <w:vertAlign w:val="superscript"/>
              </w:rPr>
              <w:t>a</w:t>
            </w:r>
          </w:p>
          <w:p w14:paraId="7B8C6EC0" w14:textId="77777777" w:rsidR="00794935" w:rsidRPr="005675DC" w:rsidRDefault="00794935" w:rsidP="00794935">
            <w:pPr>
              <w:widowControl w:val="0"/>
              <w:autoSpaceDE w:val="0"/>
              <w:autoSpaceDN w:val="0"/>
              <w:spacing w:after="0" w:line="240" w:lineRule="auto"/>
              <w:ind w:left="127"/>
              <w:rPr>
                <w:rFonts w:cs="Times New Roman"/>
              </w:rPr>
            </w:pPr>
            <w:r w:rsidRPr="005675DC">
              <w:rPr>
                <w:rFonts w:cs="Times New Roman"/>
                <w:spacing w:val="-2"/>
              </w:rPr>
              <w:t>(0.65)</w:t>
            </w:r>
          </w:p>
        </w:tc>
        <w:tc>
          <w:tcPr>
            <w:tcW w:w="964" w:type="dxa"/>
          </w:tcPr>
          <w:p w14:paraId="5581A6AC" w14:textId="77777777" w:rsidR="00794935" w:rsidRPr="005675DC" w:rsidRDefault="00794935" w:rsidP="00794935">
            <w:pPr>
              <w:widowControl w:val="0"/>
              <w:autoSpaceDE w:val="0"/>
              <w:autoSpaceDN w:val="0"/>
              <w:spacing w:before="139" w:after="0" w:line="240" w:lineRule="auto"/>
              <w:ind w:left="208"/>
              <w:rPr>
                <w:rFonts w:cs="Times New Roman"/>
                <w:b/>
              </w:rPr>
            </w:pPr>
            <w:r w:rsidRPr="005675DC">
              <w:rPr>
                <w:rFonts w:cs="Times New Roman"/>
                <w:b/>
              </w:rPr>
              <w:t xml:space="preserve">0.59 </w:t>
            </w:r>
            <w:r w:rsidRPr="005675DC">
              <w:rPr>
                <w:rFonts w:cs="Times New Roman"/>
                <w:b/>
                <w:spacing w:val="-10"/>
                <w:vertAlign w:val="superscript"/>
              </w:rPr>
              <w:t>a</w:t>
            </w:r>
          </w:p>
          <w:p w14:paraId="69E3F61D" w14:textId="77777777" w:rsidR="00794935" w:rsidRPr="005675DC" w:rsidRDefault="00794935" w:rsidP="00794935">
            <w:pPr>
              <w:widowControl w:val="0"/>
              <w:autoSpaceDE w:val="0"/>
              <w:autoSpaceDN w:val="0"/>
              <w:spacing w:after="0" w:line="240" w:lineRule="auto"/>
              <w:ind w:left="200"/>
              <w:rPr>
                <w:rFonts w:cs="Times New Roman"/>
                <w:b/>
              </w:rPr>
            </w:pPr>
            <w:r w:rsidRPr="005675DC">
              <w:rPr>
                <w:rFonts w:cs="Times New Roman"/>
                <w:b/>
                <w:spacing w:val="-2"/>
              </w:rPr>
              <w:t>(0.76)</w:t>
            </w:r>
          </w:p>
        </w:tc>
      </w:tr>
      <w:tr w:rsidR="00794935" w:rsidRPr="005675DC" w14:paraId="2CF7E5EA" w14:textId="77777777" w:rsidTr="00685DD7">
        <w:trPr>
          <w:trHeight w:val="554"/>
        </w:trPr>
        <w:tc>
          <w:tcPr>
            <w:tcW w:w="2552" w:type="dxa"/>
          </w:tcPr>
          <w:p w14:paraId="7C45F7AB" w14:textId="77777777" w:rsidR="00794935" w:rsidRPr="005675DC" w:rsidRDefault="00794935" w:rsidP="00794935">
            <w:pPr>
              <w:widowControl w:val="0"/>
              <w:autoSpaceDE w:val="0"/>
              <w:autoSpaceDN w:val="0"/>
              <w:spacing w:before="46" w:after="0" w:line="244" w:lineRule="exact"/>
              <w:ind w:left="431" w:right="267" w:hanging="376"/>
              <w:rPr>
                <w:rFonts w:cs="Times New Roman"/>
                <w:sz w:val="22"/>
              </w:rPr>
            </w:pPr>
            <w:r w:rsidRPr="005675DC">
              <w:rPr>
                <w:rFonts w:cs="Times New Roman"/>
                <w:b/>
                <w:position w:val="1"/>
              </w:rPr>
              <w:t>M</w:t>
            </w:r>
            <w:r w:rsidRPr="005675DC">
              <w:rPr>
                <w:rFonts w:cs="Times New Roman"/>
                <w:b/>
                <w:sz w:val="16"/>
              </w:rPr>
              <w:t>3</w:t>
            </w:r>
            <w:r w:rsidRPr="005675DC">
              <w:rPr>
                <w:rFonts w:cs="Times New Roman"/>
                <w:position w:val="1"/>
              </w:rPr>
              <w:t>-</w:t>
            </w:r>
            <w:r w:rsidRPr="005675DC">
              <w:rPr>
                <w:rFonts w:cs="Times New Roman"/>
                <w:position w:val="1"/>
                <w:sz w:val="22"/>
              </w:rPr>
              <w:t>Recommended</w:t>
            </w:r>
            <w:r w:rsidRPr="005675DC">
              <w:rPr>
                <w:rFonts w:cs="Times New Roman"/>
                <w:spacing w:val="-14"/>
                <w:position w:val="1"/>
                <w:sz w:val="22"/>
              </w:rPr>
              <w:t xml:space="preserve"> </w:t>
            </w:r>
            <w:r w:rsidRPr="005675DC">
              <w:rPr>
                <w:rFonts w:cs="Times New Roman"/>
                <w:position w:val="1"/>
                <w:sz w:val="22"/>
              </w:rPr>
              <w:t xml:space="preserve">Plant </w:t>
            </w:r>
            <w:r w:rsidRPr="005675DC">
              <w:rPr>
                <w:rFonts w:cs="Times New Roman"/>
                <w:spacing w:val="-2"/>
                <w:sz w:val="22"/>
              </w:rPr>
              <w:t>Protection</w:t>
            </w:r>
          </w:p>
        </w:tc>
        <w:tc>
          <w:tcPr>
            <w:tcW w:w="804" w:type="dxa"/>
          </w:tcPr>
          <w:p w14:paraId="233B5050" w14:textId="77777777" w:rsidR="00794935" w:rsidRPr="005675DC" w:rsidRDefault="00794935" w:rsidP="00794935">
            <w:pPr>
              <w:widowControl w:val="0"/>
              <w:autoSpaceDE w:val="0"/>
              <w:autoSpaceDN w:val="0"/>
              <w:spacing w:before="3" w:after="0" w:line="240" w:lineRule="auto"/>
              <w:ind w:left="119"/>
              <w:rPr>
                <w:rFonts w:cs="Times New Roman"/>
              </w:rPr>
            </w:pPr>
            <w:r w:rsidRPr="005675DC">
              <w:rPr>
                <w:rFonts w:cs="Times New Roman"/>
              </w:rPr>
              <w:t xml:space="preserve">0.20 </w:t>
            </w:r>
            <w:r w:rsidRPr="005675DC">
              <w:rPr>
                <w:rFonts w:cs="Times New Roman"/>
                <w:spacing w:val="-10"/>
                <w:vertAlign w:val="superscript"/>
              </w:rPr>
              <w:t>b</w:t>
            </w:r>
          </w:p>
          <w:p w14:paraId="3584C3D6"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(0.44)</w:t>
            </w:r>
          </w:p>
        </w:tc>
        <w:tc>
          <w:tcPr>
            <w:tcW w:w="807" w:type="dxa"/>
          </w:tcPr>
          <w:p w14:paraId="4159BA1D" w14:textId="77777777" w:rsidR="00794935" w:rsidRPr="005675DC" w:rsidRDefault="00794935" w:rsidP="00794935">
            <w:pPr>
              <w:widowControl w:val="0"/>
              <w:autoSpaceDE w:val="0"/>
              <w:autoSpaceDN w:val="0"/>
              <w:spacing w:before="3" w:after="0" w:line="240" w:lineRule="auto"/>
              <w:ind w:left="124"/>
              <w:rPr>
                <w:rFonts w:cs="Times New Roman"/>
              </w:rPr>
            </w:pPr>
            <w:r w:rsidRPr="005675DC">
              <w:rPr>
                <w:rFonts w:cs="Times New Roman"/>
              </w:rPr>
              <w:t>0.30</w:t>
            </w:r>
            <w:r w:rsidRPr="005675DC">
              <w:rPr>
                <w:rFonts w:cs="Times New Roman"/>
                <w:spacing w:val="-1"/>
              </w:rPr>
              <w:t xml:space="preserve"> </w:t>
            </w:r>
            <w:r w:rsidRPr="005675DC">
              <w:rPr>
                <w:rFonts w:cs="Times New Roman"/>
                <w:spacing w:val="-10"/>
                <w:vertAlign w:val="superscript"/>
              </w:rPr>
              <w:t>b</w:t>
            </w:r>
          </w:p>
          <w:p w14:paraId="2A45CE6B" w14:textId="77777777" w:rsidR="00794935" w:rsidRPr="005675DC" w:rsidRDefault="00794935" w:rsidP="00794935">
            <w:pPr>
              <w:widowControl w:val="0"/>
              <w:autoSpaceDE w:val="0"/>
              <w:autoSpaceDN w:val="0"/>
              <w:spacing w:after="0" w:line="255" w:lineRule="exact"/>
              <w:ind w:left="116"/>
              <w:rPr>
                <w:rFonts w:cs="Times New Roman"/>
              </w:rPr>
            </w:pPr>
            <w:r w:rsidRPr="005675DC">
              <w:rPr>
                <w:rFonts w:cs="Times New Roman"/>
                <w:spacing w:val="-2"/>
              </w:rPr>
              <w:t>(0.54)</w:t>
            </w:r>
          </w:p>
        </w:tc>
        <w:tc>
          <w:tcPr>
            <w:tcW w:w="807" w:type="dxa"/>
          </w:tcPr>
          <w:p w14:paraId="530C9737" w14:textId="77777777" w:rsidR="00794935" w:rsidRPr="005675DC" w:rsidRDefault="00794935" w:rsidP="00794935">
            <w:pPr>
              <w:widowControl w:val="0"/>
              <w:autoSpaceDE w:val="0"/>
              <w:autoSpaceDN w:val="0"/>
              <w:spacing w:before="3" w:after="0" w:line="240" w:lineRule="auto"/>
              <w:ind w:left="121"/>
              <w:rPr>
                <w:rFonts w:cs="Times New Roman"/>
              </w:rPr>
            </w:pPr>
            <w:r w:rsidRPr="005675DC">
              <w:rPr>
                <w:rFonts w:cs="Times New Roman"/>
              </w:rPr>
              <w:t xml:space="preserve">0.40 </w:t>
            </w:r>
            <w:r w:rsidRPr="005675DC">
              <w:rPr>
                <w:rFonts w:cs="Times New Roman"/>
                <w:spacing w:val="-10"/>
                <w:vertAlign w:val="superscript"/>
              </w:rPr>
              <w:t>b</w:t>
            </w:r>
          </w:p>
          <w:p w14:paraId="2512099A" w14:textId="77777777" w:rsidR="00794935" w:rsidRPr="005675DC" w:rsidRDefault="00794935" w:rsidP="00794935">
            <w:pPr>
              <w:widowControl w:val="0"/>
              <w:autoSpaceDE w:val="0"/>
              <w:autoSpaceDN w:val="0"/>
              <w:spacing w:after="0" w:line="255" w:lineRule="exact"/>
              <w:ind w:left="112"/>
              <w:rPr>
                <w:rFonts w:cs="Times New Roman"/>
              </w:rPr>
            </w:pPr>
            <w:r w:rsidRPr="005675DC">
              <w:rPr>
                <w:rFonts w:cs="Times New Roman"/>
                <w:spacing w:val="-2"/>
              </w:rPr>
              <w:t>(0.63)</w:t>
            </w:r>
          </w:p>
        </w:tc>
        <w:tc>
          <w:tcPr>
            <w:tcW w:w="807" w:type="dxa"/>
          </w:tcPr>
          <w:p w14:paraId="40070CA5" w14:textId="77777777" w:rsidR="00794935" w:rsidRPr="005675DC" w:rsidRDefault="00794935" w:rsidP="00794935">
            <w:pPr>
              <w:widowControl w:val="0"/>
              <w:autoSpaceDE w:val="0"/>
              <w:autoSpaceDN w:val="0"/>
              <w:spacing w:before="3" w:after="0" w:line="240" w:lineRule="auto"/>
              <w:ind w:left="122"/>
              <w:rPr>
                <w:rFonts w:cs="Times New Roman"/>
              </w:rPr>
            </w:pPr>
            <w:r w:rsidRPr="005675DC">
              <w:rPr>
                <w:rFonts w:cs="Times New Roman"/>
              </w:rPr>
              <w:t xml:space="preserve">0.40 </w:t>
            </w:r>
            <w:r w:rsidRPr="005675DC">
              <w:rPr>
                <w:rFonts w:cs="Times New Roman"/>
                <w:spacing w:val="-10"/>
                <w:vertAlign w:val="superscript"/>
              </w:rPr>
              <w:t>b</w:t>
            </w:r>
          </w:p>
          <w:p w14:paraId="697CFC84" w14:textId="77777777" w:rsidR="00794935" w:rsidRPr="005675DC" w:rsidRDefault="00794935" w:rsidP="00794935">
            <w:pPr>
              <w:widowControl w:val="0"/>
              <w:autoSpaceDE w:val="0"/>
              <w:autoSpaceDN w:val="0"/>
              <w:spacing w:after="0" w:line="255" w:lineRule="exact"/>
              <w:ind w:left="114"/>
              <w:rPr>
                <w:rFonts w:cs="Times New Roman"/>
              </w:rPr>
            </w:pPr>
            <w:r w:rsidRPr="005675DC">
              <w:rPr>
                <w:rFonts w:cs="Times New Roman"/>
                <w:spacing w:val="-2"/>
              </w:rPr>
              <w:t>(0.63)</w:t>
            </w:r>
          </w:p>
        </w:tc>
        <w:tc>
          <w:tcPr>
            <w:tcW w:w="803" w:type="dxa"/>
          </w:tcPr>
          <w:p w14:paraId="7AF04757" w14:textId="77777777" w:rsidR="00794935" w:rsidRPr="005675DC" w:rsidRDefault="00794935" w:rsidP="00794935">
            <w:pPr>
              <w:widowControl w:val="0"/>
              <w:autoSpaceDE w:val="0"/>
              <w:autoSpaceDN w:val="0"/>
              <w:spacing w:before="3" w:after="0" w:line="240" w:lineRule="auto"/>
              <w:ind w:left="123"/>
              <w:rPr>
                <w:rFonts w:cs="Times New Roman"/>
              </w:rPr>
            </w:pPr>
            <w:r w:rsidRPr="005675DC">
              <w:rPr>
                <w:rFonts w:cs="Times New Roman"/>
              </w:rPr>
              <w:t xml:space="preserve">0.10 </w:t>
            </w:r>
            <w:r w:rsidRPr="005675DC">
              <w:rPr>
                <w:rFonts w:cs="Times New Roman"/>
                <w:spacing w:val="-10"/>
                <w:vertAlign w:val="superscript"/>
              </w:rPr>
              <w:t>b</w:t>
            </w:r>
          </w:p>
          <w:p w14:paraId="6EEDCA51" w14:textId="77777777" w:rsidR="00794935" w:rsidRPr="005675DC" w:rsidRDefault="00794935" w:rsidP="00794935">
            <w:pPr>
              <w:widowControl w:val="0"/>
              <w:autoSpaceDE w:val="0"/>
              <w:autoSpaceDN w:val="0"/>
              <w:spacing w:after="0" w:line="255" w:lineRule="exact"/>
              <w:ind w:left="115"/>
              <w:rPr>
                <w:rFonts w:cs="Times New Roman"/>
              </w:rPr>
            </w:pPr>
            <w:r w:rsidRPr="005675DC">
              <w:rPr>
                <w:rFonts w:cs="Times New Roman"/>
                <w:spacing w:val="-2"/>
              </w:rPr>
              <w:t>(0.31)</w:t>
            </w:r>
          </w:p>
        </w:tc>
        <w:tc>
          <w:tcPr>
            <w:tcW w:w="807" w:type="dxa"/>
          </w:tcPr>
          <w:p w14:paraId="33776D0D" w14:textId="77777777" w:rsidR="00794935" w:rsidRPr="005675DC" w:rsidRDefault="00794935" w:rsidP="00794935">
            <w:pPr>
              <w:widowControl w:val="0"/>
              <w:autoSpaceDE w:val="0"/>
              <w:autoSpaceDN w:val="0"/>
              <w:spacing w:before="3" w:after="0" w:line="240" w:lineRule="auto"/>
              <w:ind w:left="128"/>
              <w:rPr>
                <w:rFonts w:cs="Times New Roman"/>
              </w:rPr>
            </w:pPr>
            <w:r w:rsidRPr="005675DC">
              <w:rPr>
                <w:rFonts w:cs="Times New Roman"/>
              </w:rPr>
              <w:t xml:space="preserve">0.05 </w:t>
            </w:r>
            <w:r w:rsidRPr="005675DC">
              <w:rPr>
                <w:rFonts w:cs="Times New Roman"/>
                <w:spacing w:val="-10"/>
                <w:vertAlign w:val="superscript"/>
              </w:rPr>
              <w:t>b</w:t>
            </w:r>
          </w:p>
          <w:p w14:paraId="079F6DA8" w14:textId="77777777" w:rsidR="00794935" w:rsidRPr="005675DC" w:rsidRDefault="00794935" w:rsidP="00794935">
            <w:pPr>
              <w:widowControl w:val="0"/>
              <w:autoSpaceDE w:val="0"/>
              <w:autoSpaceDN w:val="0"/>
              <w:spacing w:after="0" w:line="255" w:lineRule="exact"/>
              <w:ind w:left="120"/>
              <w:rPr>
                <w:rFonts w:cs="Times New Roman"/>
              </w:rPr>
            </w:pPr>
            <w:r w:rsidRPr="005675DC">
              <w:rPr>
                <w:rFonts w:cs="Times New Roman"/>
                <w:spacing w:val="-2"/>
              </w:rPr>
              <w:t>(0.22)</w:t>
            </w:r>
          </w:p>
        </w:tc>
        <w:tc>
          <w:tcPr>
            <w:tcW w:w="807" w:type="dxa"/>
          </w:tcPr>
          <w:p w14:paraId="0A3E8905" w14:textId="77777777" w:rsidR="00794935" w:rsidRPr="005675DC" w:rsidRDefault="00794935" w:rsidP="00794935">
            <w:pPr>
              <w:widowControl w:val="0"/>
              <w:autoSpaceDE w:val="0"/>
              <w:autoSpaceDN w:val="0"/>
              <w:spacing w:before="3" w:after="0" w:line="240" w:lineRule="auto"/>
              <w:ind w:left="126"/>
              <w:rPr>
                <w:rFonts w:cs="Times New Roman"/>
              </w:rPr>
            </w:pPr>
            <w:r w:rsidRPr="005675DC">
              <w:rPr>
                <w:rFonts w:cs="Times New Roman"/>
              </w:rPr>
              <w:t xml:space="preserve">0.30 </w:t>
            </w:r>
            <w:r w:rsidRPr="005675DC">
              <w:rPr>
                <w:rFonts w:cs="Times New Roman"/>
                <w:spacing w:val="-10"/>
                <w:vertAlign w:val="superscript"/>
              </w:rPr>
              <w:t>b</w:t>
            </w:r>
          </w:p>
          <w:p w14:paraId="1C1B4721" w14:textId="77777777" w:rsidR="00794935" w:rsidRPr="005675DC" w:rsidRDefault="00794935" w:rsidP="00794935">
            <w:pPr>
              <w:widowControl w:val="0"/>
              <w:autoSpaceDE w:val="0"/>
              <w:autoSpaceDN w:val="0"/>
              <w:spacing w:after="0" w:line="255" w:lineRule="exact"/>
              <w:ind w:left="118"/>
              <w:rPr>
                <w:rFonts w:cs="Times New Roman"/>
              </w:rPr>
            </w:pPr>
            <w:r w:rsidRPr="005675DC">
              <w:rPr>
                <w:rFonts w:cs="Times New Roman"/>
                <w:spacing w:val="-2"/>
              </w:rPr>
              <w:t>(0.54)</w:t>
            </w:r>
          </w:p>
        </w:tc>
        <w:tc>
          <w:tcPr>
            <w:tcW w:w="819" w:type="dxa"/>
          </w:tcPr>
          <w:p w14:paraId="5D848D4F" w14:textId="77777777" w:rsidR="00794935" w:rsidRPr="005675DC" w:rsidRDefault="00794935" w:rsidP="00794935">
            <w:pPr>
              <w:widowControl w:val="0"/>
              <w:autoSpaceDE w:val="0"/>
              <w:autoSpaceDN w:val="0"/>
              <w:spacing w:before="3" w:after="0" w:line="240" w:lineRule="auto"/>
              <w:ind w:left="135"/>
              <w:rPr>
                <w:rFonts w:cs="Times New Roman"/>
              </w:rPr>
            </w:pPr>
            <w:r w:rsidRPr="005675DC">
              <w:rPr>
                <w:rFonts w:cs="Times New Roman"/>
              </w:rPr>
              <w:t xml:space="preserve">0.05 </w:t>
            </w:r>
            <w:r w:rsidRPr="005675DC">
              <w:rPr>
                <w:rFonts w:cs="Times New Roman"/>
                <w:spacing w:val="-10"/>
                <w:vertAlign w:val="superscript"/>
              </w:rPr>
              <w:t>b</w:t>
            </w:r>
          </w:p>
          <w:p w14:paraId="412E051D" w14:textId="77777777" w:rsidR="00794935" w:rsidRPr="005675DC" w:rsidRDefault="00794935" w:rsidP="00794935">
            <w:pPr>
              <w:widowControl w:val="0"/>
              <w:autoSpaceDE w:val="0"/>
              <w:autoSpaceDN w:val="0"/>
              <w:spacing w:after="0" w:line="255" w:lineRule="exact"/>
              <w:ind w:left="127"/>
              <w:rPr>
                <w:rFonts w:cs="Times New Roman"/>
              </w:rPr>
            </w:pPr>
            <w:r w:rsidRPr="005675DC">
              <w:rPr>
                <w:rFonts w:cs="Times New Roman"/>
                <w:spacing w:val="-2"/>
              </w:rPr>
              <w:t>(0.22)</w:t>
            </w:r>
          </w:p>
        </w:tc>
        <w:tc>
          <w:tcPr>
            <w:tcW w:w="964" w:type="dxa"/>
          </w:tcPr>
          <w:p w14:paraId="1D86F537" w14:textId="77777777" w:rsidR="00794935" w:rsidRPr="005675DC" w:rsidRDefault="00794935" w:rsidP="00794935">
            <w:pPr>
              <w:widowControl w:val="0"/>
              <w:autoSpaceDE w:val="0"/>
              <w:autoSpaceDN w:val="0"/>
              <w:spacing w:before="3" w:after="0" w:line="240" w:lineRule="auto"/>
              <w:ind w:left="204"/>
              <w:rPr>
                <w:rFonts w:cs="Times New Roman"/>
                <w:b/>
              </w:rPr>
            </w:pPr>
            <w:r w:rsidRPr="005675DC">
              <w:rPr>
                <w:rFonts w:cs="Times New Roman"/>
                <w:b/>
              </w:rPr>
              <w:t xml:space="preserve">0.23 </w:t>
            </w:r>
            <w:r w:rsidRPr="005675DC">
              <w:rPr>
                <w:rFonts w:cs="Times New Roman"/>
                <w:b/>
                <w:spacing w:val="-10"/>
                <w:vertAlign w:val="superscript"/>
              </w:rPr>
              <w:t>b</w:t>
            </w:r>
          </w:p>
          <w:p w14:paraId="5D7A03FD" w14:textId="77777777" w:rsidR="00794935" w:rsidRPr="005675DC" w:rsidRDefault="00794935" w:rsidP="00794935">
            <w:pPr>
              <w:widowControl w:val="0"/>
              <w:autoSpaceDE w:val="0"/>
              <w:autoSpaceDN w:val="0"/>
              <w:spacing w:after="0" w:line="255" w:lineRule="exact"/>
              <w:ind w:left="200"/>
              <w:rPr>
                <w:rFonts w:cs="Times New Roman"/>
                <w:b/>
              </w:rPr>
            </w:pPr>
            <w:r w:rsidRPr="005675DC">
              <w:rPr>
                <w:rFonts w:cs="Times New Roman"/>
                <w:b/>
                <w:spacing w:val="-2"/>
              </w:rPr>
              <w:t>(0.47)</w:t>
            </w:r>
          </w:p>
        </w:tc>
      </w:tr>
      <w:tr w:rsidR="00794935" w:rsidRPr="005675DC" w14:paraId="3C250CE6" w14:textId="77777777" w:rsidTr="00685DD7">
        <w:trPr>
          <w:trHeight w:val="550"/>
        </w:trPr>
        <w:tc>
          <w:tcPr>
            <w:tcW w:w="2552" w:type="dxa"/>
          </w:tcPr>
          <w:p w14:paraId="3D3C1627" w14:textId="77777777" w:rsidR="00794935" w:rsidRPr="005675DC" w:rsidRDefault="00794935" w:rsidP="00794935">
            <w:pPr>
              <w:widowControl w:val="0"/>
              <w:autoSpaceDE w:val="0"/>
              <w:autoSpaceDN w:val="0"/>
              <w:spacing w:before="141" w:after="0" w:line="240" w:lineRule="auto"/>
              <w:ind w:left="55"/>
              <w:rPr>
                <w:rFonts w:cs="Times New Roman"/>
                <w:position w:val="1"/>
              </w:rPr>
            </w:pPr>
            <w:r w:rsidRPr="005675DC">
              <w:rPr>
                <w:rFonts w:cs="Times New Roman"/>
                <w:b/>
                <w:position w:val="1"/>
              </w:rPr>
              <w:t>M</w:t>
            </w:r>
            <w:r w:rsidRPr="005675DC">
              <w:rPr>
                <w:rFonts w:cs="Times New Roman"/>
                <w:b/>
                <w:sz w:val="16"/>
              </w:rPr>
              <w:t>4</w:t>
            </w:r>
            <w:r w:rsidRPr="005675DC">
              <w:rPr>
                <w:rFonts w:cs="Times New Roman"/>
                <w:position w:val="1"/>
              </w:rPr>
              <w:t>-Untreated</w:t>
            </w:r>
            <w:r w:rsidRPr="005675DC">
              <w:rPr>
                <w:rFonts w:cs="Times New Roman"/>
                <w:spacing w:val="-3"/>
                <w:position w:val="1"/>
              </w:rPr>
              <w:t xml:space="preserve"> </w:t>
            </w:r>
            <w:r w:rsidRPr="005675DC">
              <w:rPr>
                <w:rFonts w:cs="Times New Roman"/>
                <w:spacing w:val="-4"/>
                <w:position w:val="1"/>
              </w:rPr>
              <w:t>check</w:t>
            </w:r>
          </w:p>
        </w:tc>
        <w:tc>
          <w:tcPr>
            <w:tcW w:w="804" w:type="dxa"/>
          </w:tcPr>
          <w:p w14:paraId="452AAF55" w14:textId="77777777" w:rsidR="00794935" w:rsidRPr="005675DC" w:rsidRDefault="00794935" w:rsidP="00794935">
            <w:pPr>
              <w:widowControl w:val="0"/>
              <w:autoSpaceDE w:val="0"/>
              <w:autoSpaceDN w:val="0"/>
              <w:spacing w:after="0" w:line="275" w:lineRule="exact"/>
              <w:ind w:left="123"/>
              <w:rPr>
                <w:rFonts w:cs="Times New Roman"/>
              </w:rPr>
            </w:pPr>
            <w:r w:rsidRPr="005675DC">
              <w:rPr>
                <w:rFonts w:cs="Times New Roman"/>
              </w:rPr>
              <w:t xml:space="preserve">0.30 </w:t>
            </w:r>
            <w:r w:rsidRPr="005675DC">
              <w:rPr>
                <w:rFonts w:cs="Times New Roman"/>
                <w:spacing w:val="-10"/>
                <w:vertAlign w:val="superscript"/>
              </w:rPr>
              <w:t>a</w:t>
            </w:r>
          </w:p>
          <w:p w14:paraId="11952F91" w14:textId="77777777" w:rsidR="00794935" w:rsidRPr="005675DC" w:rsidRDefault="00794935" w:rsidP="00794935">
            <w:pPr>
              <w:widowControl w:val="0"/>
              <w:autoSpaceDE w:val="0"/>
              <w:autoSpaceDN w:val="0"/>
              <w:spacing w:after="0" w:line="255" w:lineRule="exact"/>
              <w:ind w:left="111"/>
              <w:rPr>
                <w:rFonts w:cs="Times New Roman"/>
              </w:rPr>
            </w:pPr>
            <w:r w:rsidRPr="005675DC">
              <w:rPr>
                <w:rFonts w:cs="Times New Roman"/>
                <w:spacing w:val="-2"/>
              </w:rPr>
              <w:t>(0.54)</w:t>
            </w:r>
          </w:p>
        </w:tc>
        <w:tc>
          <w:tcPr>
            <w:tcW w:w="807" w:type="dxa"/>
          </w:tcPr>
          <w:p w14:paraId="234E7F6E" w14:textId="77777777" w:rsidR="00794935" w:rsidRPr="005675DC" w:rsidRDefault="00794935" w:rsidP="00794935">
            <w:pPr>
              <w:widowControl w:val="0"/>
              <w:autoSpaceDE w:val="0"/>
              <w:autoSpaceDN w:val="0"/>
              <w:spacing w:after="0" w:line="275" w:lineRule="exact"/>
              <w:ind w:left="87"/>
              <w:rPr>
                <w:rFonts w:cs="Times New Roman"/>
              </w:rPr>
            </w:pPr>
            <w:r w:rsidRPr="005675DC">
              <w:rPr>
                <w:rFonts w:cs="Times New Roman"/>
              </w:rPr>
              <w:t xml:space="preserve">0.38 </w:t>
            </w:r>
            <w:r w:rsidRPr="005675DC">
              <w:rPr>
                <w:rFonts w:cs="Times New Roman"/>
                <w:spacing w:val="-5"/>
                <w:vertAlign w:val="superscript"/>
              </w:rPr>
              <w:t>ab</w:t>
            </w:r>
          </w:p>
          <w:p w14:paraId="157B69D1" w14:textId="77777777" w:rsidR="00794935" w:rsidRPr="005675DC" w:rsidRDefault="00794935" w:rsidP="00794935">
            <w:pPr>
              <w:widowControl w:val="0"/>
              <w:autoSpaceDE w:val="0"/>
              <w:autoSpaceDN w:val="0"/>
              <w:spacing w:after="0" w:line="255" w:lineRule="exact"/>
              <w:ind w:left="116"/>
              <w:rPr>
                <w:rFonts w:cs="Times New Roman"/>
              </w:rPr>
            </w:pPr>
            <w:r w:rsidRPr="005675DC">
              <w:rPr>
                <w:rFonts w:cs="Times New Roman"/>
                <w:spacing w:val="-2"/>
              </w:rPr>
              <w:t>(0.61)</w:t>
            </w:r>
          </w:p>
        </w:tc>
        <w:tc>
          <w:tcPr>
            <w:tcW w:w="807" w:type="dxa"/>
          </w:tcPr>
          <w:p w14:paraId="3A973C03" w14:textId="77777777" w:rsidR="00794935" w:rsidRPr="005675DC" w:rsidRDefault="00794935" w:rsidP="00794935">
            <w:pPr>
              <w:widowControl w:val="0"/>
              <w:autoSpaceDE w:val="0"/>
              <w:autoSpaceDN w:val="0"/>
              <w:spacing w:after="0" w:line="275" w:lineRule="exact"/>
              <w:ind w:left="125"/>
              <w:rPr>
                <w:rFonts w:cs="Times New Roman"/>
              </w:rPr>
            </w:pPr>
            <w:r w:rsidRPr="005675DC">
              <w:rPr>
                <w:rFonts w:cs="Times New Roman"/>
              </w:rPr>
              <w:t xml:space="preserve">0.57 </w:t>
            </w:r>
            <w:r w:rsidRPr="005675DC">
              <w:rPr>
                <w:rFonts w:cs="Times New Roman"/>
                <w:spacing w:val="-10"/>
                <w:vertAlign w:val="superscript"/>
              </w:rPr>
              <w:t>a</w:t>
            </w:r>
          </w:p>
          <w:p w14:paraId="56E604B2" w14:textId="77777777" w:rsidR="00794935" w:rsidRPr="005675DC" w:rsidRDefault="00794935" w:rsidP="00794935">
            <w:pPr>
              <w:widowControl w:val="0"/>
              <w:autoSpaceDE w:val="0"/>
              <w:autoSpaceDN w:val="0"/>
              <w:spacing w:after="0" w:line="255" w:lineRule="exact"/>
              <w:ind w:left="112"/>
              <w:rPr>
                <w:rFonts w:cs="Times New Roman"/>
              </w:rPr>
            </w:pPr>
            <w:r w:rsidRPr="005675DC">
              <w:rPr>
                <w:rFonts w:cs="Times New Roman"/>
                <w:spacing w:val="-2"/>
              </w:rPr>
              <w:t>(0.75)</w:t>
            </w:r>
          </w:p>
        </w:tc>
        <w:tc>
          <w:tcPr>
            <w:tcW w:w="807" w:type="dxa"/>
          </w:tcPr>
          <w:p w14:paraId="514F170D" w14:textId="77777777" w:rsidR="00794935" w:rsidRPr="005675DC" w:rsidRDefault="00794935" w:rsidP="00794935">
            <w:pPr>
              <w:widowControl w:val="0"/>
              <w:autoSpaceDE w:val="0"/>
              <w:autoSpaceDN w:val="0"/>
              <w:spacing w:after="0" w:line="275" w:lineRule="exact"/>
              <w:ind w:left="126"/>
              <w:rPr>
                <w:rFonts w:cs="Times New Roman"/>
              </w:rPr>
            </w:pPr>
            <w:r w:rsidRPr="005675DC">
              <w:rPr>
                <w:rFonts w:cs="Times New Roman"/>
              </w:rPr>
              <w:t xml:space="preserve">0.67 </w:t>
            </w:r>
            <w:r w:rsidRPr="005675DC">
              <w:rPr>
                <w:rFonts w:cs="Times New Roman"/>
                <w:spacing w:val="-10"/>
                <w:vertAlign w:val="superscript"/>
              </w:rPr>
              <w:t>a</w:t>
            </w:r>
          </w:p>
          <w:p w14:paraId="62342743" w14:textId="77777777" w:rsidR="00794935" w:rsidRPr="005675DC" w:rsidRDefault="00794935" w:rsidP="00794935">
            <w:pPr>
              <w:widowControl w:val="0"/>
              <w:autoSpaceDE w:val="0"/>
              <w:autoSpaceDN w:val="0"/>
              <w:spacing w:after="0" w:line="255" w:lineRule="exact"/>
              <w:ind w:left="114"/>
              <w:rPr>
                <w:rFonts w:cs="Times New Roman"/>
              </w:rPr>
            </w:pPr>
            <w:r w:rsidRPr="005675DC">
              <w:rPr>
                <w:rFonts w:cs="Times New Roman"/>
                <w:spacing w:val="-2"/>
              </w:rPr>
              <w:t>(0.81)</w:t>
            </w:r>
          </w:p>
        </w:tc>
        <w:tc>
          <w:tcPr>
            <w:tcW w:w="803" w:type="dxa"/>
          </w:tcPr>
          <w:p w14:paraId="05D31181" w14:textId="77777777" w:rsidR="00794935" w:rsidRPr="005675DC" w:rsidRDefault="00794935" w:rsidP="00794935">
            <w:pPr>
              <w:widowControl w:val="0"/>
              <w:autoSpaceDE w:val="0"/>
              <w:autoSpaceDN w:val="0"/>
              <w:spacing w:after="0" w:line="275" w:lineRule="exact"/>
              <w:ind w:left="127"/>
              <w:rPr>
                <w:rFonts w:cs="Times New Roman"/>
              </w:rPr>
            </w:pPr>
            <w:r w:rsidRPr="005675DC">
              <w:rPr>
                <w:rFonts w:cs="Times New Roman"/>
              </w:rPr>
              <w:t xml:space="preserve">0.78 </w:t>
            </w:r>
            <w:r w:rsidRPr="005675DC">
              <w:rPr>
                <w:rFonts w:cs="Times New Roman"/>
                <w:spacing w:val="-10"/>
                <w:vertAlign w:val="superscript"/>
              </w:rPr>
              <w:t>a</w:t>
            </w:r>
          </w:p>
          <w:p w14:paraId="0D534561" w14:textId="77777777" w:rsidR="00794935" w:rsidRPr="005675DC" w:rsidRDefault="00794935" w:rsidP="00794935">
            <w:pPr>
              <w:widowControl w:val="0"/>
              <w:autoSpaceDE w:val="0"/>
              <w:autoSpaceDN w:val="0"/>
              <w:spacing w:after="0" w:line="255" w:lineRule="exact"/>
              <w:ind w:left="115"/>
              <w:rPr>
                <w:rFonts w:cs="Times New Roman"/>
              </w:rPr>
            </w:pPr>
            <w:r w:rsidRPr="005675DC">
              <w:rPr>
                <w:rFonts w:cs="Times New Roman"/>
                <w:spacing w:val="-2"/>
              </w:rPr>
              <w:t>(0.88)</w:t>
            </w:r>
          </w:p>
        </w:tc>
        <w:tc>
          <w:tcPr>
            <w:tcW w:w="807" w:type="dxa"/>
          </w:tcPr>
          <w:p w14:paraId="4E99409A" w14:textId="77777777" w:rsidR="00794935" w:rsidRPr="005675DC" w:rsidRDefault="00794935" w:rsidP="00794935">
            <w:pPr>
              <w:widowControl w:val="0"/>
              <w:autoSpaceDE w:val="0"/>
              <w:autoSpaceDN w:val="0"/>
              <w:spacing w:after="0" w:line="275" w:lineRule="exact"/>
              <w:ind w:left="133"/>
              <w:rPr>
                <w:rFonts w:cs="Times New Roman"/>
              </w:rPr>
            </w:pPr>
            <w:r w:rsidRPr="005675DC">
              <w:rPr>
                <w:rFonts w:cs="Times New Roman"/>
              </w:rPr>
              <w:t xml:space="preserve">0.81 </w:t>
            </w:r>
            <w:r w:rsidRPr="005675DC">
              <w:rPr>
                <w:rFonts w:cs="Times New Roman"/>
                <w:spacing w:val="-10"/>
                <w:vertAlign w:val="superscript"/>
              </w:rPr>
              <w:t>a</w:t>
            </w:r>
          </w:p>
          <w:p w14:paraId="68502DC8" w14:textId="77777777" w:rsidR="00794935" w:rsidRPr="005675DC" w:rsidRDefault="00794935" w:rsidP="00794935">
            <w:pPr>
              <w:widowControl w:val="0"/>
              <w:autoSpaceDE w:val="0"/>
              <w:autoSpaceDN w:val="0"/>
              <w:spacing w:after="0" w:line="255" w:lineRule="exact"/>
              <w:ind w:left="120"/>
              <w:rPr>
                <w:rFonts w:cs="Times New Roman"/>
              </w:rPr>
            </w:pPr>
            <w:r w:rsidRPr="005675DC">
              <w:rPr>
                <w:rFonts w:cs="Times New Roman"/>
                <w:spacing w:val="-2"/>
              </w:rPr>
              <w:t>(0.89)</w:t>
            </w:r>
          </w:p>
        </w:tc>
        <w:tc>
          <w:tcPr>
            <w:tcW w:w="807" w:type="dxa"/>
          </w:tcPr>
          <w:p w14:paraId="66F949B0" w14:textId="77777777" w:rsidR="00794935" w:rsidRPr="005675DC" w:rsidRDefault="00794935" w:rsidP="00794935">
            <w:pPr>
              <w:widowControl w:val="0"/>
              <w:autoSpaceDE w:val="0"/>
              <w:autoSpaceDN w:val="0"/>
              <w:spacing w:after="0" w:line="275" w:lineRule="exact"/>
              <w:ind w:left="129"/>
              <w:rPr>
                <w:rFonts w:cs="Times New Roman"/>
              </w:rPr>
            </w:pPr>
            <w:r w:rsidRPr="005675DC">
              <w:rPr>
                <w:rFonts w:cs="Times New Roman"/>
              </w:rPr>
              <w:t xml:space="preserve">0.47 </w:t>
            </w:r>
            <w:r w:rsidRPr="005675DC">
              <w:rPr>
                <w:rFonts w:cs="Times New Roman"/>
                <w:spacing w:val="-10"/>
                <w:vertAlign w:val="superscript"/>
              </w:rPr>
              <w:t>a</w:t>
            </w:r>
          </w:p>
          <w:p w14:paraId="048CE4B2" w14:textId="77777777" w:rsidR="00794935" w:rsidRPr="005675DC" w:rsidRDefault="00794935" w:rsidP="00794935">
            <w:pPr>
              <w:widowControl w:val="0"/>
              <w:autoSpaceDE w:val="0"/>
              <w:autoSpaceDN w:val="0"/>
              <w:spacing w:after="0" w:line="255" w:lineRule="exact"/>
              <w:ind w:left="118"/>
              <w:rPr>
                <w:rFonts w:cs="Times New Roman"/>
              </w:rPr>
            </w:pPr>
            <w:r w:rsidRPr="005675DC">
              <w:rPr>
                <w:rFonts w:cs="Times New Roman"/>
                <w:spacing w:val="-2"/>
              </w:rPr>
              <w:t>(0.68)</w:t>
            </w:r>
          </w:p>
        </w:tc>
        <w:tc>
          <w:tcPr>
            <w:tcW w:w="819" w:type="dxa"/>
          </w:tcPr>
          <w:p w14:paraId="2C2E2887" w14:textId="77777777" w:rsidR="00794935" w:rsidRPr="005675DC" w:rsidRDefault="00794935" w:rsidP="00794935">
            <w:pPr>
              <w:widowControl w:val="0"/>
              <w:autoSpaceDE w:val="0"/>
              <w:autoSpaceDN w:val="0"/>
              <w:spacing w:after="0" w:line="275" w:lineRule="exact"/>
              <w:ind w:left="139"/>
              <w:rPr>
                <w:rFonts w:cs="Times New Roman"/>
              </w:rPr>
            </w:pPr>
            <w:r w:rsidRPr="005675DC">
              <w:rPr>
                <w:rFonts w:cs="Times New Roman"/>
              </w:rPr>
              <w:t xml:space="preserve">0.38 </w:t>
            </w:r>
            <w:r w:rsidRPr="005675DC">
              <w:rPr>
                <w:rFonts w:cs="Times New Roman"/>
                <w:spacing w:val="-10"/>
                <w:vertAlign w:val="superscript"/>
              </w:rPr>
              <w:t>a</w:t>
            </w:r>
          </w:p>
          <w:p w14:paraId="01D58ECD" w14:textId="77777777" w:rsidR="00794935" w:rsidRPr="005675DC" w:rsidRDefault="00794935" w:rsidP="00794935">
            <w:pPr>
              <w:widowControl w:val="0"/>
              <w:autoSpaceDE w:val="0"/>
              <w:autoSpaceDN w:val="0"/>
              <w:spacing w:after="0" w:line="255" w:lineRule="exact"/>
              <w:ind w:left="127"/>
              <w:rPr>
                <w:rFonts w:cs="Times New Roman"/>
              </w:rPr>
            </w:pPr>
            <w:r w:rsidRPr="005675DC">
              <w:rPr>
                <w:rFonts w:cs="Times New Roman"/>
                <w:spacing w:val="-2"/>
              </w:rPr>
              <w:t>(0.61)</w:t>
            </w:r>
          </w:p>
        </w:tc>
        <w:tc>
          <w:tcPr>
            <w:tcW w:w="964" w:type="dxa"/>
          </w:tcPr>
          <w:p w14:paraId="78D3F415" w14:textId="77777777" w:rsidR="00794935" w:rsidRPr="005675DC" w:rsidRDefault="00794935" w:rsidP="00794935">
            <w:pPr>
              <w:widowControl w:val="0"/>
              <w:autoSpaceDE w:val="0"/>
              <w:autoSpaceDN w:val="0"/>
              <w:spacing w:after="0" w:line="275" w:lineRule="exact"/>
              <w:ind w:left="208"/>
              <w:rPr>
                <w:rFonts w:cs="Times New Roman"/>
                <w:b/>
              </w:rPr>
            </w:pPr>
            <w:r w:rsidRPr="005675DC">
              <w:rPr>
                <w:rFonts w:cs="Times New Roman"/>
                <w:b/>
              </w:rPr>
              <w:t xml:space="preserve">0.55 </w:t>
            </w:r>
            <w:r w:rsidRPr="005675DC">
              <w:rPr>
                <w:rFonts w:cs="Times New Roman"/>
                <w:b/>
                <w:spacing w:val="-10"/>
                <w:vertAlign w:val="superscript"/>
              </w:rPr>
              <w:t>a</w:t>
            </w:r>
          </w:p>
          <w:p w14:paraId="7647D0E0" w14:textId="77777777" w:rsidR="00794935" w:rsidRPr="005675DC" w:rsidRDefault="00794935" w:rsidP="00794935">
            <w:pPr>
              <w:widowControl w:val="0"/>
              <w:autoSpaceDE w:val="0"/>
              <w:autoSpaceDN w:val="0"/>
              <w:spacing w:after="0" w:line="255" w:lineRule="exact"/>
              <w:ind w:left="200"/>
              <w:rPr>
                <w:rFonts w:cs="Times New Roman"/>
                <w:b/>
              </w:rPr>
            </w:pPr>
            <w:r w:rsidRPr="005675DC">
              <w:rPr>
                <w:rFonts w:cs="Times New Roman"/>
                <w:b/>
                <w:spacing w:val="-2"/>
              </w:rPr>
              <w:t>(0.73)</w:t>
            </w:r>
          </w:p>
        </w:tc>
      </w:tr>
      <w:tr w:rsidR="00794935" w:rsidRPr="005675DC" w14:paraId="7CD41F0D" w14:textId="77777777" w:rsidTr="00685DD7">
        <w:trPr>
          <w:trHeight w:val="278"/>
        </w:trPr>
        <w:tc>
          <w:tcPr>
            <w:tcW w:w="2552" w:type="dxa"/>
          </w:tcPr>
          <w:p w14:paraId="746CA034" w14:textId="77777777" w:rsidR="00794935" w:rsidRPr="005675DC" w:rsidRDefault="00794935" w:rsidP="00794935">
            <w:pPr>
              <w:widowControl w:val="0"/>
              <w:autoSpaceDE w:val="0"/>
              <w:autoSpaceDN w:val="0"/>
              <w:spacing w:before="3" w:after="0" w:line="255" w:lineRule="exact"/>
              <w:ind w:left="882"/>
              <w:rPr>
                <w:rFonts w:cs="Times New Roman"/>
              </w:rPr>
            </w:pPr>
            <w:r w:rsidRPr="005675DC">
              <w:rPr>
                <w:rFonts w:cs="Times New Roman"/>
              </w:rPr>
              <w:t>S.</w:t>
            </w:r>
            <w:r w:rsidRPr="005675DC">
              <w:rPr>
                <w:rFonts w:cs="Times New Roman"/>
                <w:spacing w:val="-1"/>
              </w:rPr>
              <w:t xml:space="preserve"> </w:t>
            </w:r>
            <w:r w:rsidRPr="005675DC">
              <w:rPr>
                <w:rFonts w:cs="Times New Roman"/>
              </w:rPr>
              <w:t xml:space="preserve">Em </w:t>
            </w:r>
            <w:r w:rsidRPr="005675DC">
              <w:rPr>
                <w:rFonts w:cs="Times New Roman"/>
                <w:spacing w:val="-10"/>
              </w:rPr>
              <w:t>±</w:t>
            </w:r>
          </w:p>
        </w:tc>
        <w:tc>
          <w:tcPr>
            <w:tcW w:w="804" w:type="dxa"/>
          </w:tcPr>
          <w:p w14:paraId="064AE421" w14:textId="77777777" w:rsidR="00794935" w:rsidRPr="005675DC" w:rsidRDefault="00794935" w:rsidP="00794935">
            <w:pPr>
              <w:widowControl w:val="0"/>
              <w:autoSpaceDE w:val="0"/>
              <w:autoSpaceDN w:val="0"/>
              <w:spacing w:before="3" w:after="0" w:line="255" w:lineRule="exact"/>
              <w:ind w:left="9"/>
              <w:jc w:val="center"/>
              <w:rPr>
                <w:rFonts w:cs="Times New Roman"/>
              </w:rPr>
            </w:pPr>
            <w:r w:rsidRPr="005675DC">
              <w:rPr>
                <w:rFonts w:cs="Times New Roman"/>
                <w:spacing w:val="-4"/>
              </w:rPr>
              <w:t>0.03</w:t>
            </w:r>
          </w:p>
        </w:tc>
        <w:tc>
          <w:tcPr>
            <w:tcW w:w="807" w:type="dxa"/>
          </w:tcPr>
          <w:p w14:paraId="021E7592" w14:textId="77777777" w:rsidR="00794935" w:rsidRPr="005675DC" w:rsidRDefault="00794935" w:rsidP="00794935">
            <w:pPr>
              <w:widowControl w:val="0"/>
              <w:autoSpaceDE w:val="0"/>
              <w:autoSpaceDN w:val="0"/>
              <w:spacing w:before="3" w:after="0" w:line="255" w:lineRule="exact"/>
              <w:ind w:left="25" w:right="10"/>
              <w:jc w:val="center"/>
              <w:rPr>
                <w:rFonts w:cs="Times New Roman"/>
              </w:rPr>
            </w:pPr>
            <w:r w:rsidRPr="005675DC">
              <w:rPr>
                <w:rFonts w:cs="Times New Roman"/>
                <w:spacing w:val="-4"/>
              </w:rPr>
              <w:t>0.03</w:t>
            </w:r>
          </w:p>
        </w:tc>
        <w:tc>
          <w:tcPr>
            <w:tcW w:w="807" w:type="dxa"/>
          </w:tcPr>
          <w:p w14:paraId="659122A0" w14:textId="77777777" w:rsidR="00794935" w:rsidRPr="005675DC" w:rsidRDefault="00794935" w:rsidP="00794935">
            <w:pPr>
              <w:widowControl w:val="0"/>
              <w:autoSpaceDE w:val="0"/>
              <w:autoSpaceDN w:val="0"/>
              <w:spacing w:before="3" w:after="0" w:line="255" w:lineRule="exact"/>
              <w:ind w:left="25" w:right="17"/>
              <w:jc w:val="center"/>
              <w:rPr>
                <w:rFonts w:cs="Times New Roman"/>
              </w:rPr>
            </w:pPr>
            <w:r w:rsidRPr="005675DC">
              <w:rPr>
                <w:rFonts w:cs="Times New Roman"/>
                <w:spacing w:val="-4"/>
              </w:rPr>
              <w:t>0.03</w:t>
            </w:r>
          </w:p>
        </w:tc>
        <w:tc>
          <w:tcPr>
            <w:tcW w:w="807" w:type="dxa"/>
          </w:tcPr>
          <w:p w14:paraId="0BEA4400" w14:textId="77777777" w:rsidR="00794935" w:rsidRPr="005675DC" w:rsidRDefault="00794935" w:rsidP="00794935">
            <w:pPr>
              <w:widowControl w:val="0"/>
              <w:autoSpaceDE w:val="0"/>
              <w:autoSpaceDN w:val="0"/>
              <w:spacing w:before="3" w:after="0" w:line="255" w:lineRule="exact"/>
              <w:ind w:left="25" w:right="13"/>
              <w:jc w:val="center"/>
              <w:rPr>
                <w:rFonts w:cs="Times New Roman"/>
              </w:rPr>
            </w:pPr>
            <w:r w:rsidRPr="005675DC">
              <w:rPr>
                <w:rFonts w:cs="Times New Roman"/>
                <w:spacing w:val="-4"/>
              </w:rPr>
              <w:t>0.03</w:t>
            </w:r>
          </w:p>
        </w:tc>
        <w:tc>
          <w:tcPr>
            <w:tcW w:w="803" w:type="dxa"/>
          </w:tcPr>
          <w:p w14:paraId="353F5F62" w14:textId="77777777" w:rsidR="00794935" w:rsidRPr="005675DC" w:rsidRDefault="00794935" w:rsidP="00794935">
            <w:pPr>
              <w:widowControl w:val="0"/>
              <w:autoSpaceDE w:val="0"/>
              <w:autoSpaceDN w:val="0"/>
              <w:spacing w:before="3" w:after="0" w:line="255" w:lineRule="exact"/>
              <w:ind w:left="18"/>
              <w:jc w:val="center"/>
              <w:rPr>
                <w:rFonts w:cs="Times New Roman"/>
              </w:rPr>
            </w:pPr>
            <w:r w:rsidRPr="005675DC">
              <w:rPr>
                <w:rFonts w:cs="Times New Roman"/>
                <w:spacing w:val="-4"/>
              </w:rPr>
              <w:t>0.02</w:t>
            </w:r>
          </w:p>
        </w:tc>
        <w:tc>
          <w:tcPr>
            <w:tcW w:w="807" w:type="dxa"/>
          </w:tcPr>
          <w:p w14:paraId="5B3B12F5" w14:textId="77777777" w:rsidR="00794935" w:rsidRPr="005675DC" w:rsidRDefault="00794935" w:rsidP="00794935">
            <w:pPr>
              <w:widowControl w:val="0"/>
              <w:autoSpaceDE w:val="0"/>
              <w:autoSpaceDN w:val="0"/>
              <w:spacing w:before="3" w:after="0" w:line="255" w:lineRule="exact"/>
              <w:ind w:left="25"/>
              <w:jc w:val="center"/>
              <w:rPr>
                <w:rFonts w:cs="Times New Roman"/>
              </w:rPr>
            </w:pPr>
            <w:r w:rsidRPr="005675DC">
              <w:rPr>
                <w:rFonts w:cs="Times New Roman"/>
                <w:spacing w:val="-4"/>
              </w:rPr>
              <w:t>0.03</w:t>
            </w:r>
          </w:p>
        </w:tc>
        <w:tc>
          <w:tcPr>
            <w:tcW w:w="807" w:type="dxa"/>
          </w:tcPr>
          <w:p w14:paraId="0453317A" w14:textId="77777777" w:rsidR="00794935" w:rsidRPr="005675DC" w:rsidRDefault="00794935" w:rsidP="00794935">
            <w:pPr>
              <w:widowControl w:val="0"/>
              <w:autoSpaceDE w:val="0"/>
              <w:autoSpaceDN w:val="0"/>
              <w:spacing w:before="3" w:after="0" w:line="255" w:lineRule="exact"/>
              <w:ind w:left="25" w:right="7"/>
              <w:jc w:val="center"/>
              <w:rPr>
                <w:rFonts w:cs="Times New Roman"/>
              </w:rPr>
            </w:pPr>
            <w:r w:rsidRPr="005675DC">
              <w:rPr>
                <w:rFonts w:cs="Times New Roman"/>
                <w:spacing w:val="-4"/>
              </w:rPr>
              <w:t>0.03</w:t>
            </w:r>
          </w:p>
        </w:tc>
        <w:tc>
          <w:tcPr>
            <w:tcW w:w="819" w:type="dxa"/>
          </w:tcPr>
          <w:p w14:paraId="069DBB17" w14:textId="77777777" w:rsidR="00794935" w:rsidRPr="005675DC" w:rsidRDefault="00794935" w:rsidP="00794935">
            <w:pPr>
              <w:widowControl w:val="0"/>
              <w:autoSpaceDE w:val="0"/>
              <w:autoSpaceDN w:val="0"/>
              <w:spacing w:before="3" w:after="0" w:line="255" w:lineRule="exact"/>
              <w:ind w:left="26"/>
              <w:jc w:val="center"/>
              <w:rPr>
                <w:rFonts w:cs="Times New Roman"/>
              </w:rPr>
            </w:pPr>
            <w:r w:rsidRPr="005675DC">
              <w:rPr>
                <w:rFonts w:cs="Times New Roman"/>
                <w:spacing w:val="-4"/>
              </w:rPr>
              <w:t>0.02</w:t>
            </w:r>
          </w:p>
        </w:tc>
        <w:tc>
          <w:tcPr>
            <w:tcW w:w="964" w:type="dxa"/>
          </w:tcPr>
          <w:p w14:paraId="6C1F0372" w14:textId="77777777" w:rsidR="00794935" w:rsidRPr="005675DC" w:rsidRDefault="00794935" w:rsidP="00794935">
            <w:pPr>
              <w:widowControl w:val="0"/>
              <w:autoSpaceDE w:val="0"/>
              <w:autoSpaceDN w:val="0"/>
              <w:spacing w:before="3" w:after="0" w:line="255" w:lineRule="exact"/>
              <w:ind w:left="27"/>
              <w:jc w:val="center"/>
              <w:rPr>
                <w:rFonts w:cs="Times New Roman"/>
                <w:b/>
              </w:rPr>
            </w:pPr>
            <w:r w:rsidRPr="005675DC">
              <w:rPr>
                <w:rFonts w:cs="Times New Roman"/>
                <w:b/>
                <w:spacing w:val="-4"/>
              </w:rPr>
              <w:t>0.04</w:t>
            </w:r>
          </w:p>
        </w:tc>
      </w:tr>
      <w:tr w:rsidR="00794935" w:rsidRPr="005675DC" w14:paraId="65CB163F" w14:textId="77777777" w:rsidTr="00685DD7">
        <w:trPr>
          <w:trHeight w:val="273"/>
        </w:trPr>
        <w:tc>
          <w:tcPr>
            <w:tcW w:w="2552" w:type="dxa"/>
          </w:tcPr>
          <w:p w14:paraId="70B832A0" w14:textId="77777777" w:rsidR="00794935" w:rsidRPr="005675DC" w:rsidRDefault="00794935" w:rsidP="00794935">
            <w:pPr>
              <w:widowControl w:val="0"/>
              <w:autoSpaceDE w:val="0"/>
              <w:autoSpaceDN w:val="0"/>
              <w:spacing w:after="0" w:line="254" w:lineRule="exact"/>
              <w:ind w:left="739"/>
              <w:rPr>
                <w:rFonts w:cs="Times New Roman"/>
              </w:rPr>
            </w:pPr>
            <w:r w:rsidRPr="005675DC">
              <w:rPr>
                <w:rFonts w:cs="Times New Roman"/>
              </w:rPr>
              <w:t>C.D.</w:t>
            </w:r>
            <w:r w:rsidRPr="005675DC">
              <w:rPr>
                <w:rFonts w:cs="Times New Roman"/>
                <w:spacing w:val="-1"/>
              </w:rPr>
              <w:t xml:space="preserve"> </w:t>
            </w:r>
            <w:r w:rsidRPr="005675DC">
              <w:rPr>
                <w:rFonts w:cs="Times New Roman"/>
              </w:rPr>
              <w:t xml:space="preserve">at </w:t>
            </w:r>
            <w:r w:rsidRPr="005675DC">
              <w:rPr>
                <w:rFonts w:cs="Times New Roman"/>
                <w:spacing w:val="-5"/>
              </w:rPr>
              <w:t>5%</w:t>
            </w:r>
          </w:p>
        </w:tc>
        <w:tc>
          <w:tcPr>
            <w:tcW w:w="804" w:type="dxa"/>
          </w:tcPr>
          <w:p w14:paraId="657B1C88" w14:textId="77777777" w:rsidR="00794935" w:rsidRPr="005675DC" w:rsidRDefault="00794935" w:rsidP="00794935">
            <w:pPr>
              <w:widowControl w:val="0"/>
              <w:autoSpaceDE w:val="0"/>
              <w:autoSpaceDN w:val="0"/>
              <w:spacing w:after="0" w:line="254" w:lineRule="exact"/>
              <w:ind w:left="9"/>
              <w:jc w:val="center"/>
              <w:rPr>
                <w:rFonts w:cs="Times New Roman"/>
              </w:rPr>
            </w:pPr>
            <w:r w:rsidRPr="005675DC">
              <w:rPr>
                <w:rFonts w:cs="Times New Roman"/>
                <w:spacing w:val="-4"/>
              </w:rPr>
              <w:t>0.10</w:t>
            </w:r>
          </w:p>
        </w:tc>
        <w:tc>
          <w:tcPr>
            <w:tcW w:w="807" w:type="dxa"/>
          </w:tcPr>
          <w:p w14:paraId="3F0289B6" w14:textId="77777777" w:rsidR="00794935" w:rsidRPr="005675DC" w:rsidRDefault="00794935" w:rsidP="00794935">
            <w:pPr>
              <w:widowControl w:val="0"/>
              <w:autoSpaceDE w:val="0"/>
              <w:autoSpaceDN w:val="0"/>
              <w:spacing w:after="0" w:line="254" w:lineRule="exact"/>
              <w:ind w:left="25" w:right="10"/>
              <w:jc w:val="center"/>
              <w:rPr>
                <w:rFonts w:cs="Times New Roman"/>
              </w:rPr>
            </w:pPr>
            <w:r w:rsidRPr="005675DC">
              <w:rPr>
                <w:rFonts w:cs="Times New Roman"/>
                <w:spacing w:val="-4"/>
              </w:rPr>
              <w:t>0.11</w:t>
            </w:r>
          </w:p>
        </w:tc>
        <w:tc>
          <w:tcPr>
            <w:tcW w:w="807" w:type="dxa"/>
          </w:tcPr>
          <w:p w14:paraId="5F69F211" w14:textId="77777777" w:rsidR="00794935" w:rsidRPr="005675DC" w:rsidRDefault="00794935" w:rsidP="00794935">
            <w:pPr>
              <w:widowControl w:val="0"/>
              <w:autoSpaceDE w:val="0"/>
              <w:autoSpaceDN w:val="0"/>
              <w:spacing w:after="0" w:line="254" w:lineRule="exact"/>
              <w:ind w:left="25" w:right="17"/>
              <w:jc w:val="center"/>
              <w:rPr>
                <w:rFonts w:cs="Times New Roman"/>
              </w:rPr>
            </w:pPr>
            <w:r w:rsidRPr="005675DC">
              <w:rPr>
                <w:rFonts w:cs="Times New Roman"/>
                <w:spacing w:val="-4"/>
              </w:rPr>
              <w:t>0.11</w:t>
            </w:r>
          </w:p>
        </w:tc>
        <w:tc>
          <w:tcPr>
            <w:tcW w:w="807" w:type="dxa"/>
          </w:tcPr>
          <w:p w14:paraId="7E78660A" w14:textId="77777777" w:rsidR="00794935" w:rsidRPr="005675DC" w:rsidRDefault="00794935" w:rsidP="00794935">
            <w:pPr>
              <w:widowControl w:val="0"/>
              <w:autoSpaceDE w:val="0"/>
              <w:autoSpaceDN w:val="0"/>
              <w:spacing w:after="0" w:line="254" w:lineRule="exact"/>
              <w:ind w:left="25" w:right="13"/>
              <w:jc w:val="center"/>
              <w:rPr>
                <w:rFonts w:cs="Times New Roman"/>
              </w:rPr>
            </w:pPr>
            <w:r w:rsidRPr="005675DC">
              <w:rPr>
                <w:rFonts w:cs="Times New Roman"/>
                <w:spacing w:val="-4"/>
              </w:rPr>
              <w:t>0.11</w:t>
            </w:r>
          </w:p>
        </w:tc>
        <w:tc>
          <w:tcPr>
            <w:tcW w:w="803" w:type="dxa"/>
          </w:tcPr>
          <w:p w14:paraId="6BEF951A" w14:textId="77777777" w:rsidR="00794935" w:rsidRPr="005675DC" w:rsidRDefault="00794935" w:rsidP="00794935">
            <w:pPr>
              <w:widowControl w:val="0"/>
              <w:autoSpaceDE w:val="0"/>
              <w:autoSpaceDN w:val="0"/>
              <w:spacing w:after="0" w:line="254" w:lineRule="exact"/>
              <w:ind w:left="18"/>
              <w:jc w:val="center"/>
              <w:rPr>
                <w:rFonts w:cs="Times New Roman"/>
              </w:rPr>
            </w:pPr>
            <w:r w:rsidRPr="005675DC">
              <w:rPr>
                <w:rFonts w:cs="Times New Roman"/>
                <w:spacing w:val="-4"/>
              </w:rPr>
              <w:t>0.07</w:t>
            </w:r>
          </w:p>
        </w:tc>
        <w:tc>
          <w:tcPr>
            <w:tcW w:w="807" w:type="dxa"/>
          </w:tcPr>
          <w:p w14:paraId="6137EFDE" w14:textId="77777777" w:rsidR="00794935" w:rsidRPr="005675DC" w:rsidRDefault="00794935" w:rsidP="00794935">
            <w:pPr>
              <w:widowControl w:val="0"/>
              <w:autoSpaceDE w:val="0"/>
              <w:autoSpaceDN w:val="0"/>
              <w:spacing w:after="0" w:line="254" w:lineRule="exact"/>
              <w:ind w:left="25"/>
              <w:jc w:val="center"/>
              <w:rPr>
                <w:rFonts w:cs="Times New Roman"/>
              </w:rPr>
            </w:pPr>
            <w:r w:rsidRPr="005675DC">
              <w:rPr>
                <w:rFonts w:cs="Times New Roman"/>
                <w:spacing w:val="-4"/>
              </w:rPr>
              <w:t>0.11</w:t>
            </w:r>
          </w:p>
        </w:tc>
        <w:tc>
          <w:tcPr>
            <w:tcW w:w="807" w:type="dxa"/>
          </w:tcPr>
          <w:p w14:paraId="39FA075E" w14:textId="77777777" w:rsidR="00794935" w:rsidRPr="005675DC" w:rsidRDefault="00794935" w:rsidP="00794935">
            <w:pPr>
              <w:widowControl w:val="0"/>
              <w:autoSpaceDE w:val="0"/>
              <w:autoSpaceDN w:val="0"/>
              <w:spacing w:after="0" w:line="254" w:lineRule="exact"/>
              <w:ind w:left="25" w:right="7"/>
              <w:jc w:val="center"/>
              <w:rPr>
                <w:rFonts w:cs="Times New Roman"/>
              </w:rPr>
            </w:pPr>
            <w:r w:rsidRPr="005675DC">
              <w:rPr>
                <w:rFonts w:cs="Times New Roman"/>
                <w:spacing w:val="-4"/>
              </w:rPr>
              <w:t>0.10</w:t>
            </w:r>
          </w:p>
        </w:tc>
        <w:tc>
          <w:tcPr>
            <w:tcW w:w="819" w:type="dxa"/>
          </w:tcPr>
          <w:p w14:paraId="47F97452" w14:textId="77777777" w:rsidR="00794935" w:rsidRPr="005675DC" w:rsidRDefault="00794935" w:rsidP="00794935">
            <w:pPr>
              <w:widowControl w:val="0"/>
              <w:autoSpaceDE w:val="0"/>
              <w:autoSpaceDN w:val="0"/>
              <w:spacing w:after="0" w:line="254" w:lineRule="exact"/>
              <w:ind w:left="26"/>
              <w:jc w:val="center"/>
              <w:rPr>
                <w:rFonts w:cs="Times New Roman"/>
              </w:rPr>
            </w:pPr>
            <w:r w:rsidRPr="005675DC">
              <w:rPr>
                <w:rFonts w:cs="Times New Roman"/>
                <w:spacing w:val="-4"/>
              </w:rPr>
              <w:t>0.07</w:t>
            </w:r>
          </w:p>
        </w:tc>
        <w:tc>
          <w:tcPr>
            <w:tcW w:w="964" w:type="dxa"/>
          </w:tcPr>
          <w:p w14:paraId="47F03918" w14:textId="77777777" w:rsidR="00794935" w:rsidRPr="005675DC" w:rsidRDefault="00794935" w:rsidP="00794935">
            <w:pPr>
              <w:widowControl w:val="0"/>
              <w:autoSpaceDE w:val="0"/>
              <w:autoSpaceDN w:val="0"/>
              <w:spacing w:after="0" w:line="254" w:lineRule="exact"/>
              <w:ind w:left="27"/>
              <w:jc w:val="center"/>
              <w:rPr>
                <w:rFonts w:cs="Times New Roman"/>
                <w:b/>
              </w:rPr>
            </w:pPr>
            <w:r w:rsidRPr="005675DC">
              <w:rPr>
                <w:rFonts w:cs="Times New Roman"/>
                <w:b/>
                <w:spacing w:val="-4"/>
              </w:rPr>
              <w:t>0.12</w:t>
            </w:r>
          </w:p>
        </w:tc>
      </w:tr>
    </w:tbl>
    <w:p w14:paraId="3B21687F" w14:textId="77777777" w:rsidR="00794935" w:rsidRPr="005675DC" w:rsidRDefault="00794935" w:rsidP="00794935">
      <w:pPr>
        <w:widowControl w:val="0"/>
        <w:autoSpaceDE w:val="0"/>
        <w:autoSpaceDN w:val="0"/>
        <w:spacing w:before="5" w:after="0" w:line="276" w:lineRule="exact"/>
        <w:ind w:left="436"/>
        <w:rPr>
          <w:rFonts w:cs="Times New Roman"/>
        </w:rPr>
      </w:pPr>
      <w:r w:rsidRPr="005675DC">
        <w:rPr>
          <w:rFonts w:cs="Times New Roman"/>
          <w:sz w:val="22"/>
        </w:rPr>
        <w:t>DAS;</w:t>
      </w:r>
      <w:r w:rsidRPr="005675DC">
        <w:rPr>
          <w:rFonts w:cs="Times New Roman"/>
          <w:spacing w:val="-3"/>
          <w:sz w:val="22"/>
        </w:rPr>
        <w:t xml:space="preserve"> </w:t>
      </w:r>
      <w:r w:rsidRPr="005675DC">
        <w:rPr>
          <w:rFonts w:cs="Times New Roman"/>
          <w:sz w:val="22"/>
        </w:rPr>
        <w:t>Days</w:t>
      </w:r>
      <w:r w:rsidRPr="005675DC">
        <w:rPr>
          <w:rFonts w:cs="Times New Roman"/>
          <w:spacing w:val="-3"/>
          <w:sz w:val="22"/>
        </w:rPr>
        <w:t xml:space="preserve"> </w:t>
      </w:r>
      <w:r w:rsidRPr="005675DC">
        <w:rPr>
          <w:rFonts w:cs="Times New Roman"/>
          <w:sz w:val="22"/>
        </w:rPr>
        <w:t>After</w:t>
      </w:r>
      <w:r w:rsidRPr="005675DC">
        <w:rPr>
          <w:rFonts w:cs="Times New Roman"/>
          <w:spacing w:val="-3"/>
          <w:sz w:val="22"/>
        </w:rPr>
        <w:t xml:space="preserve"> </w:t>
      </w:r>
      <w:r w:rsidRPr="005675DC">
        <w:rPr>
          <w:rFonts w:cs="Times New Roman"/>
          <w:sz w:val="22"/>
        </w:rPr>
        <w:t>Sowing,</w:t>
      </w:r>
      <w:r w:rsidRPr="005675DC">
        <w:rPr>
          <w:rFonts w:cs="Times New Roman"/>
          <w:spacing w:val="2"/>
          <w:sz w:val="22"/>
        </w:rPr>
        <w:t xml:space="preserve"> </w:t>
      </w:r>
      <w:r w:rsidRPr="005675DC">
        <w:rPr>
          <w:rFonts w:cs="Times New Roman"/>
        </w:rPr>
        <w:t>S.</w:t>
      </w:r>
      <w:r w:rsidRPr="005675DC">
        <w:rPr>
          <w:rFonts w:cs="Times New Roman"/>
          <w:spacing w:val="-2"/>
        </w:rPr>
        <w:t xml:space="preserve"> </w:t>
      </w:r>
      <w:r w:rsidRPr="005675DC">
        <w:rPr>
          <w:rFonts w:cs="Times New Roman"/>
        </w:rPr>
        <w:t>Em</w:t>
      </w:r>
      <w:r w:rsidRPr="005675DC">
        <w:rPr>
          <w:rFonts w:cs="Times New Roman"/>
          <w:spacing w:val="-2"/>
        </w:rPr>
        <w:t xml:space="preserve"> </w:t>
      </w:r>
      <w:r w:rsidRPr="005675DC">
        <w:rPr>
          <w:rFonts w:cs="Times New Roman"/>
        </w:rPr>
        <w:t>±;</w:t>
      </w:r>
      <w:r w:rsidRPr="005675DC">
        <w:rPr>
          <w:rFonts w:cs="Times New Roman"/>
          <w:spacing w:val="-1"/>
        </w:rPr>
        <w:t xml:space="preserve"> </w:t>
      </w:r>
      <w:r w:rsidRPr="005675DC">
        <w:rPr>
          <w:rFonts w:cs="Times New Roman"/>
        </w:rPr>
        <w:t>Standard</w:t>
      </w:r>
      <w:r w:rsidRPr="005675DC">
        <w:rPr>
          <w:rFonts w:cs="Times New Roman"/>
          <w:spacing w:val="-2"/>
        </w:rPr>
        <w:t xml:space="preserve"> </w:t>
      </w:r>
      <w:r w:rsidRPr="005675DC">
        <w:rPr>
          <w:rFonts w:cs="Times New Roman"/>
        </w:rPr>
        <w:t>Error</w:t>
      </w:r>
      <w:r w:rsidRPr="005675DC">
        <w:rPr>
          <w:rFonts w:cs="Times New Roman"/>
          <w:spacing w:val="-2"/>
        </w:rPr>
        <w:t xml:space="preserve"> </w:t>
      </w:r>
      <w:r w:rsidRPr="005675DC">
        <w:rPr>
          <w:rFonts w:cs="Times New Roman"/>
        </w:rPr>
        <w:t>Mean,</w:t>
      </w:r>
      <w:r w:rsidRPr="005675DC">
        <w:rPr>
          <w:rFonts w:cs="Times New Roman"/>
          <w:spacing w:val="-2"/>
        </w:rPr>
        <w:t xml:space="preserve"> </w:t>
      </w:r>
      <w:r w:rsidRPr="005675DC">
        <w:rPr>
          <w:rFonts w:cs="Times New Roman"/>
        </w:rPr>
        <w:t>CD;</w:t>
      </w:r>
      <w:r w:rsidRPr="005675DC">
        <w:rPr>
          <w:rFonts w:cs="Times New Roman"/>
          <w:spacing w:val="-2"/>
        </w:rPr>
        <w:t xml:space="preserve"> </w:t>
      </w:r>
      <w:r w:rsidRPr="005675DC">
        <w:rPr>
          <w:rFonts w:cs="Times New Roman"/>
        </w:rPr>
        <w:t>Critical</w:t>
      </w:r>
      <w:r w:rsidRPr="005675DC">
        <w:rPr>
          <w:rFonts w:cs="Times New Roman"/>
          <w:spacing w:val="-2"/>
        </w:rPr>
        <w:t xml:space="preserve"> Difference</w:t>
      </w:r>
    </w:p>
    <w:p w14:paraId="0BB2A269" w14:textId="77777777" w:rsidR="00794935" w:rsidRPr="005675DC" w:rsidRDefault="00794935" w:rsidP="00794935">
      <w:pPr>
        <w:widowControl w:val="0"/>
        <w:autoSpaceDE w:val="0"/>
        <w:autoSpaceDN w:val="0"/>
        <w:spacing w:after="0" w:line="252" w:lineRule="exact"/>
        <w:ind w:left="436"/>
        <w:rPr>
          <w:rFonts w:cs="Times New Roman"/>
          <w:sz w:val="22"/>
        </w:rPr>
      </w:pPr>
      <w:r w:rsidRPr="005675DC">
        <w:rPr>
          <w:rFonts w:cs="Times New Roman"/>
          <w:sz w:val="22"/>
        </w:rPr>
        <w:t>Figures</w:t>
      </w:r>
      <w:r w:rsidRPr="005675DC">
        <w:rPr>
          <w:rFonts w:cs="Times New Roman"/>
          <w:spacing w:val="-8"/>
          <w:sz w:val="22"/>
        </w:rPr>
        <w:t xml:space="preserve"> </w:t>
      </w:r>
      <w:r w:rsidRPr="005675DC">
        <w:rPr>
          <w:rFonts w:cs="Times New Roman"/>
          <w:sz w:val="22"/>
        </w:rPr>
        <w:t>in</w:t>
      </w:r>
      <w:r w:rsidRPr="005675DC">
        <w:rPr>
          <w:rFonts w:cs="Times New Roman"/>
          <w:spacing w:val="-2"/>
          <w:sz w:val="22"/>
        </w:rPr>
        <w:t xml:space="preserve"> </w:t>
      </w:r>
      <w:r w:rsidRPr="005675DC">
        <w:rPr>
          <w:rFonts w:cs="Times New Roman"/>
          <w:sz w:val="22"/>
        </w:rPr>
        <w:t>parenthesis</w:t>
      </w:r>
      <w:r w:rsidRPr="005675DC">
        <w:rPr>
          <w:rFonts w:cs="Times New Roman"/>
          <w:spacing w:val="-6"/>
          <w:sz w:val="22"/>
        </w:rPr>
        <w:t xml:space="preserve"> </w:t>
      </w:r>
      <w:r w:rsidRPr="005675DC">
        <w:rPr>
          <w:rFonts w:cs="Times New Roman"/>
          <w:sz w:val="22"/>
        </w:rPr>
        <w:t>indicate</w:t>
      </w:r>
      <w:r w:rsidRPr="005675DC">
        <w:rPr>
          <w:rFonts w:cs="Times New Roman"/>
          <w:spacing w:val="-5"/>
          <w:sz w:val="22"/>
        </w:rPr>
        <w:t xml:space="preserve"> </w:t>
      </w:r>
      <w:r w:rsidRPr="005675DC">
        <w:rPr>
          <w:rFonts w:cs="Times New Roman"/>
          <w:sz w:val="22"/>
        </w:rPr>
        <w:t>square</w:t>
      </w:r>
      <w:r w:rsidRPr="005675DC">
        <w:rPr>
          <w:rFonts w:cs="Times New Roman"/>
          <w:spacing w:val="-6"/>
          <w:sz w:val="22"/>
        </w:rPr>
        <w:t xml:space="preserve"> </w:t>
      </w:r>
      <w:r w:rsidRPr="005675DC">
        <w:rPr>
          <w:rFonts w:cs="Times New Roman"/>
          <w:sz w:val="22"/>
        </w:rPr>
        <w:t>root</w:t>
      </w:r>
      <w:r w:rsidRPr="005675DC">
        <w:rPr>
          <w:rFonts w:cs="Times New Roman"/>
          <w:spacing w:val="1"/>
          <w:sz w:val="22"/>
        </w:rPr>
        <w:t xml:space="preserve"> </w:t>
      </w:r>
      <w:r w:rsidRPr="005675DC">
        <w:rPr>
          <w:rFonts w:cs="Times New Roman"/>
          <w:sz w:val="22"/>
        </w:rPr>
        <w:t>√(x+0.5)</w:t>
      </w:r>
      <w:r w:rsidRPr="005675DC">
        <w:rPr>
          <w:rFonts w:cs="Times New Roman"/>
          <w:spacing w:val="-6"/>
          <w:sz w:val="22"/>
        </w:rPr>
        <w:t xml:space="preserve"> </w:t>
      </w:r>
      <w:r w:rsidRPr="005675DC">
        <w:rPr>
          <w:rFonts w:cs="Times New Roman"/>
          <w:sz w:val="22"/>
        </w:rPr>
        <w:t>transformed</w:t>
      </w:r>
      <w:r w:rsidRPr="005675DC">
        <w:rPr>
          <w:rFonts w:cs="Times New Roman"/>
          <w:spacing w:val="-2"/>
          <w:sz w:val="22"/>
        </w:rPr>
        <w:t xml:space="preserve"> values</w:t>
      </w:r>
    </w:p>
    <w:p w14:paraId="5F0D5A8D" w14:textId="77777777" w:rsidR="00794935" w:rsidRPr="005675DC" w:rsidRDefault="00794935" w:rsidP="00794935">
      <w:pPr>
        <w:widowControl w:val="0"/>
        <w:autoSpaceDE w:val="0"/>
        <w:autoSpaceDN w:val="0"/>
        <w:spacing w:after="0" w:line="253" w:lineRule="exact"/>
        <w:ind w:left="436"/>
        <w:rPr>
          <w:rFonts w:cs="Times New Roman"/>
          <w:sz w:val="22"/>
        </w:rPr>
      </w:pPr>
      <w:r w:rsidRPr="005675DC">
        <w:rPr>
          <w:rFonts w:cs="Times New Roman"/>
          <w:sz w:val="22"/>
        </w:rPr>
        <w:t>In</w:t>
      </w:r>
      <w:r w:rsidRPr="005675DC">
        <w:rPr>
          <w:rFonts w:cs="Times New Roman"/>
          <w:spacing w:val="-1"/>
          <w:sz w:val="22"/>
        </w:rPr>
        <w:t xml:space="preserve"> </w:t>
      </w:r>
      <w:r w:rsidRPr="005675DC">
        <w:rPr>
          <w:rFonts w:cs="Times New Roman"/>
          <w:sz w:val="22"/>
        </w:rPr>
        <w:t>a</w:t>
      </w:r>
      <w:r w:rsidRPr="005675DC">
        <w:rPr>
          <w:rFonts w:cs="Times New Roman"/>
          <w:spacing w:val="-4"/>
          <w:sz w:val="22"/>
        </w:rPr>
        <w:t xml:space="preserve"> </w:t>
      </w:r>
      <w:r w:rsidRPr="005675DC">
        <w:rPr>
          <w:rFonts w:cs="Times New Roman"/>
          <w:sz w:val="22"/>
        </w:rPr>
        <w:t>column,</w:t>
      </w:r>
      <w:r w:rsidRPr="005675DC">
        <w:rPr>
          <w:rFonts w:cs="Times New Roman"/>
          <w:spacing w:val="-1"/>
          <w:sz w:val="22"/>
        </w:rPr>
        <w:t xml:space="preserve"> </w:t>
      </w:r>
      <w:r w:rsidRPr="005675DC">
        <w:rPr>
          <w:rFonts w:cs="Times New Roman"/>
          <w:sz w:val="22"/>
        </w:rPr>
        <w:t>means</w:t>
      </w:r>
      <w:r w:rsidRPr="005675DC">
        <w:rPr>
          <w:rFonts w:cs="Times New Roman"/>
          <w:spacing w:val="-4"/>
          <w:sz w:val="22"/>
        </w:rPr>
        <w:t xml:space="preserve"> </w:t>
      </w:r>
      <w:r w:rsidRPr="005675DC">
        <w:rPr>
          <w:rFonts w:cs="Times New Roman"/>
          <w:sz w:val="22"/>
        </w:rPr>
        <w:t>followed</w:t>
      </w:r>
      <w:r w:rsidRPr="005675DC">
        <w:rPr>
          <w:rFonts w:cs="Times New Roman"/>
          <w:spacing w:val="-4"/>
          <w:sz w:val="22"/>
        </w:rPr>
        <w:t xml:space="preserve"> </w:t>
      </w:r>
      <w:r w:rsidRPr="005675DC">
        <w:rPr>
          <w:rFonts w:cs="Times New Roman"/>
          <w:sz w:val="22"/>
        </w:rPr>
        <w:t>by</w:t>
      </w:r>
      <w:r w:rsidRPr="005675DC">
        <w:rPr>
          <w:rFonts w:cs="Times New Roman"/>
          <w:spacing w:val="-5"/>
          <w:sz w:val="22"/>
        </w:rPr>
        <w:t xml:space="preserve"> </w:t>
      </w:r>
      <w:r w:rsidRPr="005675DC">
        <w:rPr>
          <w:rFonts w:cs="Times New Roman"/>
          <w:sz w:val="22"/>
        </w:rPr>
        <w:t>same</w:t>
      </w:r>
      <w:r w:rsidRPr="005675DC">
        <w:rPr>
          <w:rFonts w:cs="Times New Roman"/>
          <w:spacing w:val="-3"/>
          <w:sz w:val="22"/>
        </w:rPr>
        <w:t xml:space="preserve"> </w:t>
      </w:r>
      <w:r w:rsidRPr="005675DC">
        <w:rPr>
          <w:rFonts w:cs="Times New Roman"/>
          <w:sz w:val="22"/>
        </w:rPr>
        <w:t>alphabet</w:t>
      </w:r>
      <w:r w:rsidRPr="005675DC">
        <w:rPr>
          <w:rFonts w:cs="Times New Roman"/>
          <w:spacing w:val="-4"/>
          <w:sz w:val="22"/>
        </w:rPr>
        <w:t xml:space="preserve"> </w:t>
      </w:r>
      <w:r w:rsidRPr="005675DC">
        <w:rPr>
          <w:rFonts w:cs="Times New Roman"/>
          <w:sz w:val="22"/>
        </w:rPr>
        <w:t>do</w:t>
      </w:r>
      <w:r w:rsidRPr="005675DC">
        <w:rPr>
          <w:rFonts w:cs="Times New Roman"/>
          <w:spacing w:val="-4"/>
          <w:sz w:val="22"/>
        </w:rPr>
        <w:t xml:space="preserve"> </w:t>
      </w:r>
      <w:r w:rsidRPr="005675DC">
        <w:rPr>
          <w:rFonts w:cs="Times New Roman"/>
          <w:sz w:val="22"/>
        </w:rPr>
        <w:t>not</w:t>
      </w:r>
      <w:r w:rsidRPr="005675DC">
        <w:rPr>
          <w:rFonts w:cs="Times New Roman"/>
          <w:spacing w:val="-8"/>
          <w:sz w:val="22"/>
        </w:rPr>
        <w:t xml:space="preserve"> </w:t>
      </w:r>
      <w:r w:rsidRPr="005675DC">
        <w:rPr>
          <w:rFonts w:cs="Times New Roman"/>
          <w:sz w:val="22"/>
        </w:rPr>
        <w:t>differ</w:t>
      </w:r>
      <w:r w:rsidRPr="005675DC">
        <w:rPr>
          <w:rFonts w:cs="Times New Roman"/>
          <w:spacing w:val="-3"/>
          <w:sz w:val="22"/>
        </w:rPr>
        <w:t xml:space="preserve"> </w:t>
      </w:r>
      <w:r w:rsidRPr="005675DC">
        <w:rPr>
          <w:rFonts w:cs="Times New Roman"/>
          <w:sz w:val="22"/>
        </w:rPr>
        <w:t>significantly</w:t>
      </w:r>
      <w:r w:rsidRPr="005675DC">
        <w:rPr>
          <w:rFonts w:cs="Times New Roman"/>
          <w:spacing w:val="-1"/>
          <w:sz w:val="22"/>
        </w:rPr>
        <w:t xml:space="preserve"> </w:t>
      </w:r>
      <w:r w:rsidRPr="005675DC">
        <w:rPr>
          <w:rFonts w:cs="Times New Roman"/>
          <w:sz w:val="22"/>
        </w:rPr>
        <w:t>(P=0.05)</w:t>
      </w:r>
      <w:r w:rsidRPr="005675DC">
        <w:rPr>
          <w:rFonts w:cs="Times New Roman"/>
          <w:spacing w:val="-7"/>
          <w:sz w:val="22"/>
        </w:rPr>
        <w:t xml:space="preserve"> </w:t>
      </w:r>
      <w:r w:rsidRPr="005675DC">
        <w:rPr>
          <w:rFonts w:cs="Times New Roman"/>
          <w:sz w:val="22"/>
        </w:rPr>
        <w:t>by</w:t>
      </w:r>
      <w:r w:rsidRPr="005675DC">
        <w:rPr>
          <w:rFonts w:cs="Times New Roman"/>
          <w:spacing w:val="-4"/>
          <w:sz w:val="22"/>
        </w:rPr>
        <w:t xml:space="preserve"> DMRT</w:t>
      </w:r>
    </w:p>
    <w:p w14:paraId="1E57CD35" w14:textId="77777777" w:rsidR="00653362" w:rsidRPr="005675DC" w:rsidRDefault="00653362">
      <w:pPr>
        <w:spacing w:after="160"/>
        <w:jc w:val="center"/>
      </w:pPr>
    </w:p>
    <w:p w14:paraId="29683901" w14:textId="77777777" w:rsidR="00653362" w:rsidRPr="005675DC" w:rsidRDefault="00653362">
      <w:pPr>
        <w:spacing w:after="160"/>
        <w:jc w:val="center"/>
      </w:pPr>
    </w:p>
    <w:p w14:paraId="1E5FB188" w14:textId="77777777" w:rsidR="00653362" w:rsidRPr="005675DC" w:rsidRDefault="00000000">
      <w:pPr>
        <w:spacing w:before="240" w:after="120"/>
        <w:jc w:val="center"/>
      </w:pPr>
      <w:r w:rsidRPr="005675DC">
        <w:rPr>
          <w:b/>
        </w:rPr>
        <w:t>Discussion</w:t>
      </w:r>
    </w:p>
    <w:p w14:paraId="582A83E6" w14:textId="77777777" w:rsidR="00117438" w:rsidRPr="00D543F3" w:rsidRDefault="00117438" w:rsidP="00117438">
      <w:pPr>
        <w:pStyle w:val="NormalWeb"/>
        <w:jc w:val="both"/>
        <w:rPr>
          <w:bCs/>
        </w:rPr>
      </w:pPr>
      <w:r>
        <w:t xml:space="preserve">The superior effectiveness of the habitat manipulation-based bio-intensive module, followed by the adoptable module, was primarily attributed to the systematic adoption and implementation of crop diversification through barrier crops, trap crops, border crops and intercrops. These practices promoted the activity and conservation of natural enemies by modifying the crop habitat, enhancing ecological diversification and suppressing pest populations in okra (Gopi et al., 2019). The use of maize as a barrier crop, marigold as a trap crop, cowpea as a border crop and coriander during its effective flowering period appeared to support the multiplication and persistence of natural enemies by providing supplementary food resources, such as pollen and nectar, as well as shelter and </w:t>
      </w:r>
      <w:proofErr w:type="spellStart"/>
      <w:r>
        <w:t>favourable</w:t>
      </w:r>
      <w:proofErr w:type="spellEnd"/>
      <w:r>
        <w:t xml:space="preserve"> microhabitats. This interpretation is consistent with broader evidence from conservation biological control, which indicates that habitat management can provide food resources, alternative prey or hosts and refuge for natural enemies, while plant diversification and intercropping generally increase the abundance and activity of predators and parasitoids (Landis et al., 2000; Letourneau et al., 2011; Rakotomalala et al., 2023). </w:t>
      </w:r>
      <w:r w:rsidRPr="00D543F3">
        <w:rPr>
          <w:bCs/>
          <w:highlight w:val="yellow"/>
        </w:rPr>
        <w:t>This interpretation is further supported by recent synthesis showing that plant diversification can improve biological pest-control services by increasing predator and parasitoid abundance when the design and spatial scale of diversification are suitable (Yousefi et al., 2024).</w:t>
      </w:r>
    </w:p>
    <w:p w14:paraId="7212F20F" w14:textId="77777777" w:rsidR="00117438" w:rsidRPr="00D543F3" w:rsidRDefault="00117438" w:rsidP="00117438">
      <w:pPr>
        <w:pStyle w:val="NormalWeb"/>
        <w:jc w:val="both"/>
        <w:rPr>
          <w:bCs/>
        </w:rPr>
      </w:pPr>
      <w:r w:rsidRPr="00D543F3">
        <w:rPr>
          <w:bCs/>
        </w:rPr>
        <w:t xml:space="preserve">Furthermore, crop diversification, combined with seed treatment using imidacloprid, neem cake application, the installation of yellow sticky traps for monitoring sucking pests, pheromone traps for monitoring fruit borers, and the application of bio-pesticides such as azadirachtin and bio-agents such as </w:t>
      </w:r>
      <w:r w:rsidRPr="00D543F3">
        <w:rPr>
          <w:rStyle w:val="Emphasis"/>
          <w:bCs/>
        </w:rPr>
        <w:t xml:space="preserve">L. </w:t>
      </w:r>
      <w:proofErr w:type="spellStart"/>
      <w:r w:rsidRPr="00D543F3">
        <w:rPr>
          <w:rStyle w:val="Emphasis"/>
          <w:bCs/>
        </w:rPr>
        <w:t>lecanii</w:t>
      </w:r>
      <w:proofErr w:type="spellEnd"/>
      <w:r w:rsidRPr="00D543F3">
        <w:rPr>
          <w:bCs/>
        </w:rPr>
        <w:t xml:space="preserve"> and </w:t>
      </w:r>
      <w:proofErr w:type="spellStart"/>
      <w:r w:rsidRPr="00D543F3">
        <w:rPr>
          <w:rStyle w:val="Emphasis"/>
          <w:bCs/>
        </w:rPr>
        <w:t>Bt</w:t>
      </w:r>
      <w:proofErr w:type="spellEnd"/>
      <w:r w:rsidRPr="00D543F3">
        <w:rPr>
          <w:bCs/>
        </w:rPr>
        <w:t xml:space="preserve">, followed by </w:t>
      </w:r>
      <w:proofErr w:type="spellStart"/>
      <w:r w:rsidRPr="00D543F3">
        <w:rPr>
          <w:bCs/>
        </w:rPr>
        <w:t>chilli</w:t>
      </w:r>
      <w:proofErr w:type="spellEnd"/>
      <w:r w:rsidRPr="00D543F3">
        <w:rPr>
          <w:bCs/>
        </w:rPr>
        <w:t xml:space="preserve"> garlic extract and bio-digester application, did not adversely affect beneficial arthropods. These included parasitoids such as tachinids, braconids, </w:t>
      </w:r>
      <w:proofErr w:type="spellStart"/>
      <w:r w:rsidRPr="00D543F3">
        <w:rPr>
          <w:rStyle w:val="Emphasis"/>
          <w:bCs/>
        </w:rPr>
        <w:t>Nepiera</w:t>
      </w:r>
      <w:proofErr w:type="spellEnd"/>
      <w:r w:rsidRPr="00D543F3">
        <w:rPr>
          <w:bCs/>
        </w:rPr>
        <w:t xml:space="preserve"> sp. and </w:t>
      </w:r>
      <w:proofErr w:type="spellStart"/>
      <w:r w:rsidRPr="00D543F3">
        <w:rPr>
          <w:rStyle w:val="Emphasis"/>
          <w:bCs/>
        </w:rPr>
        <w:t>Neofacydes</w:t>
      </w:r>
      <w:proofErr w:type="spellEnd"/>
      <w:r w:rsidRPr="00D543F3">
        <w:rPr>
          <w:bCs/>
        </w:rPr>
        <w:t xml:space="preserve"> sp.; predators such as coccinellids, </w:t>
      </w:r>
      <w:proofErr w:type="spellStart"/>
      <w:r w:rsidRPr="00D543F3">
        <w:rPr>
          <w:bCs/>
        </w:rPr>
        <w:t>chrysopids</w:t>
      </w:r>
      <w:proofErr w:type="spellEnd"/>
      <w:r w:rsidRPr="00D543F3">
        <w:rPr>
          <w:bCs/>
        </w:rPr>
        <w:t xml:space="preserve">, syrphids, spiders, wasps and reduviid bugs; and predatory birds such as the yellow wagtail and cattle egret. The conservation of these natural enemies contributed to the reduced incidence of okra leafhoppers and whiteflies, as well as lower fruit damage caused by fruit borers (Gopi et al., 2019). This suggests that ecologically compatible pest management interventions can suppress key pest complexes without disrupting the beneficial fauna associated with the crop ecosystem. </w:t>
      </w:r>
      <w:r w:rsidRPr="00D543F3">
        <w:rPr>
          <w:bCs/>
          <w:highlight w:val="yellow"/>
        </w:rPr>
        <w:t>The inclusion of botanical and microbial inputs is also consistent with okra-based field evidence that naturally derived formulations can suppress sucking pests while remaining relatively safe to coccinellid and spider predators (Singh et al., 2021). Evidence from natural-enemy-based pest-control strategies also indicates that biological approaches involving parasitoids, predators, botanicals and microbial agents can contribute to more resilient pest management where chemical risk is a concern (Qadir &amp; Islam, 2025).</w:t>
      </w:r>
    </w:p>
    <w:p w14:paraId="5BDD0BAE" w14:textId="77777777" w:rsidR="00117438" w:rsidRPr="00D543F3" w:rsidRDefault="00117438" w:rsidP="00117438">
      <w:pPr>
        <w:pStyle w:val="NormalWeb"/>
        <w:jc w:val="both"/>
        <w:rPr>
          <w:bCs/>
        </w:rPr>
      </w:pPr>
      <w:r w:rsidRPr="00D543F3">
        <w:rPr>
          <w:bCs/>
        </w:rPr>
        <w:t xml:space="preserve">Similarly, the ETL-based application of green-labelled molecules, including chlorantraniliprole 18.5 SC, cyantraniliprole 10.26 OD, thiamethoxam 25 WG and </w:t>
      </w:r>
      <w:proofErr w:type="spellStart"/>
      <w:r w:rsidRPr="00D543F3">
        <w:rPr>
          <w:bCs/>
        </w:rPr>
        <w:t>tolfenpyrad</w:t>
      </w:r>
      <w:proofErr w:type="spellEnd"/>
      <w:r w:rsidRPr="00D543F3">
        <w:rPr>
          <w:bCs/>
        </w:rPr>
        <w:t xml:space="preserve"> 15 EC, represented a more suitable option than broad-spectrum conventional insecticides, which are often toxic and detrimental to natural enemies. Finally, M1, the habitat manipulation-based bio-intensive module, followed by M2, the crop diversification-based adoptable module, reduced four insecticide sprays compared with the recommended plant protection schedule. This reduction indicates that these modules may offer a cost-effective, environmentally safer and more ecologically balanced approach to managing major insect pests of okra. </w:t>
      </w:r>
      <w:r w:rsidRPr="00D543F3">
        <w:rPr>
          <w:bCs/>
          <w:highlight w:val="yellow"/>
        </w:rPr>
        <w:t>This is relevant because selective or comparatively safer insecticide choices are important for integrating chemical and biological control without severely disrupting natural enemy populations (Hassan &amp; Shad, 2024; Kodandaram et al., 2024).</w:t>
      </w:r>
    </w:p>
    <w:p w14:paraId="4A15F125" w14:textId="77777777" w:rsidR="00117438" w:rsidRDefault="00117438" w:rsidP="00117438">
      <w:pPr>
        <w:pStyle w:val="NormalWeb"/>
        <w:jc w:val="both"/>
      </w:pPr>
      <w:r>
        <w:lastRenderedPageBreak/>
        <w:t xml:space="preserve">The present findings are comparable with the observations of Rao et al. (2008) and </w:t>
      </w:r>
      <w:proofErr w:type="spellStart"/>
      <w:r>
        <w:t>Birah</w:t>
      </w:r>
      <w:proofErr w:type="spellEnd"/>
      <w:r>
        <w:t xml:space="preserve"> et al. (2012), who reported that the integration of crop diversification into an IPM module is effective, eco-friendly, economically feasible and practically adaptable under field conditions. The crop diversification-based adoptable module comprised seed treatment with imidacloprid at 5 g/kg seed, neem cake application at 250 kg/ha at the time of sowing, sowing of maize along the borders as a barrier crop, weekly clipping of infested shoots and fruits, erection of pheromone traps at 100 traps/ha for mass trapping, and foliar sprays of neem seed kernel extract at 30 ml/l, </w:t>
      </w:r>
      <w:proofErr w:type="spellStart"/>
      <w:r>
        <w:t>spinosad</w:t>
      </w:r>
      <w:proofErr w:type="spellEnd"/>
      <w:r>
        <w:t xml:space="preserve"> 45 SC at 0.5 ml/l and </w:t>
      </w:r>
      <w:proofErr w:type="spellStart"/>
      <w:r>
        <w:t>karanj</w:t>
      </w:r>
      <w:proofErr w:type="spellEnd"/>
      <w:r>
        <w:t xml:space="preserve"> oil at 30 ml/l at 45, 60 and 75 days after sowing.</w:t>
      </w:r>
    </w:p>
    <w:p w14:paraId="46D0F79A" w14:textId="4C17ED94" w:rsidR="00117438" w:rsidRDefault="00117438" w:rsidP="00117438">
      <w:pPr>
        <w:pStyle w:val="NormalWeb"/>
        <w:jc w:val="both"/>
      </w:pPr>
      <w:r>
        <w:t xml:space="preserve">This module recorded significantly lower incidences of leafhoppers, whiteflies, shoot borers and fruit borers, together with the highest fruit yield. A higher density of predators in okra was reported by Preetha and Nadarajan (2006), who recommended an integrated module consisting of seed treatment with imidacloprid, release of </w:t>
      </w:r>
      <w:r>
        <w:rPr>
          <w:rStyle w:val="Emphasis"/>
        </w:rPr>
        <w:t xml:space="preserve">T. </w:t>
      </w:r>
      <w:proofErr w:type="spellStart"/>
      <w:r>
        <w:rPr>
          <w:rStyle w:val="Emphasis"/>
        </w:rPr>
        <w:t>chilonis</w:t>
      </w:r>
      <w:proofErr w:type="spellEnd"/>
      <w:r>
        <w:t xml:space="preserve"> at 6 cc/ac, release of </w:t>
      </w:r>
      <w:proofErr w:type="spellStart"/>
      <w:r>
        <w:rPr>
          <w:rStyle w:val="Emphasis"/>
        </w:rPr>
        <w:t>Chrysoperla</w:t>
      </w:r>
      <w:proofErr w:type="spellEnd"/>
      <w:r>
        <w:t xml:space="preserve"> at 2,000 eggs/acre and spraying of </w:t>
      </w:r>
      <w:r>
        <w:rPr>
          <w:rStyle w:val="Emphasis"/>
        </w:rPr>
        <w:t>B. thuringiensis</w:t>
      </w:r>
      <w:r>
        <w:t xml:space="preserve"> (</w:t>
      </w:r>
      <w:proofErr w:type="spellStart"/>
      <w:r>
        <w:t>Spicturin</w:t>
      </w:r>
      <w:proofErr w:type="spellEnd"/>
      <w:r>
        <w:t xml:space="preserve"> FC) at 2.0 ml/l. Border cropping with maize and sorghum might have contributed to the conservation and augmentation of coccinellids by providing shelter, alternative prey and pollen. In addition, the selective systemic action of imidacloprid seed treatment may have helped retain a moderate predator population during the early crop stage, as reported by </w:t>
      </w:r>
      <w:proofErr w:type="spellStart"/>
      <w:r>
        <w:t>Nemade</w:t>
      </w:r>
      <w:proofErr w:type="spellEnd"/>
      <w:r>
        <w:t xml:space="preserve"> et al. (20</w:t>
      </w:r>
      <w:r w:rsidR="003616AB">
        <w:t>19</w:t>
      </w:r>
      <w:r>
        <w:t>).</w:t>
      </w:r>
    </w:p>
    <w:p w14:paraId="59B79CA5" w14:textId="77777777" w:rsidR="00117438" w:rsidRPr="00D543F3" w:rsidRDefault="00117438" w:rsidP="00117438">
      <w:pPr>
        <w:pStyle w:val="NormalWeb"/>
        <w:jc w:val="both"/>
        <w:rPr>
          <w:bCs/>
        </w:rPr>
      </w:pPr>
      <w:r>
        <w:t xml:space="preserve">Similarly, a greater proportion of predators was likely conserved because of the selective toxicity of foliar application of </w:t>
      </w:r>
      <w:proofErr w:type="spellStart"/>
      <w:r>
        <w:t>spinosad</w:t>
      </w:r>
      <w:proofErr w:type="spellEnd"/>
      <w:r>
        <w:t xml:space="preserve"> 45 SC. Earlier workers, including </w:t>
      </w:r>
      <w:proofErr w:type="spellStart"/>
      <w:r>
        <w:t>Udikeri</w:t>
      </w:r>
      <w:proofErr w:type="spellEnd"/>
      <w:r>
        <w:t xml:space="preserve"> et al. (2004), Dhanalakshmi and Mallapur (2008), and </w:t>
      </w:r>
      <w:proofErr w:type="spellStart"/>
      <w:r>
        <w:t>Mohanasundaram</w:t>
      </w:r>
      <w:proofErr w:type="spellEnd"/>
      <w:r>
        <w:t xml:space="preserve"> and Sharma (2011a), reported higher populations of spiders and coccinellids in cotton and okra crops sprayed with </w:t>
      </w:r>
      <w:proofErr w:type="spellStart"/>
      <w:r>
        <w:t>spinosad</w:t>
      </w:r>
      <w:proofErr w:type="spellEnd"/>
      <w:r>
        <w:t xml:space="preserve"> 45 SC. Thus, IPM modules incorporating comparatively safer interventions, such as seed treatments, neem-based products, biological agents, habitat diversification and selective newer insecticides, were ecologically sustainable and effective in suppressing the target pests. Overall, the findings support the practical relevance of bio-intensive and crop diversification-based IPM strategies for reducing insecticide dependence while maintaining pest suppression, natural enemy conservation and fruit yield in okra. </w:t>
      </w:r>
      <w:r w:rsidRPr="00D543F3">
        <w:rPr>
          <w:bCs/>
          <w:highlight w:val="yellow"/>
        </w:rPr>
        <w:t>Recent meta-analyses and field-based studies therefore support the broader conclusion that habitat and resource diversification can increase natural enemies, but the magnitude of the response may vary across crop systems, landscape context and target natural-enemy groups (Judt et al., 2023; Rakotomalala et al., 2023; Saqib et al., 2020).</w:t>
      </w:r>
    </w:p>
    <w:p w14:paraId="74014DA4" w14:textId="77777777" w:rsidR="00653362" w:rsidRPr="005675DC" w:rsidRDefault="00000000">
      <w:pPr>
        <w:spacing w:before="240" w:after="120"/>
      </w:pPr>
      <w:r w:rsidRPr="005675DC">
        <w:rPr>
          <w:b/>
        </w:rPr>
        <w:t>Conclusions</w:t>
      </w:r>
    </w:p>
    <w:p w14:paraId="710C7566" w14:textId="77777777" w:rsidR="00653362" w:rsidRPr="005675DC" w:rsidRDefault="00000000" w:rsidP="00AA14EC">
      <w:pPr>
        <w:spacing w:after="120"/>
        <w:ind w:firstLine="504"/>
        <w:jc w:val="both"/>
      </w:pPr>
      <w:r w:rsidRPr="005675DC">
        <w:t xml:space="preserve">The results of the present study indicate that habitat manipulation-based IPM can improve the abundance of major natural enemies in the okra ecosystem. Among the evaluated treatments, the habitat manipulation-based bio-intensive module (M1) recorded the highest mean populations of coccinellids (0.37/plant), </w:t>
      </w:r>
      <w:proofErr w:type="spellStart"/>
      <w:r w:rsidRPr="005675DC">
        <w:t>chrysopids</w:t>
      </w:r>
      <w:proofErr w:type="spellEnd"/>
      <w:r w:rsidRPr="005675DC">
        <w:t xml:space="preserve"> (0.40/plant), syrphids (0.45/plant) and spiders (0.62/plant). This module combined okra with maize, marigold, cowpea and coriander, along with seed treatment, neem powder application, </w:t>
      </w:r>
      <w:r w:rsidRPr="005675DC">
        <w:rPr>
          <w:i/>
        </w:rPr>
        <w:t xml:space="preserve">Trichogramma </w:t>
      </w:r>
      <w:proofErr w:type="spellStart"/>
      <w:r w:rsidRPr="005675DC">
        <w:rPr>
          <w:i/>
        </w:rPr>
        <w:t>chilonis</w:t>
      </w:r>
      <w:proofErr w:type="spellEnd"/>
      <w:r w:rsidRPr="005675DC">
        <w:t xml:space="preserve"> release, pheromone and yellow sticky traps, and selected bio-rational inputs. The habitat manipulation-based adoptable module (M2) also supported natural enemy populations and performed better than the recommended plant protection module for most observations. In contrast, the recommended plant protection module recorded the lowest mean populations of coccinellids, </w:t>
      </w:r>
      <w:proofErr w:type="spellStart"/>
      <w:r w:rsidRPr="005675DC">
        <w:t>chrysopids</w:t>
      </w:r>
      <w:proofErr w:type="spellEnd"/>
      <w:r w:rsidRPr="005675DC">
        <w:t xml:space="preserve">, syrphids and spiders, indicating that conventional plant protection practices were less </w:t>
      </w:r>
      <w:proofErr w:type="spellStart"/>
      <w:r w:rsidRPr="005675DC">
        <w:t>favourable</w:t>
      </w:r>
      <w:proofErr w:type="spellEnd"/>
      <w:r w:rsidRPr="005675DC">
        <w:t xml:space="preserve"> to beneficial arthropods. Overall, the bio-intensive module provided a more supportive habitat for predators and parasitoids while integrating pest management </w:t>
      </w:r>
      <w:r w:rsidRPr="005675DC">
        <w:lastRenderedPageBreak/>
        <w:t xml:space="preserve">components that are practically relevant to okra cultivation. These findings support the use of crop diversification and bio-intensive interventions as part of a sustainable IPM strategy for okra. The module may be considered a feasible option for farmers where similar </w:t>
      </w:r>
      <w:proofErr w:type="spellStart"/>
      <w:r w:rsidRPr="005675DC">
        <w:t>agro</w:t>
      </w:r>
      <w:proofErr w:type="spellEnd"/>
      <w:r w:rsidRPr="005675DC">
        <w:t>-ecological and management conditions prevail, subject to local validation for site-specific local needs.</w:t>
      </w:r>
    </w:p>
    <w:p w14:paraId="0600CEC2" w14:textId="77777777" w:rsidR="0015287C" w:rsidRPr="005675DC" w:rsidRDefault="00000000" w:rsidP="00AA14EC">
      <w:pPr>
        <w:spacing w:after="120"/>
        <w:jc w:val="both"/>
      </w:pPr>
      <w:r w:rsidRPr="005675DC">
        <w:rPr>
          <w:b/>
        </w:rPr>
        <w:t>Limitations</w:t>
      </w:r>
    </w:p>
    <w:p w14:paraId="68088FF6" w14:textId="77777777" w:rsidR="0015287C" w:rsidRPr="005675DC" w:rsidRDefault="00000000" w:rsidP="00AA14EC">
      <w:pPr>
        <w:spacing w:after="120"/>
        <w:jc w:val="both"/>
      </w:pPr>
      <w:r w:rsidRPr="005675DC">
        <w:t xml:space="preserve">The present study was conducted at a single location, the College of Horticulture, Bagalkot, under the specific crop, soil and management conditions of the experimental site. Therefore, the results may vary under different </w:t>
      </w:r>
      <w:proofErr w:type="spellStart"/>
      <w:r w:rsidRPr="005675DC">
        <w:t>agro</w:t>
      </w:r>
      <w:proofErr w:type="spellEnd"/>
      <w:r w:rsidRPr="005675DC">
        <w:t xml:space="preserve">-climatic zones, seasons, okra varieties and pest-pressure situations. The observations were limited to selected natural enemies, namely coccinellids, </w:t>
      </w:r>
      <w:proofErr w:type="spellStart"/>
      <w:r w:rsidRPr="005675DC">
        <w:t>chrysopids</w:t>
      </w:r>
      <w:proofErr w:type="spellEnd"/>
      <w:r w:rsidRPr="005675DC">
        <w:t>, syrphids and spiders, and did not quantify all parasitoids, pollinators or other beneficial arthropods occurring in the okra ecosystem. The study focused mainly on natural enemy abundance and did not include detailed ecological measurements such as prey availability, floral resource use or predator-prey interactions. Although the bio-intensive module was described as economically feasible and practically adoptable based on the study outcome, broader validation across farmers’ fields and seasons would strengthen its recommendation. Future studies may also assess long-term effects on pest suppression, yield stability and compatibility of individual module components before wider extension to diverse production systems and contexts.</w:t>
      </w:r>
    </w:p>
    <w:p w14:paraId="2B87C602" w14:textId="77777777" w:rsidR="004748C4" w:rsidRPr="005675DC" w:rsidRDefault="004748C4" w:rsidP="004748C4">
      <w:pPr>
        <w:spacing w:after="120"/>
        <w:jc w:val="both"/>
      </w:pPr>
      <w:r w:rsidRPr="005675DC">
        <w:t>COMPETING INTERESTS</w:t>
      </w:r>
    </w:p>
    <w:p w14:paraId="12C3F4F3" w14:textId="77777777" w:rsidR="004748C4" w:rsidRDefault="004748C4" w:rsidP="004748C4">
      <w:pPr>
        <w:spacing w:after="120"/>
        <w:jc w:val="both"/>
      </w:pPr>
      <w:r w:rsidRPr="005675DC">
        <w:t>Authors have declared that they have no known competing financial interests OR non-financial interests OR personal relationships that could have appeared to influence the work reported in this paper.</w:t>
      </w:r>
    </w:p>
    <w:p w14:paraId="608DD598" w14:textId="77777777" w:rsidR="00055D8B" w:rsidRDefault="00055D8B" w:rsidP="004748C4">
      <w:pPr>
        <w:spacing w:after="120"/>
        <w:jc w:val="both"/>
      </w:pPr>
    </w:p>
    <w:p w14:paraId="1BB547CB" w14:textId="77777777" w:rsidR="00055D8B" w:rsidRDefault="00055D8B" w:rsidP="00055D8B">
      <w:pPr>
        <w:spacing w:after="120"/>
        <w:jc w:val="both"/>
      </w:pPr>
      <w:r>
        <w:t>Declaration of AI Use</w:t>
      </w:r>
    </w:p>
    <w:p w14:paraId="352FC0D5" w14:textId="148FFCE2" w:rsidR="00055D8B" w:rsidRPr="005675DC" w:rsidRDefault="00055D8B" w:rsidP="00055D8B">
      <w:pPr>
        <w:spacing w:after="120"/>
        <w:jc w:val="both"/>
      </w:pPr>
      <w: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98C6ED" w14:textId="77777777" w:rsidR="004748C4" w:rsidRDefault="004748C4" w:rsidP="00AA14EC">
      <w:pPr>
        <w:spacing w:after="120"/>
        <w:jc w:val="both"/>
      </w:pPr>
    </w:p>
    <w:p w14:paraId="655006F4" w14:textId="77777777" w:rsidR="00055D8B" w:rsidRPr="005675DC" w:rsidRDefault="00055D8B" w:rsidP="00AA14EC">
      <w:pPr>
        <w:spacing w:after="120"/>
        <w:jc w:val="both"/>
      </w:pPr>
    </w:p>
    <w:p w14:paraId="5218910C" w14:textId="77777777" w:rsidR="00055D8B" w:rsidRDefault="00055D8B">
      <w:pPr>
        <w:spacing w:before="240" w:after="120"/>
        <w:jc w:val="center"/>
      </w:pPr>
    </w:p>
    <w:p w14:paraId="5C2C815D" w14:textId="18FD8D0B" w:rsidR="00653362" w:rsidRDefault="00000000">
      <w:pPr>
        <w:spacing w:before="240" w:after="120"/>
        <w:jc w:val="center"/>
        <w:rPr>
          <w:b/>
        </w:rPr>
      </w:pPr>
      <w:r w:rsidRPr="005675DC">
        <w:rPr>
          <w:b/>
        </w:rPr>
        <w:t>References</w:t>
      </w:r>
    </w:p>
    <w:p w14:paraId="53D4F49C" w14:textId="77777777" w:rsidR="00FF6BF0" w:rsidRPr="00FF6BF0" w:rsidRDefault="00FF6BF0" w:rsidP="00FF6BF0">
      <w:pPr>
        <w:spacing w:after="0" w:line="240" w:lineRule="auto"/>
        <w:rPr>
          <w:rFonts w:cs="Times New Roman"/>
          <w:szCs w:val="24"/>
        </w:rPr>
      </w:pPr>
      <w:r w:rsidRPr="00FF6BF0">
        <w:rPr>
          <w:rFonts w:hAnsi="Symbol" w:cs="Times New Roman"/>
          <w:szCs w:val="24"/>
        </w:rPr>
        <w:lastRenderedPageBreak/>
        <w:t></w:t>
      </w:r>
      <w:r w:rsidRPr="00FF6BF0">
        <w:rPr>
          <w:rFonts w:cs="Times New Roman"/>
          <w:szCs w:val="24"/>
        </w:rPr>
        <w:t xml:space="preserve">  </w:t>
      </w:r>
      <w:proofErr w:type="spellStart"/>
      <w:r w:rsidRPr="00FF6BF0">
        <w:rPr>
          <w:rFonts w:cs="Times New Roman"/>
          <w:szCs w:val="24"/>
        </w:rPr>
        <w:t>Birah</w:t>
      </w:r>
      <w:proofErr w:type="spellEnd"/>
      <w:r w:rsidRPr="00FF6BF0">
        <w:rPr>
          <w:rFonts w:cs="Times New Roman"/>
          <w:szCs w:val="24"/>
        </w:rPr>
        <w:t>, A., Srivastava, R. C., Kumar, K., Singh, P. K., &amp; Bhagat, S. (2012). Efficacy of pest management practices against pest complex of okra (</w:t>
      </w:r>
      <w:r w:rsidRPr="00FF6BF0">
        <w:rPr>
          <w:rFonts w:cs="Times New Roman"/>
          <w:i/>
          <w:iCs/>
          <w:szCs w:val="24"/>
        </w:rPr>
        <w:t>Abelmoschus esculentus</w:t>
      </w:r>
      <w:r w:rsidRPr="00FF6BF0">
        <w:rPr>
          <w:rFonts w:cs="Times New Roman"/>
          <w:szCs w:val="24"/>
        </w:rPr>
        <w:t xml:space="preserve">) in Andaman. </w:t>
      </w:r>
      <w:r w:rsidRPr="00FF6BF0">
        <w:rPr>
          <w:rFonts w:cs="Times New Roman"/>
          <w:i/>
          <w:iCs/>
          <w:szCs w:val="24"/>
        </w:rPr>
        <w:t>The Indian Journal of Agricultural Sciences, 82</w:t>
      </w:r>
      <w:r w:rsidRPr="00FF6BF0">
        <w:rPr>
          <w:rFonts w:cs="Times New Roman"/>
          <w:szCs w:val="24"/>
        </w:rPr>
        <w:t xml:space="preserve">(5), 470–472. </w:t>
      </w:r>
      <w:hyperlink r:id="rId6" w:tgtFrame="_new" w:history="1">
        <w:r w:rsidRPr="00FF6BF0">
          <w:rPr>
            <w:rFonts w:cs="Times New Roman"/>
            <w:color w:val="0000FF"/>
            <w:szCs w:val="24"/>
            <w:u w:val="single"/>
          </w:rPr>
          <w:t>https://doi.org/10.56093/ijas.v82i5.17816</w:t>
        </w:r>
      </w:hyperlink>
      <w:r w:rsidRPr="00FF6BF0">
        <w:rPr>
          <w:rFonts w:cs="Times New Roman"/>
          <w:szCs w:val="24"/>
        </w:rPr>
        <w:t xml:space="preserve"> </w:t>
      </w:r>
    </w:p>
    <w:p w14:paraId="2BB8EE06"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Dhanalakshmi, D. N., &amp; Mallapur, C. P. (2008). Evaluation of promising molecules against sucking pests of okra. </w:t>
      </w:r>
      <w:r w:rsidRPr="00FF6BF0">
        <w:rPr>
          <w:rFonts w:cs="Times New Roman"/>
          <w:i/>
          <w:iCs/>
          <w:szCs w:val="24"/>
        </w:rPr>
        <w:t>Annals of Plant Protection Sciences, 16</w:t>
      </w:r>
      <w:r w:rsidRPr="00FF6BF0">
        <w:rPr>
          <w:rFonts w:cs="Times New Roman"/>
          <w:szCs w:val="24"/>
        </w:rPr>
        <w:t xml:space="preserve">(1), 29–32. https://www.ijour.net/article/apps-16-1-007 </w:t>
      </w:r>
    </w:p>
    <w:p w14:paraId="70901E7D"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Dwarka, </w:t>
      </w:r>
      <w:proofErr w:type="spellStart"/>
      <w:r w:rsidRPr="00FF6BF0">
        <w:rPr>
          <w:rFonts w:cs="Times New Roman"/>
          <w:szCs w:val="24"/>
        </w:rPr>
        <w:t>Ghugal</w:t>
      </w:r>
      <w:proofErr w:type="spellEnd"/>
      <w:r w:rsidRPr="00FF6BF0">
        <w:rPr>
          <w:rFonts w:cs="Times New Roman"/>
          <w:szCs w:val="24"/>
        </w:rPr>
        <w:t>, S. G., Thakur, S., Chadar, N., Parmar, S., &amp; Babli. (2024). Introduction to insect pests of wheat (</w:t>
      </w:r>
      <w:r w:rsidRPr="00FF6BF0">
        <w:rPr>
          <w:rFonts w:cs="Times New Roman"/>
          <w:i/>
          <w:iCs/>
          <w:szCs w:val="24"/>
        </w:rPr>
        <w:t>Triticum aestivum</w:t>
      </w:r>
      <w:r w:rsidRPr="00FF6BF0">
        <w:rPr>
          <w:rFonts w:cs="Times New Roman"/>
          <w:szCs w:val="24"/>
        </w:rPr>
        <w:t xml:space="preserve"> L.) crop and their management: A review. </w:t>
      </w:r>
      <w:r w:rsidRPr="00FF6BF0">
        <w:rPr>
          <w:rFonts w:cs="Times New Roman"/>
          <w:i/>
          <w:iCs/>
          <w:szCs w:val="24"/>
        </w:rPr>
        <w:t>BIONATURE, 44</w:t>
      </w:r>
      <w:r w:rsidRPr="00FF6BF0">
        <w:rPr>
          <w:rFonts w:cs="Times New Roman"/>
          <w:szCs w:val="24"/>
        </w:rPr>
        <w:t xml:space="preserve">(2), 108–115. </w:t>
      </w:r>
      <w:hyperlink r:id="rId7" w:tgtFrame="_new" w:history="1">
        <w:r w:rsidRPr="00FF6BF0">
          <w:rPr>
            <w:rFonts w:cs="Times New Roman"/>
            <w:color w:val="0000FF"/>
            <w:szCs w:val="24"/>
            <w:u w:val="single"/>
          </w:rPr>
          <w:t>https://doi.org/10.56557/bn/2024/v44i22051</w:t>
        </w:r>
      </w:hyperlink>
      <w:r w:rsidRPr="00FF6BF0">
        <w:rPr>
          <w:rFonts w:cs="Times New Roman"/>
          <w:szCs w:val="24"/>
        </w:rPr>
        <w:t xml:space="preserve"> </w:t>
      </w:r>
    </w:p>
    <w:p w14:paraId="63EE9818" w14:textId="623D2CEE"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Gopi, S., Gopali, J. B., </w:t>
      </w:r>
      <w:proofErr w:type="spellStart"/>
      <w:r w:rsidRPr="00FF6BF0">
        <w:rPr>
          <w:rFonts w:cs="Times New Roman"/>
          <w:szCs w:val="24"/>
        </w:rPr>
        <w:t>Allolli</w:t>
      </w:r>
      <w:proofErr w:type="spellEnd"/>
      <w:r w:rsidRPr="00FF6BF0">
        <w:rPr>
          <w:rFonts w:cs="Times New Roman"/>
          <w:szCs w:val="24"/>
        </w:rPr>
        <w:t xml:space="preserve">, T. B., </w:t>
      </w:r>
      <w:proofErr w:type="spellStart"/>
      <w:r w:rsidRPr="00FF6BF0">
        <w:rPr>
          <w:rFonts w:cs="Times New Roman"/>
          <w:szCs w:val="24"/>
        </w:rPr>
        <w:t>Venkateshalu</w:t>
      </w:r>
      <w:proofErr w:type="spellEnd"/>
      <w:r w:rsidRPr="00FF6BF0">
        <w:rPr>
          <w:rFonts w:cs="Times New Roman"/>
          <w:szCs w:val="24"/>
        </w:rPr>
        <w:t xml:space="preserve">, Waseem, M. A., &amp; </w:t>
      </w:r>
      <w:proofErr w:type="spellStart"/>
      <w:r w:rsidRPr="00FF6BF0">
        <w:rPr>
          <w:rFonts w:cs="Times New Roman"/>
          <w:szCs w:val="24"/>
        </w:rPr>
        <w:t>Awati</w:t>
      </w:r>
      <w:proofErr w:type="spellEnd"/>
      <w:r w:rsidRPr="00FF6BF0">
        <w:rPr>
          <w:rFonts w:cs="Times New Roman"/>
          <w:szCs w:val="24"/>
        </w:rPr>
        <w:t xml:space="preserve">, M. G. (2019). Evaluation of crop diversification-based IPM modules against insect pests of okra. </w:t>
      </w:r>
      <w:r w:rsidRPr="00FF6BF0">
        <w:rPr>
          <w:rFonts w:cs="Times New Roman"/>
          <w:i/>
          <w:iCs/>
          <w:szCs w:val="24"/>
        </w:rPr>
        <w:t>International Journal of Chemical Studies, 7</w:t>
      </w:r>
      <w:r w:rsidRPr="00FF6BF0">
        <w:rPr>
          <w:rFonts w:cs="Times New Roman"/>
          <w:szCs w:val="24"/>
        </w:rPr>
        <w:t xml:space="preserve">(4), 2772–2777. </w:t>
      </w:r>
    </w:p>
    <w:p w14:paraId="534DC621" w14:textId="5BC2AFCC"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Kanwar, N., &amp; Ameta, O. P. (2007). Assessment of losses caused by insect pests of okra. </w:t>
      </w:r>
      <w:r w:rsidRPr="00FF6BF0">
        <w:rPr>
          <w:rFonts w:cs="Times New Roman"/>
          <w:i/>
          <w:iCs/>
          <w:szCs w:val="24"/>
        </w:rPr>
        <w:t>Pestology, 31</w:t>
      </w:r>
      <w:r w:rsidRPr="00FF6BF0">
        <w:rPr>
          <w:rFonts w:cs="Times New Roman"/>
          <w:szCs w:val="24"/>
        </w:rPr>
        <w:t xml:space="preserve">(5), 45–47. </w:t>
      </w:r>
    </w:p>
    <w:p w14:paraId="69B6D207"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Kodandaram, M. H., Divekar, P. A., Wangi, N., Mohite, N. R., &amp; Rai, A. B. (2024). Optimizing sucking pest control in okra: An analysis of </w:t>
      </w:r>
      <w:proofErr w:type="spellStart"/>
      <w:r w:rsidRPr="00FF6BF0">
        <w:rPr>
          <w:rFonts w:cs="Times New Roman"/>
          <w:szCs w:val="24"/>
        </w:rPr>
        <w:t>flupyradifurone</w:t>
      </w:r>
      <w:proofErr w:type="spellEnd"/>
      <w:r w:rsidRPr="00FF6BF0">
        <w:rPr>
          <w:rFonts w:cs="Times New Roman"/>
          <w:szCs w:val="24"/>
        </w:rPr>
        <w:t xml:space="preserve"> 200 SL effectiveness, phytotoxicity, safety to natural enemies, pollinators and cost-efficiency. </w:t>
      </w:r>
      <w:r w:rsidRPr="00FF6BF0">
        <w:rPr>
          <w:rFonts w:cs="Times New Roman"/>
          <w:i/>
          <w:iCs/>
          <w:szCs w:val="24"/>
        </w:rPr>
        <w:t>Journal of Plant Diseases and Protection, 131</w:t>
      </w:r>
      <w:r w:rsidRPr="00FF6BF0">
        <w:rPr>
          <w:rFonts w:cs="Times New Roman"/>
          <w:szCs w:val="24"/>
        </w:rPr>
        <w:t xml:space="preserve">, 757–771. </w:t>
      </w:r>
      <w:hyperlink r:id="rId8" w:tgtFrame="_new" w:history="1">
        <w:r w:rsidRPr="00FF6BF0">
          <w:rPr>
            <w:rFonts w:cs="Times New Roman"/>
            <w:color w:val="0000FF"/>
            <w:szCs w:val="24"/>
            <w:u w:val="single"/>
          </w:rPr>
          <w:t>https://doi.org/10.1007/s41348-024-00885-2</w:t>
        </w:r>
      </w:hyperlink>
      <w:r w:rsidRPr="00FF6BF0">
        <w:rPr>
          <w:rFonts w:cs="Times New Roman"/>
          <w:szCs w:val="24"/>
        </w:rPr>
        <w:t xml:space="preserve"> </w:t>
      </w:r>
    </w:p>
    <w:p w14:paraId="25A441EB"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Landis, D. A., Wratten, S. D., &amp; Gurr, G. M. (2000). Habitat management to conserve natural enemies of arthropod pests in agriculture. </w:t>
      </w:r>
      <w:r w:rsidRPr="00FF6BF0">
        <w:rPr>
          <w:rFonts w:cs="Times New Roman"/>
          <w:i/>
          <w:iCs/>
          <w:szCs w:val="24"/>
        </w:rPr>
        <w:t>Annual Review of Entomology, 45</w:t>
      </w:r>
      <w:r w:rsidRPr="00FF6BF0">
        <w:rPr>
          <w:rFonts w:cs="Times New Roman"/>
          <w:szCs w:val="24"/>
        </w:rPr>
        <w:t xml:space="preserve">, 175–201. </w:t>
      </w:r>
      <w:hyperlink r:id="rId9" w:tgtFrame="_new" w:history="1">
        <w:r w:rsidRPr="00FF6BF0">
          <w:rPr>
            <w:rFonts w:cs="Times New Roman"/>
            <w:color w:val="0000FF"/>
            <w:szCs w:val="24"/>
            <w:u w:val="single"/>
          </w:rPr>
          <w:t>https://doi.org/10.1146/annurev.ento.45.1.175</w:t>
        </w:r>
      </w:hyperlink>
      <w:r w:rsidRPr="00FF6BF0">
        <w:rPr>
          <w:rFonts w:cs="Times New Roman"/>
          <w:szCs w:val="24"/>
        </w:rPr>
        <w:t xml:space="preserve"> </w:t>
      </w:r>
    </w:p>
    <w:p w14:paraId="29819303"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Letourneau, D. K., Armbrecht, I., Salguero Rivera, B., Montoya Lerma, J., Jiménez Carmona, E., Daza, M. C., Escobar, S., Galindo, V., Gutiérrez, C., Duque López, S., López Mejía, J., Acosta Rangel, A. M., Herrera Rangel, J., Rivera, L., Saavedra, C. A., Torres, A. M., &amp; Reyes Trujillo, A. (2011). Does plant diversity benefit agroecosystems? A synthetic review. </w:t>
      </w:r>
      <w:r w:rsidRPr="00FF6BF0">
        <w:rPr>
          <w:rFonts w:cs="Times New Roman"/>
          <w:i/>
          <w:iCs/>
          <w:szCs w:val="24"/>
        </w:rPr>
        <w:t>Ecological Applications, 21</w:t>
      </w:r>
      <w:r w:rsidRPr="00FF6BF0">
        <w:rPr>
          <w:rFonts w:cs="Times New Roman"/>
          <w:szCs w:val="24"/>
        </w:rPr>
        <w:t xml:space="preserve">(1), 9–21. </w:t>
      </w:r>
      <w:hyperlink r:id="rId10" w:tgtFrame="_new" w:history="1">
        <w:r w:rsidRPr="00FF6BF0">
          <w:rPr>
            <w:rFonts w:cs="Times New Roman"/>
            <w:color w:val="0000FF"/>
            <w:szCs w:val="24"/>
            <w:u w:val="single"/>
          </w:rPr>
          <w:t>https://doi.org/10.1890/09-2026.1</w:t>
        </w:r>
      </w:hyperlink>
      <w:r w:rsidRPr="00FF6BF0">
        <w:rPr>
          <w:rFonts w:cs="Times New Roman"/>
          <w:szCs w:val="24"/>
        </w:rPr>
        <w:t xml:space="preserve"> </w:t>
      </w:r>
    </w:p>
    <w:p w14:paraId="6AF1AE3B"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w:t>
      </w:r>
      <w:proofErr w:type="spellStart"/>
      <w:r w:rsidRPr="00FF6BF0">
        <w:rPr>
          <w:rFonts w:cs="Times New Roman"/>
          <w:szCs w:val="24"/>
        </w:rPr>
        <w:t>Meenambigai</w:t>
      </w:r>
      <w:proofErr w:type="spellEnd"/>
      <w:r w:rsidRPr="00FF6BF0">
        <w:rPr>
          <w:rFonts w:cs="Times New Roman"/>
          <w:szCs w:val="24"/>
        </w:rPr>
        <w:t xml:space="preserve">, C., &amp; Bhuvaneswari, K. (2024). Impact of IPM modules on natural enemies in okra. </w:t>
      </w:r>
      <w:r w:rsidRPr="00FF6BF0">
        <w:rPr>
          <w:rFonts w:cs="Times New Roman"/>
          <w:i/>
          <w:iCs/>
          <w:szCs w:val="24"/>
        </w:rPr>
        <w:t>Indian Journal of Entomology, 86</w:t>
      </w:r>
      <w:r w:rsidRPr="00FF6BF0">
        <w:rPr>
          <w:rFonts w:cs="Times New Roman"/>
          <w:szCs w:val="24"/>
        </w:rPr>
        <w:t xml:space="preserve">(2), 644–648. </w:t>
      </w:r>
      <w:hyperlink r:id="rId11" w:tgtFrame="_new" w:history="1">
        <w:r w:rsidRPr="00FF6BF0">
          <w:rPr>
            <w:rFonts w:cs="Times New Roman"/>
            <w:color w:val="0000FF"/>
            <w:szCs w:val="24"/>
            <w:u w:val="single"/>
          </w:rPr>
          <w:t>https://doi.org/10.55446/IJE.2024.1306</w:t>
        </w:r>
      </w:hyperlink>
      <w:r w:rsidRPr="00FF6BF0">
        <w:rPr>
          <w:rFonts w:cs="Times New Roman"/>
          <w:szCs w:val="24"/>
        </w:rPr>
        <w:t xml:space="preserve"> </w:t>
      </w:r>
    </w:p>
    <w:p w14:paraId="54B60CF6"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w:t>
      </w:r>
      <w:proofErr w:type="spellStart"/>
      <w:r w:rsidRPr="00FF6BF0">
        <w:rPr>
          <w:rFonts w:cs="Times New Roman"/>
          <w:szCs w:val="24"/>
        </w:rPr>
        <w:t>Mohanasundaram</w:t>
      </w:r>
      <w:proofErr w:type="spellEnd"/>
      <w:r w:rsidRPr="00FF6BF0">
        <w:rPr>
          <w:rFonts w:cs="Times New Roman"/>
          <w:szCs w:val="24"/>
        </w:rPr>
        <w:t xml:space="preserve">, A., &amp; Sharma, R. K. (2011a). Abundance of pest complex of okra in relation to abiotic and biotic factors. </w:t>
      </w:r>
      <w:r w:rsidRPr="00FF6BF0">
        <w:rPr>
          <w:rFonts w:cs="Times New Roman"/>
          <w:i/>
          <w:iCs/>
          <w:szCs w:val="24"/>
        </w:rPr>
        <w:t>Annals of Plant Protection Sciences, 19</w:t>
      </w:r>
      <w:r w:rsidRPr="00FF6BF0">
        <w:rPr>
          <w:rFonts w:cs="Times New Roman"/>
          <w:szCs w:val="24"/>
        </w:rPr>
        <w:t xml:space="preserve">(2), 286–290. https://www.ijour.net/article/apps-19-2-006 </w:t>
      </w:r>
    </w:p>
    <w:p w14:paraId="671C1933"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Mohapatra, S., Padhi, J., Samal, T., Tripathy, P., &amp; Kumar, S. (2022). Seasonal incidence of sucking pests and their natural enemies in okra </w:t>
      </w:r>
      <w:r w:rsidRPr="00FF6BF0">
        <w:rPr>
          <w:rFonts w:cs="Times New Roman"/>
          <w:i/>
          <w:iCs/>
          <w:szCs w:val="24"/>
        </w:rPr>
        <w:t>Abelmoschus esculentus</w:t>
      </w:r>
      <w:r w:rsidRPr="00FF6BF0">
        <w:rPr>
          <w:rFonts w:cs="Times New Roman"/>
          <w:szCs w:val="24"/>
        </w:rPr>
        <w:t xml:space="preserve"> (L.) Moench. </w:t>
      </w:r>
      <w:r w:rsidRPr="00FF6BF0">
        <w:rPr>
          <w:rFonts w:cs="Times New Roman"/>
          <w:i/>
          <w:iCs/>
          <w:szCs w:val="24"/>
        </w:rPr>
        <w:t>International Journal of Environment and Climate Change, 12</w:t>
      </w:r>
      <w:r w:rsidRPr="00FF6BF0">
        <w:rPr>
          <w:rFonts w:cs="Times New Roman"/>
          <w:szCs w:val="24"/>
        </w:rPr>
        <w:t xml:space="preserve">(11), 3605–3611. </w:t>
      </w:r>
      <w:hyperlink r:id="rId12" w:tgtFrame="_new" w:history="1">
        <w:r w:rsidRPr="00FF6BF0">
          <w:rPr>
            <w:rFonts w:cs="Times New Roman"/>
            <w:color w:val="0000FF"/>
            <w:szCs w:val="24"/>
            <w:u w:val="single"/>
          </w:rPr>
          <w:t>https://doi.org/10.9734/ijecc/2022/v12i111408</w:t>
        </w:r>
      </w:hyperlink>
      <w:r w:rsidRPr="00FF6BF0">
        <w:rPr>
          <w:rFonts w:cs="Times New Roman"/>
          <w:szCs w:val="24"/>
        </w:rPr>
        <w:t xml:space="preserve"> </w:t>
      </w:r>
    </w:p>
    <w:p w14:paraId="3BFF9F95"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Mohapatra, S., Padhi, J., &amp; Singh, S. (2024). Enhancing yield and economic benefits through sustainable pest management in okra cultivation. </w:t>
      </w:r>
      <w:r w:rsidRPr="00FF6BF0">
        <w:rPr>
          <w:rFonts w:cs="Times New Roman"/>
          <w:i/>
          <w:iCs/>
          <w:szCs w:val="24"/>
        </w:rPr>
        <w:t>Scientific Reports, 14</w:t>
      </w:r>
      <w:r w:rsidRPr="00FF6BF0">
        <w:rPr>
          <w:rFonts w:cs="Times New Roman"/>
          <w:szCs w:val="24"/>
        </w:rPr>
        <w:t xml:space="preserve">, Article 22220. </w:t>
      </w:r>
      <w:hyperlink r:id="rId13" w:tgtFrame="_new" w:history="1">
        <w:r w:rsidRPr="00FF6BF0">
          <w:rPr>
            <w:rFonts w:cs="Times New Roman"/>
            <w:color w:val="0000FF"/>
            <w:szCs w:val="24"/>
            <w:u w:val="single"/>
          </w:rPr>
          <w:t>https://doi.org/10.1038/s41598-024-72997-6</w:t>
        </w:r>
      </w:hyperlink>
      <w:r w:rsidRPr="00FF6BF0">
        <w:rPr>
          <w:rFonts w:cs="Times New Roman"/>
          <w:szCs w:val="24"/>
        </w:rPr>
        <w:t xml:space="preserve"> </w:t>
      </w:r>
    </w:p>
    <w:p w14:paraId="5899D9BD" w14:textId="0765FF79"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Nair, M. R. G. K. (1986). </w:t>
      </w:r>
      <w:r w:rsidRPr="00FF6BF0">
        <w:rPr>
          <w:rFonts w:cs="Times New Roman"/>
          <w:i/>
          <w:iCs/>
          <w:szCs w:val="24"/>
        </w:rPr>
        <w:t>Insects and mites of crops in India</w:t>
      </w:r>
      <w:r w:rsidRPr="00FF6BF0">
        <w:rPr>
          <w:rFonts w:cs="Times New Roman"/>
          <w:szCs w:val="24"/>
        </w:rPr>
        <w:t xml:space="preserve"> (Rev. ed.). Indian Council of Agricultural Research. https://library.niti.gov.in/cgi-bin/koha/opac-ISBDdetail.pl?biblionumber=27338  </w:t>
      </w:r>
    </w:p>
    <w:p w14:paraId="214313DC" w14:textId="655EEF5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w:t>
      </w:r>
      <w:proofErr w:type="spellStart"/>
      <w:r w:rsidRPr="00FF6BF0">
        <w:rPr>
          <w:rFonts w:cs="Times New Roman"/>
          <w:szCs w:val="24"/>
        </w:rPr>
        <w:t>Nemade</w:t>
      </w:r>
      <w:proofErr w:type="spellEnd"/>
      <w:r w:rsidRPr="00FF6BF0">
        <w:rPr>
          <w:rFonts w:cs="Times New Roman"/>
          <w:szCs w:val="24"/>
        </w:rPr>
        <w:t xml:space="preserve">, P. W., </w:t>
      </w:r>
      <w:proofErr w:type="spellStart"/>
      <w:r w:rsidRPr="00FF6BF0">
        <w:rPr>
          <w:rFonts w:cs="Times New Roman"/>
          <w:szCs w:val="24"/>
        </w:rPr>
        <w:t>Wadnerkar</w:t>
      </w:r>
      <w:proofErr w:type="spellEnd"/>
      <w:r w:rsidRPr="00FF6BF0">
        <w:rPr>
          <w:rFonts w:cs="Times New Roman"/>
          <w:szCs w:val="24"/>
        </w:rPr>
        <w:t xml:space="preserve">, D. W., Bansod, R. S., Kulkarni, C. G., &amp; Mali, A. K. (2019). Effect of newer insecticides on natural enemies of </w:t>
      </w:r>
      <w:proofErr w:type="spellStart"/>
      <w:r w:rsidRPr="00FF6BF0">
        <w:rPr>
          <w:rFonts w:cs="Times New Roman"/>
          <w:i/>
          <w:iCs/>
          <w:szCs w:val="24"/>
        </w:rPr>
        <w:t>Earias</w:t>
      </w:r>
      <w:proofErr w:type="spellEnd"/>
      <w:r w:rsidRPr="00FF6BF0">
        <w:rPr>
          <w:rFonts w:cs="Times New Roman"/>
          <w:i/>
          <w:iCs/>
          <w:szCs w:val="24"/>
        </w:rPr>
        <w:t xml:space="preserve"> </w:t>
      </w:r>
      <w:proofErr w:type="spellStart"/>
      <w:r w:rsidRPr="00FF6BF0">
        <w:rPr>
          <w:rFonts w:cs="Times New Roman"/>
          <w:i/>
          <w:iCs/>
          <w:szCs w:val="24"/>
        </w:rPr>
        <w:t>vittella</w:t>
      </w:r>
      <w:proofErr w:type="spellEnd"/>
      <w:r w:rsidRPr="00FF6BF0">
        <w:rPr>
          <w:rFonts w:cs="Times New Roman"/>
          <w:szCs w:val="24"/>
        </w:rPr>
        <w:t xml:space="preserve"> in okra field. </w:t>
      </w:r>
      <w:r w:rsidRPr="00FF6BF0">
        <w:rPr>
          <w:rFonts w:cs="Times New Roman"/>
          <w:i/>
          <w:iCs/>
          <w:szCs w:val="24"/>
        </w:rPr>
        <w:t>Indian Journal of Agricultural Research, 43</w:t>
      </w:r>
      <w:r w:rsidRPr="00FF6BF0">
        <w:rPr>
          <w:rFonts w:cs="Times New Roman"/>
          <w:szCs w:val="24"/>
        </w:rPr>
        <w:t xml:space="preserve">(2), 124–128. https://arccjournals.com/journal/indian-journal-of-agricultural-research/ARCC1515  </w:t>
      </w:r>
    </w:p>
    <w:p w14:paraId="255D9D7D"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Preetha, G., &amp; Nadarajan, L. (2006). Evaluation of IPM modules against </w:t>
      </w:r>
      <w:proofErr w:type="spellStart"/>
      <w:r w:rsidRPr="00FF6BF0">
        <w:rPr>
          <w:rFonts w:cs="Times New Roman"/>
          <w:szCs w:val="24"/>
        </w:rPr>
        <w:t>bhendi</w:t>
      </w:r>
      <w:proofErr w:type="spellEnd"/>
      <w:r w:rsidRPr="00FF6BF0">
        <w:rPr>
          <w:rFonts w:cs="Times New Roman"/>
          <w:szCs w:val="24"/>
        </w:rPr>
        <w:t xml:space="preserve"> fruit borer, </w:t>
      </w:r>
      <w:proofErr w:type="spellStart"/>
      <w:r w:rsidRPr="00FF6BF0">
        <w:rPr>
          <w:rFonts w:cs="Times New Roman"/>
          <w:i/>
          <w:iCs/>
          <w:szCs w:val="24"/>
        </w:rPr>
        <w:t>Earias</w:t>
      </w:r>
      <w:proofErr w:type="spellEnd"/>
      <w:r w:rsidRPr="00FF6BF0">
        <w:rPr>
          <w:rFonts w:cs="Times New Roman"/>
          <w:i/>
          <w:iCs/>
          <w:szCs w:val="24"/>
        </w:rPr>
        <w:t xml:space="preserve"> </w:t>
      </w:r>
      <w:proofErr w:type="spellStart"/>
      <w:r w:rsidRPr="00FF6BF0">
        <w:rPr>
          <w:rFonts w:cs="Times New Roman"/>
          <w:i/>
          <w:iCs/>
          <w:szCs w:val="24"/>
        </w:rPr>
        <w:t>vittella</w:t>
      </w:r>
      <w:proofErr w:type="spellEnd"/>
      <w:r w:rsidRPr="00FF6BF0">
        <w:rPr>
          <w:rFonts w:cs="Times New Roman"/>
          <w:szCs w:val="24"/>
        </w:rPr>
        <w:t xml:space="preserve"> (Fabricius) in Karaikal. </w:t>
      </w:r>
      <w:r w:rsidRPr="00FF6BF0">
        <w:rPr>
          <w:rFonts w:cs="Times New Roman"/>
          <w:i/>
          <w:iCs/>
          <w:szCs w:val="24"/>
        </w:rPr>
        <w:t>Pest Management in Horticultural Ecosystems, 12</w:t>
      </w:r>
      <w:r w:rsidRPr="00FF6BF0">
        <w:rPr>
          <w:rFonts w:cs="Times New Roman"/>
          <w:szCs w:val="24"/>
        </w:rPr>
        <w:t xml:space="preserve">(2), 116–122. </w:t>
      </w:r>
      <w:hyperlink r:id="rId14" w:tgtFrame="_new" w:history="1">
        <w:r w:rsidRPr="00FF6BF0">
          <w:rPr>
            <w:rFonts w:cs="Times New Roman"/>
            <w:color w:val="0000FF"/>
            <w:szCs w:val="24"/>
            <w:u w:val="single"/>
          </w:rPr>
          <w:t>https://www.ijour.net/ijor.aspx?target=ijor:pmhe&amp;volume=12&amp;issue=2&amp;article=007</w:t>
        </w:r>
      </w:hyperlink>
      <w:r w:rsidRPr="00FF6BF0">
        <w:rPr>
          <w:rFonts w:cs="Times New Roman"/>
          <w:szCs w:val="24"/>
        </w:rPr>
        <w:t xml:space="preserve"> </w:t>
      </w:r>
    </w:p>
    <w:p w14:paraId="136F9197" w14:textId="77777777" w:rsidR="00FF6BF0" w:rsidRPr="00FF6BF0" w:rsidRDefault="00FF6BF0" w:rsidP="00FF6BF0">
      <w:pPr>
        <w:spacing w:after="0" w:line="240" w:lineRule="auto"/>
        <w:rPr>
          <w:rFonts w:cs="Times New Roman"/>
          <w:szCs w:val="24"/>
        </w:rPr>
      </w:pPr>
      <w:r w:rsidRPr="00FF6BF0">
        <w:rPr>
          <w:rFonts w:hAnsi="Symbol" w:cs="Times New Roman"/>
          <w:szCs w:val="24"/>
        </w:rPr>
        <w:lastRenderedPageBreak/>
        <w:t></w:t>
      </w:r>
      <w:r w:rsidRPr="00FF6BF0">
        <w:rPr>
          <w:rFonts w:cs="Times New Roman"/>
          <w:szCs w:val="24"/>
        </w:rPr>
        <w:t xml:space="preserve">  Rakotomalala, A. A. N. A., </w:t>
      </w:r>
      <w:proofErr w:type="spellStart"/>
      <w:r w:rsidRPr="00FF6BF0">
        <w:rPr>
          <w:rFonts w:cs="Times New Roman"/>
          <w:szCs w:val="24"/>
        </w:rPr>
        <w:t>Ficiciyan</w:t>
      </w:r>
      <w:proofErr w:type="spellEnd"/>
      <w:r w:rsidRPr="00FF6BF0">
        <w:rPr>
          <w:rFonts w:cs="Times New Roman"/>
          <w:szCs w:val="24"/>
        </w:rPr>
        <w:t xml:space="preserve">, A. M., &amp; </w:t>
      </w:r>
      <w:proofErr w:type="spellStart"/>
      <w:r w:rsidRPr="00FF6BF0">
        <w:rPr>
          <w:rFonts w:cs="Times New Roman"/>
          <w:szCs w:val="24"/>
        </w:rPr>
        <w:t>Tscharntke</w:t>
      </w:r>
      <w:proofErr w:type="spellEnd"/>
      <w:r w:rsidRPr="00FF6BF0">
        <w:rPr>
          <w:rFonts w:cs="Times New Roman"/>
          <w:szCs w:val="24"/>
        </w:rPr>
        <w:t xml:space="preserve">, T. (2023). Intercropping enhances beneficial arthropods and controls pests: A systematic review and meta-analysis. </w:t>
      </w:r>
      <w:r w:rsidRPr="00FF6BF0">
        <w:rPr>
          <w:rFonts w:cs="Times New Roman"/>
          <w:i/>
          <w:iCs/>
          <w:szCs w:val="24"/>
        </w:rPr>
        <w:t>Agriculture, Ecosystems &amp; Environment, 356</w:t>
      </w:r>
      <w:r w:rsidRPr="00FF6BF0">
        <w:rPr>
          <w:rFonts w:cs="Times New Roman"/>
          <w:szCs w:val="24"/>
        </w:rPr>
        <w:t xml:space="preserve">, Article 108617. </w:t>
      </w:r>
      <w:hyperlink r:id="rId15" w:tgtFrame="_new" w:history="1">
        <w:r w:rsidRPr="00FF6BF0">
          <w:rPr>
            <w:rFonts w:cs="Times New Roman"/>
            <w:color w:val="0000FF"/>
            <w:szCs w:val="24"/>
            <w:u w:val="single"/>
          </w:rPr>
          <w:t>https://doi.org/10.1016/j.agee.2023.108617</w:t>
        </w:r>
      </w:hyperlink>
      <w:r w:rsidRPr="00FF6BF0">
        <w:rPr>
          <w:rFonts w:cs="Times New Roman"/>
          <w:szCs w:val="24"/>
        </w:rPr>
        <w:t xml:space="preserve"> </w:t>
      </w:r>
    </w:p>
    <w:p w14:paraId="3A3104C7" w14:textId="4EB1D15B"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Rao, N. V., Rao, V. N., &amp; Bhavani, V. (2008). Evaluation of integrated pest management modules against </w:t>
      </w:r>
      <w:proofErr w:type="spellStart"/>
      <w:r w:rsidRPr="00FF6BF0">
        <w:rPr>
          <w:rFonts w:cs="Times New Roman"/>
          <w:szCs w:val="24"/>
        </w:rPr>
        <w:t>bhendi</w:t>
      </w:r>
      <w:proofErr w:type="spellEnd"/>
      <w:r w:rsidRPr="00FF6BF0">
        <w:rPr>
          <w:rFonts w:cs="Times New Roman"/>
          <w:szCs w:val="24"/>
        </w:rPr>
        <w:t xml:space="preserve"> shoot and fruit borer, </w:t>
      </w:r>
      <w:proofErr w:type="spellStart"/>
      <w:r w:rsidRPr="00FF6BF0">
        <w:rPr>
          <w:rFonts w:cs="Times New Roman"/>
          <w:i/>
          <w:iCs/>
          <w:szCs w:val="24"/>
        </w:rPr>
        <w:t>Earias</w:t>
      </w:r>
      <w:proofErr w:type="spellEnd"/>
      <w:r w:rsidRPr="00FF6BF0">
        <w:rPr>
          <w:rFonts w:cs="Times New Roman"/>
          <w:i/>
          <w:iCs/>
          <w:szCs w:val="24"/>
        </w:rPr>
        <w:t xml:space="preserve"> </w:t>
      </w:r>
      <w:proofErr w:type="spellStart"/>
      <w:r w:rsidRPr="00FF6BF0">
        <w:rPr>
          <w:rFonts w:cs="Times New Roman"/>
          <w:i/>
          <w:iCs/>
          <w:szCs w:val="24"/>
        </w:rPr>
        <w:t>vittella</w:t>
      </w:r>
      <w:proofErr w:type="spellEnd"/>
      <w:r w:rsidRPr="00FF6BF0">
        <w:rPr>
          <w:rFonts w:cs="Times New Roman"/>
          <w:szCs w:val="24"/>
        </w:rPr>
        <w:t xml:space="preserve"> (Fabricius). </w:t>
      </w:r>
      <w:r w:rsidRPr="00FF6BF0">
        <w:rPr>
          <w:rFonts w:cs="Times New Roman"/>
          <w:i/>
          <w:iCs/>
          <w:szCs w:val="24"/>
        </w:rPr>
        <w:t>Pestology, 32</w:t>
      </w:r>
      <w:r w:rsidRPr="00FF6BF0">
        <w:rPr>
          <w:rFonts w:cs="Times New Roman"/>
          <w:szCs w:val="24"/>
        </w:rPr>
        <w:t xml:space="preserve">(12), 16–18.  </w:t>
      </w:r>
    </w:p>
    <w:p w14:paraId="0591259B" w14:textId="16B96AA6"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w:t>
      </w:r>
      <w:proofErr w:type="spellStart"/>
      <w:r w:rsidRPr="00FF6BF0">
        <w:rPr>
          <w:rFonts w:cs="Times New Roman"/>
          <w:szCs w:val="24"/>
        </w:rPr>
        <w:t>Udikeri</w:t>
      </w:r>
      <w:proofErr w:type="spellEnd"/>
      <w:r w:rsidRPr="00FF6BF0">
        <w:rPr>
          <w:rFonts w:cs="Times New Roman"/>
          <w:szCs w:val="24"/>
        </w:rPr>
        <w:t xml:space="preserve">, S. S., Patil, S. B., </w:t>
      </w:r>
      <w:proofErr w:type="spellStart"/>
      <w:r w:rsidRPr="00FF6BF0">
        <w:rPr>
          <w:rFonts w:cs="Times New Roman"/>
          <w:szCs w:val="24"/>
        </w:rPr>
        <w:t>Rachappa</w:t>
      </w:r>
      <w:proofErr w:type="spellEnd"/>
      <w:r w:rsidRPr="00FF6BF0">
        <w:rPr>
          <w:rFonts w:cs="Times New Roman"/>
          <w:szCs w:val="24"/>
        </w:rPr>
        <w:t xml:space="preserve">, V., &amp; Khadi, B. M. (2004). </w:t>
      </w:r>
      <w:proofErr w:type="spellStart"/>
      <w:r w:rsidRPr="00FF6BF0">
        <w:rPr>
          <w:rFonts w:cs="Times New Roman"/>
          <w:szCs w:val="24"/>
        </w:rPr>
        <w:t>Emamectin</w:t>
      </w:r>
      <w:proofErr w:type="spellEnd"/>
      <w:r w:rsidRPr="00FF6BF0">
        <w:rPr>
          <w:rFonts w:cs="Times New Roman"/>
          <w:szCs w:val="24"/>
        </w:rPr>
        <w:t xml:space="preserve"> benzoate 5 SG: A safe and promising biorational against cotton bollworms. </w:t>
      </w:r>
      <w:r w:rsidRPr="00FF6BF0">
        <w:rPr>
          <w:rFonts w:cs="Times New Roman"/>
          <w:i/>
          <w:iCs/>
          <w:szCs w:val="24"/>
        </w:rPr>
        <w:t>Pestology, 28</w:t>
      </w:r>
      <w:r w:rsidRPr="00FF6BF0">
        <w:rPr>
          <w:rFonts w:cs="Times New Roman"/>
          <w:szCs w:val="24"/>
        </w:rPr>
        <w:t xml:space="preserve">, 78–81. </w:t>
      </w:r>
    </w:p>
    <w:p w14:paraId="2C5C6096"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Dunn, L., </w:t>
      </w:r>
      <w:proofErr w:type="spellStart"/>
      <w:r w:rsidRPr="00FF6BF0">
        <w:rPr>
          <w:rFonts w:cs="Times New Roman"/>
          <w:szCs w:val="24"/>
        </w:rPr>
        <w:t>Lequerica</w:t>
      </w:r>
      <w:proofErr w:type="spellEnd"/>
      <w:r w:rsidRPr="00FF6BF0">
        <w:rPr>
          <w:rFonts w:cs="Times New Roman"/>
          <w:szCs w:val="24"/>
        </w:rPr>
        <w:t xml:space="preserve">, M., Reid, C. R., &amp; Latty, T. (2020). Dual ecosystem services of syrphid flies (Diptera: Syrphidae): Pollinators and biological control agents. </w:t>
      </w:r>
      <w:r w:rsidRPr="00FF6BF0">
        <w:rPr>
          <w:rFonts w:cs="Times New Roman"/>
          <w:i/>
          <w:iCs/>
          <w:szCs w:val="24"/>
        </w:rPr>
        <w:t>Pest Management Science, 76</w:t>
      </w:r>
      <w:r w:rsidRPr="00FF6BF0">
        <w:rPr>
          <w:rFonts w:cs="Times New Roman"/>
          <w:szCs w:val="24"/>
        </w:rPr>
        <w:t xml:space="preserve">(6), 1973–1979. </w:t>
      </w:r>
      <w:hyperlink r:id="rId16" w:tgtFrame="_new" w:history="1">
        <w:r w:rsidRPr="00FF6BF0">
          <w:rPr>
            <w:rFonts w:cs="Times New Roman"/>
            <w:color w:val="0000FF"/>
            <w:szCs w:val="24"/>
            <w:u w:val="single"/>
          </w:rPr>
          <w:t>https://doi.org/10.1002/ps.5807</w:t>
        </w:r>
      </w:hyperlink>
      <w:r w:rsidRPr="00FF6BF0">
        <w:rPr>
          <w:rFonts w:cs="Times New Roman"/>
          <w:szCs w:val="24"/>
        </w:rPr>
        <w:t xml:space="preserve"> </w:t>
      </w:r>
    </w:p>
    <w:p w14:paraId="6EF21396"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Hassan, S., &amp; Shad, S. A. (2024). Polygenic, autosomal, and stable </w:t>
      </w:r>
      <w:proofErr w:type="spellStart"/>
      <w:r w:rsidRPr="00FF6BF0">
        <w:rPr>
          <w:rFonts w:cs="Times New Roman"/>
          <w:szCs w:val="24"/>
        </w:rPr>
        <w:t>spirotetramat</w:t>
      </w:r>
      <w:proofErr w:type="spellEnd"/>
      <w:r w:rsidRPr="00FF6BF0">
        <w:rPr>
          <w:rFonts w:cs="Times New Roman"/>
          <w:szCs w:val="24"/>
        </w:rPr>
        <w:t xml:space="preserve"> resistance in </w:t>
      </w:r>
      <w:proofErr w:type="spellStart"/>
      <w:r w:rsidRPr="00FF6BF0">
        <w:rPr>
          <w:rFonts w:cs="Times New Roman"/>
          <w:i/>
          <w:iCs/>
          <w:szCs w:val="24"/>
        </w:rPr>
        <w:t>Chrysoperla</w:t>
      </w:r>
      <w:proofErr w:type="spellEnd"/>
      <w:r w:rsidRPr="00FF6BF0">
        <w:rPr>
          <w:rFonts w:cs="Times New Roman"/>
          <w:i/>
          <w:iCs/>
          <w:szCs w:val="24"/>
        </w:rPr>
        <w:t xml:space="preserve"> </w:t>
      </w:r>
      <w:proofErr w:type="spellStart"/>
      <w:r w:rsidRPr="00FF6BF0">
        <w:rPr>
          <w:rFonts w:cs="Times New Roman"/>
          <w:i/>
          <w:iCs/>
          <w:szCs w:val="24"/>
        </w:rPr>
        <w:t>carnea</w:t>
      </w:r>
      <w:proofErr w:type="spellEnd"/>
      <w:r w:rsidRPr="00FF6BF0">
        <w:rPr>
          <w:rFonts w:cs="Times New Roman"/>
          <w:szCs w:val="24"/>
        </w:rPr>
        <w:t xml:space="preserve"> resulting in increased fitness. </w:t>
      </w:r>
      <w:r w:rsidRPr="00FF6BF0">
        <w:rPr>
          <w:rFonts w:cs="Times New Roman"/>
          <w:i/>
          <w:iCs/>
          <w:szCs w:val="24"/>
        </w:rPr>
        <w:t>PLOS ONE, 19</w:t>
      </w:r>
      <w:r w:rsidRPr="00FF6BF0">
        <w:rPr>
          <w:rFonts w:cs="Times New Roman"/>
          <w:szCs w:val="24"/>
        </w:rPr>
        <w:t xml:space="preserve">(9), Article e0310142. </w:t>
      </w:r>
      <w:hyperlink r:id="rId17" w:tgtFrame="_new" w:history="1">
        <w:r w:rsidRPr="00FF6BF0">
          <w:rPr>
            <w:rFonts w:cs="Times New Roman"/>
            <w:color w:val="0000FF"/>
            <w:szCs w:val="24"/>
            <w:u w:val="single"/>
          </w:rPr>
          <w:t>https://doi.org/10.1371/journal.pone.0310142</w:t>
        </w:r>
      </w:hyperlink>
      <w:r w:rsidRPr="00FF6BF0">
        <w:rPr>
          <w:rFonts w:cs="Times New Roman"/>
          <w:szCs w:val="24"/>
        </w:rPr>
        <w:t xml:space="preserve"> </w:t>
      </w:r>
    </w:p>
    <w:p w14:paraId="57E64B11"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Judt, C., Korányi, D., Zaller, J. G., &amp; </w:t>
      </w:r>
      <w:proofErr w:type="spellStart"/>
      <w:r w:rsidRPr="00FF6BF0">
        <w:rPr>
          <w:rFonts w:cs="Times New Roman"/>
          <w:szCs w:val="24"/>
        </w:rPr>
        <w:t>Batáry</w:t>
      </w:r>
      <w:proofErr w:type="spellEnd"/>
      <w:r w:rsidRPr="00FF6BF0">
        <w:rPr>
          <w:rFonts w:cs="Times New Roman"/>
          <w:szCs w:val="24"/>
        </w:rPr>
        <w:t xml:space="preserve">, P. (2023). Floral resources and ground covers promote natural enemies but not pest insects in apple orchards: A global meta-analysis. </w:t>
      </w:r>
      <w:r w:rsidRPr="00FF6BF0">
        <w:rPr>
          <w:rFonts w:cs="Times New Roman"/>
          <w:i/>
          <w:iCs/>
          <w:szCs w:val="24"/>
        </w:rPr>
        <w:t>Science of the Total Environment, 903</w:t>
      </w:r>
      <w:r w:rsidRPr="00FF6BF0">
        <w:rPr>
          <w:rFonts w:cs="Times New Roman"/>
          <w:szCs w:val="24"/>
        </w:rPr>
        <w:t xml:space="preserve">, Article 166139. </w:t>
      </w:r>
      <w:hyperlink r:id="rId18" w:tgtFrame="_new" w:history="1">
        <w:r w:rsidRPr="00FF6BF0">
          <w:rPr>
            <w:rFonts w:cs="Times New Roman"/>
            <w:color w:val="0000FF"/>
            <w:szCs w:val="24"/>
            <w:u w:val="single"/>
          </w:rPr>
          <w:t>https://doi.org/10.1016/j.scitotenv.2023.166139</w:t>
        </w:r>
      </w:hyperlink>
      <w:r w:rsidRPr="00FF6BF0">
        <w:rPr>
          <w:rFonts w:cs="Times New Roman"/>
          <w:szCs w:val="24"/>
        </w:rPr>
        <w:t xml:space="preserve"> </w:t>
      </w:r>
    </w:p>
    <w:p w14:paraId="38DAA278"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Ounis, S., Turóczi, G., &amp; Kiss, J. (2024). Arthropod pests, nematodes, and microbial pathogens of okra (</w:t>
      </w:r>
      <w:r w:rsidRPr="00FF6BF0">
        <w:rPr>
          <w:rFonts w:cs="Times New Roman"/>
          <w:i/>
          <w:iCs/>
          <w:szCs w:val="24"/>
        </w:rPr>
        <w:t>Abelmoschus esculentus</w:t>
      </w:r>
      <w:r w:rsidRPr="00FF6BF0">
        <w:rPr>
          <w:rFonts w:cs="Times New Roman"/>
          <w:szCs w:val="24"/>
        </w:rPr>
        <w:t xml:space="preserve">) and their management: A review. </w:t>
      </w:r>
      <w:r w:rsidRPr="00FF6BF0">
        <w:rPr>
          <w:rFonts w:cs="Times New Roman"/>
          <w:i/>
          <w:iCs/>
          <w:szCs w:val="24"/>
        </w:rPr>
        <w:t>Agronomy, 14</w:t>
      </w:r>
      <w:r w:rsidRPr="00FF6BF0">
        <w:rPr>
          <w:rFonts w:cs="Times New Roman"/>
          <w:szCs w:val="24"/>
        </w:rPr>
        <w:t xml:space="preserve">(12), Article 2841. </w:t>
      </w:r>
      <w:hyperlink r:id="rId19" w:tgtFrame="_new" w:history="1">
        <w:r w:rsidRPr="00FF6BF0">
          <w:rPr>
            <w:rFonts w:cs="Times New Roman"/>
            <w:color w:val="0000FF"/>
            <w:szCs w:val="24"/>
            <w:u w:val="single"/>
          </w:rPr>
          <w:t>https://doi.org/10.3390/agronomy14122841</w:t>
        </w:r>
      </w:hyperlink>
      <w:r w:rsidRPr="00FF6BF0">
        <w:rPr>
          <w:rFonts w:cs="Times New Roman"/>
          <w:szCs w:val="24"/>
        </w:rPr>
        <w:t xml:space="preserve"> </w:t>
      </w:r>
    </w:p>
    <w:p w14:paraId="3697A086"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Paredes, D., Mendes, S., &amp; Sousa, J. P. (2024). Habitat diversity increases </w:t>
      </w:r>
      <w:proofErr w:type="spellStart"/>
      <w:r w:rsidRPr="00FF6BF0">
        <w:rPr>
          <w:rFonts w:cs="Times New Roman"/>
          <w:i/>
          <w:iCs/>
          <w:szCs w:val="24"/>
        </w:rPr>
        <w:t>Chrysoperla</w:t>
      </w:r>
      <w:proofErr w:type="spellEnd"/>
      <w:r w:rsidRPr="00FF6BF0">
        <w:rPr>
          <w:rFonts w:cs="Times New Roman"/>
          <w:i/>
          <w:iCs/>
          <w:szCs w:val="24"/>
        </w:rPr>
        <w:t xml:space="preserve"> </w:t>
      </w:r>
      <w:proofErr w:type="spellStart"/>
      <w:r w:rsidRPr="00FF6BF0">
        <w:rPr>
          <w:rFonts w:cs="Times New Roman"/>
          <w:i/>
          <w:iCs/>
          <w:szCs w:val="24"/>
        </w:rPr>
        <w:t>carnea</w:t>
      </w:r>
      <w:proofErr w:type="spellEnd"/>
      <w:r w:rsidRPr="00FF6BF0">
        <w:rPr>
          <w:rFonts w:cs="Times New Roman"/>
          <w:szCs w:val="24"/>
        </w:rPr>
        <w:t xml:space="preserve"> </w:t>
      </w:r>
      <w:proofErr w:type="spellStart"/>
      <w:r w:rsidRPr="00FF6BF0">
        <w:rPr>
          <w:rFonts w:cs="Times New Roman"/>
          <w:szCs w:val="24"/>
        </w:rPr>
        <w:t>s.l.</w:t>
      </w:r>
      <w:proofErr w:type="spellEnd"/>
      <w:r w:rsidRPr="00FF6BF0">
        <w:rPr>
          <w:rFonts w:cs="Times New Roman"/>
          <w:szCs w:val="24"/>
        </w:rPr>
        <w:t xml:space="preserve"> (Stephens, 1836) (Neuroptera, Chrysopidae) abundance in olive landscapes. </w:t>
      </w:r>
      <w:r w:rsidRPr="00FF6BF0">
        <w:rPr>
          <w:rFonts w:cs="Times New Roman"/>
          <w:i/>
          <w:iCs/>
          <w:szCs w:val="24"/>
        </w:rPr>
        <w:t>Agriculture, 14</w:t>
      </w:r>
      <w:r w:rsidRPr="00FF6BF0">
        <w:rPr>
          <w:rFonts w:cs="Times New Roman"/>
          <w:szCs w:val="24"/>
        </w:rPr>
        <w:t xml:space="preserve">(2), Article 298. </w:t>
      </w:r>
      <w:hyperlink r:id="rId20" w:tgtFrame="_new" w:history="1">
        <w:r w:rsidRPr="00FF6BF0">
          <w:rPr>
            <w:rFonts w:cs="Times New Roman"/>
            <w:color w:val="0000FF"/>
            <w:szCs w:val="24"/>
            <w:u w:val="single"/>
          </w:rPr>
          <w:t>https://doi.org/10.3390/agriculture14020298</w:t>
        </w:r>
      </w:hyperlink>
      <w:r w:rsidRPr="00FF6BF0">
        <w:rPr>
          <w:rFonts w:cs="Times New Roman"/>
          <w:szCs w:val="24"/>
        </w:rPr>
        <w:t xml:space="preserve"> </w:t>
      </w:r>
    </w:p>
    <w:p w14:paraId="71F600BB"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Romero, V., Zaviezo, T., Sánchez, R., &amp; </w:t>
      </w:r>
      <w:proofErr w:type="spellStart"/>
      <w:r w:rsidRPr="00FF6BF0">
        <w:rPr>
          <w:rFonts w:cs="Times New Roman"/>
          <w:szCs w:val="24"/>
        </w:rPr>
        <w:t>Grez</w:t>
      </w:r>
      <w:proofErr w:type="spellEnd"/>
      <w:r w:rsidRPr="00FF6BF0">
        <w:rPr>
          <w:rFonts w:cs="Times New Roman"/>
          <w:szCs w:val="24"/>
        </w:rPr>
        <w:t xml:space="preserve">, A. A. (2023). More than aphids in the guts of coccinellids revealed by molecular and visual analyses. </w:t>
      </w:r>
      <w:proofErr w:type="spellStart"/>
      <w:r w:rsidRPr="00FF6BF0">
        <w:rPr>
          <w:rFonts w:cs="Times New Roman"/>
          <w:i/>
          <w:iCs/>
          <w:szCs w:val="24"/>
        </w:rPr>
        <w:t>BioControl</w:t>
      </w:r>
      <w:proofErr w:type="spellEnd"/>
      <w:r w:rsidRPr="00FF6BF0">
        <w:rPr>
          <w:rFonts w:cs="Times New Roman"/>
          <w:i/>
          <w:iCs/>
          <w:szCs w:val="24"/>
        </w:rPr>
        <w:t>, 68</w:t>
      </w:r>
      <w:r w:rsidRPr="00FF6BF0">
        <w:rPr>
          <w:rFonts w:cs="Times New Roman"/>
          <w:szCs w:val="24"/>
        </w:rPr>
        <w:t xml:space="preserve">, 435–446. </w:t>
      </w:r>
      <w:hyperlink r:id="rId21" w:tgtFrame="_new" w:history="1">
        <w:r w:rsidRPr="00FF6BF0">
          <w:rPr>
            <w:rFonts w:cs="Times New Roman"/>
            <w:color w:val="0000FF"/>
            <w:szCs w:val="24"/>
            <w:u w:val="single"/>
          </w:rPr>
          <w:t>https://doi.org/10.1007/s10526-023-10204-7</w:t>
        </w:r>
      </w:hyperlink>
      <w:r w:rsidRPr="00FF6BF0">
        <w:rPr>
          <w:rFonts w:cs="Times New Roman"/>
          <w:szCs w:val="24"/>
        </w:rPr>
        <w:t xml:space="preserve"> </w:t>
      </w:r>
    </w:p>
    <w:p w14:paraId="0586EDCA"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Saqib, H. S. A., Chen, J., Chen, W., Pozsgai, G., </w:t>
      </w:r>
      <w:proofErr w:type="spellStart"/>
      <w:r w:rsidRPr="00FF6BF0">
        <w:rPr>
          <w:rFonts w:cs="Times New Roman"/>
          <w:szCs w:val="24"/>
        </w:rPr>
        <w:t>Akutse</w:t>
      </w:r>
      <w:proofErr w:type="spellEnd"/>
      <w:r w:rsidRPr="00FF6BF0">
        <w:rPr>
          <w:rFonts w:cs="Times New Roman"/>
          <w:szCs w:val="24"/>
        </w:rPr>
        <w:t xml:space="preserve">, K. S., Ashraf, M. F., You, M., &amp; Gurr, G. M. (2020). Local management and landscape structure determine the assemblage patterns of spiders in vegetable fields. </w:t>
      </w:r>
      <w:r w:rsidRPr="00FF6BF0">
        <w:rPr>
          <w:rFonts w:cs="Times New Roman"/>
          <w:i/>
          <w:iCs/>
          <w:szCs w:val="24"/>
        </w:rPr>
        <w:t>Scientific Reports, 10</w:t>
      </w:r>
      <w:r w:rsidRPr="00FF6BF0">
        <w:rPr>
          <w:rFonts w:cs="Times New Roman"/>
          <w:szCs w:val="24"/>
        </w:rPr>
        <w:t xml:space="preserve">, Article 15130. </w:t>
      </w:r>
      <w:hyperlink r:id="rId22" w:tgtFrame="_new" w:history="1">
        <w:r w:rsidRPr="00FF6BF0">
          <w:rPr>
            <w:rFonts w:cs="Times New Roman"/>
            <w:color w:val="0000FF"/>
            <w:szCs w:val="24"/>
            <w:u w:val="single"/>
          </w:rPr>
          <w:t>https://doi.org/10.1038/s41598-020-71888-w</w:t>
        </w:r>
      </w:hyperlink>
      <w:r w:rsidRPr="00FF6BF0">
        <w:rPr>
          <w:rFonts w:cs="Times New Roman"/>
          <w:szCs w:val="24"/>
        </w:rPr>
        <w:t xml:space="preserve"> </w:t>
      </w:r>
    </w:p>
    <w:p w14:paraId="245D0892"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Singh, S., Yadav, G. S., Das, A., Das, B., Devi, H. L., Raghuraman, M., &amp; Kumar, A. (2021). </w:t>
      </w:r>
      <w:proofErr w:type="spellStart"/>
      <w:r w:rsidRPr="00FF6BF0">
        <w:rPr>
          <w:rFonts w:cs="Times New Roman"/>
          <w:szCs w:val="24"/>
        </w:rPr>
        <w:t>Bioefficacy</w:t>
      </w:r>
      <w:proofErr w:type="spellEnd"/>
      <w:r w:rsidRPr="00FF6BF0">
        <w:rPr>
          <w:rFonts w:cs="Times New Roman"/>
          <w:szCs w:val="24"/>
        </w:rPr>
        <w:t xml:space="preserve">, environmental safety and synergistic impacts of biorational formulations against whitefly, leafhopper and blister beetle in organic okra ecosystem. </w:t>
      </w:r>
      <w:r w:rsidRPr="00FF6BF0">
        <w:rPr>
          <w:rFonts w:cs="Times New Roman"/>
          <w:i/>
          <w:iCs/>
          <w:szCs w:val="24"/>
        </w:rPr>
        <w:t>The Journal of Agricultural Science, 159</w:t>
      </w:r>
      <w:r w:rsidRPr="00FF6BF0">
        <w:rPr>
          <w:rFonts w:cs="Times New Roman"/>
          <w:szCs w:val="24"/>
        </w:rPr>
        <w:t xml:space="preserve">(5–6), 373–384. </w:t>
      </w:r>
      <w:hyperlink r:id="rId23" w:tgtFrame="_new" w:history="1">
        <w:r w:rsidRPr="00FF6BF0">
          <w:rPr>
            <w:rFonts w:cs="Times New Roman"/>
            <w:color w:val="0000FF"/>
            <w:szCs w:val="24"/>
            <w:u w:val="single"/>
          </w:rPr>
          <w:t>https://doi.org/10.1017/S0021859621000654</w:t>
        </w:r>
      </w:hyperlink>
      <w:r w:rsidRPr="00FF6BF0">
        <w:rPr>
          <w:rFonts w:cs="Times New Roman"/>
          <w:szCs w:val="24"/>
        </w:rPr>
        <w:t xml:space="preserve"> </w:t>
      </w:r>
    </w:p>
    <w:p w14:paraId="201E86A2"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Stowe, H. E., Michaud, J. P., &amp; Kim, T. N. (2021). Floral resources enhance fecundity, but not flight activity, in a specialized aphid predator, </w:t>
      </w:r>
      <w:r w:rsidRPr="00FF6BF0">
        <w:rPr>
          <w:rFonts w:cs="Times New Roman"/>
          <w:i/>
          <w:iCs/>
          <w:szCs w:val="24"/>
        </w:rPr>
        <w:t xml:space="preserve">Hippodamia </w:t>
      </w:r>
      <w:proofErr w:type="spellStart"/>
      <w:r w:rsidRPr="00FF6BF0">
        <w:rPr>
          <w:rFonts w:cs="Times New Roman"/>
          <w:i/>
          <w:iCs/>
          <w:szCs w:val="24"/>
        </w:rPr>
        <w:t>convergens</w:t>
      </w:r>
      <w:proofErr w:type="spellEnd"/>
      <w:r w:rsidRPr="00FF6BF0">
        <w:rPr>
          <w:rFonts w:cs="Times New Roman"/>
          <w:szCs w:val="24"/>
        </w:rPr>
        <w:t xml:space="preserve"> (Coleoptera: Coccinellidae). </w:t>
      </w:r>
      <w:r w:rsidRPr="00FF6BF0">
        <w:rPr>
          <w:rFonts w:cs="Times New Roman"/>
          <w:i/>
          <w:iCs/>
          <w:szCs w:val="24"/>
        </w:rPr>
        <w:t>Frontiers in Ecology and Evolution, 9</w:t>
      </w:r>
      <w:r w:rsidRPr="00FF6BF0">
        <w:rPr>
          <w:rFonts w:cs="Times New Roman"/>
          <w:szCs w:val="24"/>
        </w:rPr>
        <w:t xml:space="preserve">, Article 748870. </w:t>
      </w:r>
      <w:hyperlink r:id="rId24" w:tgtFrame="_new" w:history="1">
        <w:r w:rsidRPr="00FF6BF0">
          <w:rPr>
            <w:rFonts w:cs="Times New Roman"/>
            <w:color w:val="0000FF"/>
            <w:szCs w:val="24"/>
            <w:u w:val="single"/>
          </w:rPr>
          <w:t>https://doi.org/10.3389/fevo.2021.748870</w:t>
        </w:r>
      </w:hyperlink>
      <w:r w:rsidRPr="00FF6BF0">
        <w:rPr>
          <w:rFonts w:cs="Times New Roman"/>
          <w:szCs w:val="24"/>
        </w:rPr>
        <w:t xml:space="preserve"> </w:t>
      </w:r>
    </w:p>
    <w:p w14:paraId="4E1FB42A"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Yousefi, M., Marja, R., Barmettler, E., Six, J., Dray, A., &amp; </w:t>
      </w:r>
      <w:proofErr w:type="spellStart"/>
      <w:r w:rsidRPr="00FF6BF0">
        <w:rPr>
          <w:rFonts w:cs="Times New Roman"/>
          <w:szCs w:val="24"/>
        </w:rPr>
        <w:t>Ghazoul</w:t>
      </w:r>
      <w:proofErr w:type="spellEnd"/>
      <w:r w:rsidRPr="00FF6BF0">
        <w:rPr>
          <w:rFonts w:cs="Times New Roman"/>
          <w:szCs w:val="24"/>
        </w:rPr>
        <w:t xml:space="preserve">, J. (2024). The effectiveness of intercropping and agri-environmental schemes on ecosystem service of biological pest control: A meta-analysis. </w:t>
      </w:r>
      <w:r w:rsidRPr="00FF6BF0">
        <w:rPr>
          <w:rFonts w:cs="Times New Roman"/>
          <w:i/>
          <w:iCs/>
          <w:szCs w:val="24"/>
        </w:rPr>
        <w:t>Agronomy for Sustainable Development, 44</w:t>
      </w:r>
      <w:r w:rsidRPr="00FF6BF0">
        <w:rPr>
          <w:rFonts w:cs="Times New Roman"/>
          <w:szCs w:val="24"/>
        </w:rPr>
        <w:t xml:space="preserve">, Article 15. </w:t>
      </w:r>
      <w:hyperlink r:id="rId25" w:tgtFrame="_new" w:history="1">
        <w:r w:rsidRPr="00FF6BF0">
          <w:rPr>
            <w:rFonts w:cs="Times New Roman"/>
            <w:color w:val="0000FF"/>
            <w:szCs w:val="24"/>
            <w:u w:val="single"/>
          </w:rPr>
          <w:t>https://doi.org/10.1007/s13593-024-00947-7</w:t>
        </w:r>
      </w:hyperlink>
      <w:r w:rsidRPr="00FF6BF0">
        <w:rPr>
          <w:rFonts w:cs="Times New Roman"/>
          <w:szCs w:val="24"/>
        </w:rPr>
        <w:t xml:space="preserve"> </w:t>
      </w:r>
    </w:p>
    <w:p w14:paraId="314F9BC1" w14:textId="77777777" w:rsidR="00FF6BF0" w:rsidRPr="00FF6BF0" w:rsidRDefault="00FF6BF0" w:rsidP="00FF6BF0">
      <w:pPr>
        <w:spacing w:after="0" w:line="240" w:lineRule="auto"/>
        <w:rPr>
          <w:rFonts w:cs="Times New Roman"/>
          <w:szCs w:val="24"/>
        </w:rPr>
      </w:pPr>
      <w:r w:rsidRPr="00FF6BF0">
        <w:rPr>
          <w:rFonts w:hAnsi="Symbol" w:cs="Times New Roman"/>
          <w:szCs w:val="24"/>
        </w:rPr>
        <w:t></w:t>
      </w:r>
      <w:r w:rsidRPr="00FF6BF0">
        <w:rPr>
          <w:rFonts w:cs="Times New Roman"/>
          <w:szCs w:val="24"/>
        </w:rPr>
        <w:t xml:space="preserve">  Qadir, J., &amp; Islam, T. (2025). Natural control strategies of Bihar hairy caterpillar (</w:t>
      </w:r>
      <w:proofErr w:type="spellStart"/>
      <w:r w:rsidRPr="00FF6BF0">
        <w:rPr>
          <w:rFonts w:cs="Times New Roman"/>
          <w:i/>
          <w:iCs/>
          <w:szCs w:val="24"/>
        </w:rPr>
        <w:t>Spilarctia</w:t>
      </w:r>
      <w:proofErr w:type="spellEnd"/>
      <w:r w:rsidRPr="00FF6BF0">
        <w:rPr>
          <w:rFonts w:cs="Times New Roman"/>
          <w:i/>
          <w:iCs/>
          <w:szCs w:val="24"/>
        </w:rPr>
        <w:t xml:space="preserve"> </w:t>
      </w:r>
      <w:proofErr w:type="spellStart"/>
      <w:r w:rsidRPr="00FF6BF0">
        <w:rPr>
          <w:rFonts w:cs="Times New Roman"/>
          <w:i/>
          <w:iCs/>
          <w:szCs w:val="24"/>
        </w:rPr>
        <w:t>obliqua</w:t>
      </w:r>
      <w:proofErr w:type="spellEnd"/>
      <w:r w:rsidRPr="00FF6BF0">
        <w:rPr>
          <w:rFonts w:cs="Times New Roman"/>
          <w:szCs w:val="24"/>
        </w:rPr>
        <w:t xml:space="preserve"> Walker) in </w:t>
      </w:r>
      <w:proofErr w:type="spellStart"/>
      <w:r w:rsidRPr="00FF6BF0">
        <w:rPr>
          <w:rFonts w:cs="Times New Roman"/>
          <w:szCs w:val="24"/>
        </w:rPr>
        <w:t>moriculture</w:t>
      </w:r>
      <w:proofErr w:type="spellEnd"/>
      <w:r w:rsidRPr="00FF6BF0">
        <w:rPr>
          <w:rFonts w:cs="Times New Roman"/>
          <w:szCs w:val="24"/>
        </w:rPr>
        <w:t xml:space="preserve">. </w:t>
      </w:r>
      <w:r w:rsidRPr="00FF6BF0">
        <w:rPr>
          <w:rFonts w:cs="Times New Roman"/>
          <w:i/>
          <w:iCs/>
          <w:szCs w:val="24"/>
        </w:rPr>
        <w:t>BIONATURE, 45</w:t>
      </w:r>
      <w:r w:rsidRPr="00FF6BF0">
        <w:rPr>
          <w:rFonts w:cs="Times New Roman"/>
          <w:szCs w:val="24"/>
        </w:rPr>
        <w:t xml:space="preserve">(2), 113–121. </w:t>
      </w:r>
      <w:hyperlink r:id="rId26" w:tgtFrame="_new" w:history="1">
        <w:r w:rsidRPr="00FF6BF0">
          <w:rPr>
            <w:rFonts w:cs="Times New Roman"/>
            <w:color w:val="0000FF"/>
            <w:szCs w:val="24"/>
            <w:u w:val="single"/>
          </w:rPr>
          <w:t>https://doi.org/10.56557/bn/2025/v45i22073</w:t>
        </w:r>
      </w:hyperlink>
      <w:r w:rsidRPr="00FF6BF0">
        <w:rPr>
          <w:rFonts w:cs="Times New Roman"/>
          <w:szCs w:val="24"/>
        </w:rPr>
        <w:t xml:space="preserve"> </w:t>
      </w:r>
    </w:p>
    <w:p w14:paraId="2B2A9D3D" w14:textId="5617158D" w:rsidR="00FF6BF0" w:rsidRPr="005675DC" w:rsidRDefault="00FF6BF0" w:rsidP="00FF6BF0">
      <w:pPr>
        <w:spacing w:before="240" w:after="120"/>
        <w:jc w:val="center"/>
      </w:pPr>
      <w:r w:rsidRPr="00FF6BF0">
        <w:rPr>
          <w:rFonts w:hAnsi="Symbol" w:cs="Times New Roman"/>
          <w:szCs w:val="24"/>
        </w:rPr>
        <w:t></w:t>
      </w:r>
      <w:r w:rsidRPr="00FF6BF0">
        <w:rPr>
          <w:rFonts w:cs="Times New Roman"/>
          <w:szCs w:val="24"/>
        </w:rPr>
        <w:t xml:space="preserve">  Dalei, J., Kar, A., &amp; Dash, S. S. (2025). Efficacy of insecticides against major insect pests of okra (</w:t>
      </w:r>
      <w:r w:rsidRPr="00FF6BF0">
        <w:rPr>
          <w:rFonts w:cs="Times New Roman"/>
          <w:i/>
          <w:iCs/>
          <w:szCs w:val="24"/>
        </w:rPr>
        <w:t>Abelmoschus esculentus</w:t>
      </w:r>
      <w:r w:rsidRPr="00FF6BF0">
        <w:rPr>
          <w:rFonts w:cs="Times New Roman"/>
          <w:szCs w:val="24"/>
        </w:rPr>
        <w:t xml:space="preserve"> L.): Impact on pest populations, natural enemies, yield and economic. </w:t>
      </w:r>
      <w:r w:rsidRPr="00FF6BF0">
        <w:rPr>
          <w:rFonts w:cs="Times New Roman"/>
          <w:i/>
          <w:iCs/>
          <w:szCs w:val="24"/>
        </w:rPr>
        <w:t>International Journal of Plant &amp; Soil Science, 37</w:t>
      </w:r>
      <w:r w:rsidRPr="00FF6BF0">
        <w:rPr>
          <w:rFonts w:cs="Times New Roman"/>
          <w:szCs w:val="24"/>
        </w:rPr>
        <w:t xml:space="preserve">(6), 221–228. </w:t>
      </w:r>
      <w:hyperlink r:id="rId27" w:tgtFrame="_new" w:history="1">
        <w:r w:rsidRPr="00FF6BF0">
          <w:rPr>
            <w:rFonts w:cs="Times New Roman"/>
            <w:color w:val="0000FF"/>
            <w:szCs w:val="24"/>
            <w:u w:val="single"/>
          </w:rPr>
          <w:t>https://doi.org/10.9734/ijpss/2025/v37i65502</w:t>
        </w:r>
      </w:hyperlink>
    </w:p>
    <w:p w14:paraId="46162AAB" w14:textId="77777777" w:rsidR="00653362" w:rsidRPr="005675DC" w:rsidRDefault="00000000">
      <w:pPr>
        <w:spacing w:before="240" w:after="120"/>
      </w:pPr>
      <w:r w:rsidRPr="005675DC">
        <w:rPr>
          <w:b/>
        </w:rPr>
        <w:lastRenderedPageBreak/>
        <w:t>Fig. 1. Field view</w:t>
      </w:r>
    </w:p>
    <w:p w14:paraId="5B6FCF24" w14:textId="77777777" w:rsidR="00653362" w:rsidRPr="005675DC" w:rsidRDefault="00000000">
      <w:pPr>
        <w:spacing w:after="160"/>
        <w:jc w:val="center"/>
      </w:pPr>
      <w:r w:rsidRPr="005675DC">
        <w:rPr>
          <w:noProof/>
        </w:rPr>
        <w:drawing>
          <wp:inline distT="0" distB="0" distL="0" distR="0" wp14:anchorId="3773D0C7" wp14:editId="711D44F9">
            <wp:extent cx="5943600" cy="31583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28"/>
                    <a:stretch>
                      <a:fillRect/>
                    </a:stretch>
                  </pic:blipFill>
                  <pic:spPr>
                    <a:xfrm>
                      <a:off x="0" y="0"/>
                      <a:ext cx="5943600" cy="3158315"/>
                    </a:xfrm>
                    <a:prstGeom prst="rect">
                      <a:avLst/>
                    </a:prstGeom>
                  </pic:spPr>
                </pic:pic>
              </a:graphicData>
            </a:graphic>
          </wp:inline>
        </w:drawing>
      </w:r>
    </w:p>
    <w:p w14:paraId="6B6A7CEE" w14:textId="77777777" w:rsidR="00653362" w:rsidRPr="005675DC" w:rsidRDefault="00000000">
      <w:pPr>
        <w:spacing w:before="240" w:after="120"/>
      </w:pPr>
      <w:r w:rsidRPr="005675DC">
        <w:rPr>
          <w:b/>
        </w:rPr>
        <w:t>Fig. 2. Predators observed in the okra ecosystem</w:t>
      </w:r>
    </w:p>
    <w:tbl>
      <w:tblPr>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2"/>
        <w:gridCol w:w="4954"/>
      </w:tblGrid>
      <w:tr w:rsidR="00CF0A00" w:rsidRPr="005675DC" w14:paraId="1CA0A890" w14:textId="77777777" w:rsidTr="00685DD7">
        <w:trPr>
          <w:trHeight w:val="2970"/>
        </w:trPr>
        <w:tc>
          <w:tcPr>
            <w:tcW w:w="5222" w:type="dxa"/>
          </w:tcPr>
          <w:p w14:paraId="6F47A308" w14:textId="77777777" w:rsidR="00CF0A00" w:rsidRPr="005675DC" w:rsidRDefault="00CF0A00" w:rsidP="00CF0A00">
            <w:pPr>
              <w:widowControl w:val="0"/>
              <w:autoSpaceDE w:val="0"/>
              <w:autoSpaceDN w:val="0"/>
              <w:spacing w:before="10" w:after="0" w:line="240" w:lineRule="auto"/>
              <w:rPr>
                <w:rFonts w:cs="Times New Roman"/>
                <w:sz w:val="8"/>
              </w:rPr>
            </w:pPr>
          </w:p>
          <w:p w14:paraId="2A464B64" w14:textId="77777777" w:rsidR="00CF0A00" w:rsidRPr="005675DC" w:rsidRDefault="00CF0A00" w:rsidP="00CF0A00">
            <w:pPr>
              <w:widowControl w:val="0"/>
              <w:autoSpaceDE w:val="0"/>
              <w:autoSpaceDN w:val="0"/>
              <w:spacing w:after="0" w:line="240" w:lineRule="auto"/>
              <w:ind w:left="834"/>
              <w:rPr>
                <w:rFonts w:cs="Times New Roman"/>
                <w:sz w:val="20"/>
              </w:rPr>
            </w:pPr>
            <w:r w:rsidRPr="005675DC">
              <w:rPr>
                <w:rFonts w:cs="Times New Roman"/>
                <w:noProof/>
                <w:sz w:val="20"/>
              </w:rPr>
              <w:drawing>
                <wp:inline distT="0" distB="0" distL="0" distR="0" wp14:anchorId="71A59202" wp14:editId="77DF3FFF">
                  <wp:extent cx="2242938" cy="1367027"/>
                  <wp:effectExtent l="0" t="0" r="0" b="0"/>
                  <wp:docPr id="95080614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9" cstate="print"/>
                          <a:stretch>
                            <a:fillRect/>
                          </a:stretch>
                        </pic:blipFill>
                        <pic:spPr>
                          <a:xfrm>
                            <a:off x="0" y="0"/>
                            <a:ext cx="2242938" cy="1367027"/>
                          </a:xfrm>
                          <a:prstGeom prst="rect">
                            <a:avLst/>
                          </a:prstGeom>
                        </pic:spPr>
                      </pic:pic>
                    </a:graphicData>
                  </a:graphic>
                </wp:inline>
              </w:drawing>
            </w:r>
          </w:p>
          <w:p w14:paraId="65C6FAF1" w14:textId="77777777" w:rsidR="00CF0A00" w:rsidRPr="005675DC" w:rsidRDefault="00CF0A00" w:rsidP="00CF0A00">
            <w:pPr>
              <w:widowControl w:val="0"/>
              <w:autoSpaceDE w:val="0"/>
              <w:autoSpaceDN w:val="0"/>
              <w:spacing w:before="208" w:after="0" w:line="240" w:lineRule="auto"/>
              <w:ind w:left="1547"/>
              <w:rPr>
                <w:rFonts w:cs="Times New Roman"/>
              </w:rPr>
            </w:pPr>
            <w:r w:rsidRPr="005675DC">
              <w:rPr>
                <w:rFonts w:cs="Times New Roman"/>
              </w:rPr>
              <w:t>Coccinellid</w:t>
            </w:r>
            <w:r w:rsidRPr="005675DC">
              <w:rPr>
                <w:rFonts w:cs="Times New Roman"/>
                <w:spacing w:val="-2"/>
              </w:rPr>
              <w:t xml:space="preserve"> </w:t>
            </w:r>
            <w:r w:rsidRPr="005675DC">
              <w:rPr>
                <w:rFonts w:cs="Times New Roman"/>
              </w:rPr>
              <w:t>grub and</w:t>
            </w:r>
            <w:r w:rsidRPr="005675DC">
              <w:rPr>
                <w:rFonts w:cs="Times New Roman"/>
                <w:spacing w:val="3"/>
              </w:rPr>
              <w:t xml:space="preserve"> </w:t>
            </w:r>
            <w:r w:rsidRPr="005675DC">
              <w:rPr>
                <w:rFonts w:cs="Times New Roman"/>
                <w:spacing w:val="-4"/>
              </w:rPr>
              <w:t>pupa</w:t>
            </w:r>
          </w:p>
        </w:tc>
        <w:tc>
          <w:tcPr>
            <w:tcW w:w="4954" w:type="dxa"/>
          </w:tcPr>
          <w:p w14:paraId="1D95D18F" w14:textId="77777777" w:rsidR="00CF0A00" w:rsidRPr="005675DC" w:rsidRDefault="00CF0A00" w:rsidP="00CF0A00">
            <w:pPr>
              <w:widowControl w:val="0"/>
              <w:autoSpaceDE w:val="0"/>
              <w:autoSpaceDN w:val="0"/>
              <w:spacing w:before="10" w:after="0" w:line="240" w:lineRule="auto"/>
              <w:rPr>
                <w:rFonts w:cs="Times New Roman"/>
                <w:sz w:val="8"/>
              </w:rPr>
            </w:pPr>
          </w:p>
          <w:p w14:paraId="179524E8" w14:textId="77777777" w:rsidR="00CF0A00" w:rsidRPr="005675DC" w:rsidRDefault="00CF0A00" w:rsidP="00CF0A00">
            <w:pPr>
              <w:widowControl w:val="0"/>
              <w:autoSpaceDE w:val="0"/>
              <w:autoSpaceDN w:val="0"/>
              <w:spacing w:after="0" w:line="240" w:lineRule="auto"/>
              <w:ind w:left="872"/>
              <w:rPr>
                <w:rFonts w:cs="Times New Roman"/>
                <w:sz w:val="20"/>
              </w:rPr>
            </w:pPr>
            <w:r w:rsidRPr="005675DC">
              <w:rPr>
                <w:rFonts w:cs="Times New Roman"/>
                <w:noProof/>
                <w:sz w:val="20"/>
              </w:rPr>
              <w:drawing>
                <wp:inline distT="0" distB="0" distL="0" distR="0" wp14:anchorId="4AA721C8" wp14:editId="08C7D126">
                  <wp:extent cx="2023321" cy="13395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0" cstate="print"/>
                          <a:stretch>
                            <a:fillRect/>
                          </a:stretch>
                        </pic:blipFill>
                        <pic:spPr>
                          <a:xfrm>
                            <a:off x="0" y="0"/>
                            <a:ext cx="2023321" cy="1339596"/>
                          </a:xfrm>
                          <a:prstGeom prst="rect">
                            <a:avLst/>
                          </a:prstGeom>
                        </pic:spPr>
                      </pic:pic>
                    </a:graphicData>
                  </a:graphic>
                </wp:inline>
              </w:drawing>
            </w:r>
          </w:p>
          <w:p w14:paraId="4FB59679" w14:textId="77777777" w:rsidR="00CF0A00" w:rsidRPr="005675DC" w:rsidRDefault="00CF0A00" w:rsidP="00CF0A00">
            <w:pPr>
              <w:widowControl w:val="0"/>
              <w:autoSpaceDE w:val="0"/>
              <w:autoSpaceDN w:val="0"/>
              <w:spacing w:before="70" w:after="0" w:line="240" w:lineRule="auto"/>
              <w:rPr>
                <w:rFonts w:cs="Times New Roman"/>
              </w:rPr>
            </w:pPr>
          </w:p>
          <w:p w14:paraId="045A70A9" w14:textId="77777777" w:rsidR="00CF0A00" w:rsidRPr="005675DC" w:rsidRDefault="00CF0A00" w:rsidP="00CF0A00">
            <w:pPr>
              <w:widowControl w:val="0"/>
              <w:autoSpaceDE w:val="0"/>
              <w:autoSpaceDN w:val="0"/>
              <w:spacing w:before="1" w:after="0" w:line="240" w:lineRule="auto"/>
              <w:ind w:right="1647"/>
              <w:jc w:val="right"/>
              <w:rPr>
                <w:rFonts w:cs="Times New Roman"/>
              </w:rPr>
            </w:pPr>
            <w:r w:rsidRPr="005675DC">
              <w:rPr>
                <w:rFonts w:cs="Times New Roman"/>
              </w:rPr>
              <w:t>Coccinellid</w:t>
            </w:r>
            <w:r w:rsidRPr="005675DC">
              <w:rPr>
                <w:rFonts w:cs="Times New Roman"/>
                <w:spacing w:val="-6"/>
              </w:rPr>
              <w:t xml:space="preserve"> </w:t>
            </w:r>
            <w:r w:rsidRPr="005675DC">
              <w:rPr>
                <w:rFonts w:cs="Times New Roman"/>
                <w:spacing w:val="-2"/>
              </w:rPr>
              <w:t>adult</w:t>
            </w:r>
          </w:p>
        </w:tc>
      </w:tr>
      <w:tr w:rsidR="00CF0A00" w:rsidRPr="005675DC" w14:paraId="4669BBBE" w14:textId="77777777" w:rsidTr="00685DD7">
        <w:trPr>
          <w:trHeight w:val="2930"/>
        </w:trPr>
        <w:tc>
          <w:tcPr>
            <w:tcW w:w="5222" w:type="dxa"/>
          </w:tcPr>
          <w:p w14:paraId="5A6F5362" w14:textId="77777777" w:rsidR="00CF0A00" w:rsidRPr="005675DC" w:rsidRDefault="00CF0A00" w:rsidP="00CF0A00">
            <w:pPr>
              <w:widowControl w:val="0"/>
              <w:autoSpaceDE w:val="0"/>
              <w:autoSpaceDN w:val="0"/>
              <w:spacing w:before="10" w:after="0" w:line="240" w:lineRule="auto"/>
              <w:rPr>
                <w:rFonts w:cs="Times New Roman"/>
                <w:sz w:val="8"/>
              </w:rPr>
            </w:pPr>
          </w:p>
          <w:p w14:paraId="7BDEC3D8" w14:textId="77777777" w:rsidR="00CF0A00" w:rsidRPr="005675DC" w:rsidRDefault="00CF0A00" w:rsidP="00CF0A00">
            <w:pPr>
              <w:widowControl w:val="0"/>
              <w:autoSpaceDE w:val="0"/>
              <w:autoSpaceDN w:val="0"/>
              <w:spacing w:after="0" w:line="240" w:lineRule="auto"/>
              <w:ind w:left="750"/>
              <w:rPr>
                <w:rFonts w:cs="Times New Roman"/>
                <w:sz w:val="20"/>
              </w:rPr>
            </w:pPr>
            <w:r w:rsidRPr="005675DC">
              <w:rPr>
                <w:rFonts w:cs="Times New Roman"/>
                <w:noProof/>
                <w:sz w:val="20"/>
              </w:rPr>
              <w:drawing>
                <wp:inline distT="0" distB="0" distL="0" distR="0" wp14:anchorId="74AF49F6" wp14:editId="03B55430">
                  <wp:extent cx="2353282" cy="131216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1" cstate="print"/>
                          <a:stretch>
                            <a:fillRect/>
                          </a:stretch>
                        </pic:blipFill>
                        <pic:spPr>
                          <a:xfrm>
                            <a:off x="0" y="0"/>
                            <a:ext cx="2353282" cy="1312164"/>
                          </a:xfrm>
                          <a:prstGeom prst="rect">
                            <a:avLst/>
                          </a:prstGeom>
                        </pic:spPr>
                      </pic:pic>
                    </a:graphicData>
                  </a:graphic>
                </wp:inline>
              </w:drawing>
            </w:r>
          </w:p>
          <w:p w14:paraId="2C0C2F3B" w14:textId="77777777" w:rsidR="00CF0A00" w:rsidRPr="005675DC" w:rsidRDefault="00CF0A00" w:rsidP="00CF0A00">
            <w:pPr>
              <w:widowControl w:val="0"/>
              <w:autoSpaceDE w:val="0"/>
              <w:autoSpaceDN w:val="0"/>
              <w:spacing w:before="70" w:after="0" w:line="240" w:lineRule="auto"/>
              <w:rPr>
                <w:rFonts w:cs="Times New Roman"/>
              </w:rPr>
            </w:pPr>
          </w:p>
          <w:p w14:paraId="6A7CA45A" w14:textId="77777777" w:rsidR="00CF0A00" w:rsidRPr="005675DC" w:rsidRDefault="00CF0A00" w:rsidP="00CF0A00">
            <w:pPr>
              <w:widowControl w:val="0"/>
              <w:autoSpaceDE w:val="0"/>
              <w:autoSpaceDN w:val="0"/>
              <w:spacing w:after="0" w:line="240" w:lineRule="auto"/>
              <w:ind w:left="7"/>
              <w:jc w:val="center"/>
              <w:rPr>
                <w:rFonts w:cs="Times New Roman"/>
              </w:rPr>
            </w:pPr>
            <w:proofErr w:type="spellStart"/>
            <w:r w:rsidRPr="005675DC">
              <w:rPr>
                <w:rFonts w:cs="Times New Roman"/>
              </w:rPr>
              <w:t>Chrysoperla</w:t>
            </w:r>
            <w:proofErr w:type="spellEnd"/>
            <w:r w:rsidRPr="005675DC">
              <w:rPr>
                <w:rFonts w:cs="Times New Roman"/>
                <w:spacing w:val="2"/>
              </w:rPr>
              <w:t xml:space="preserve"> </w:t>
            </w:r>
            <w:r w:rsidRPr="005675DC">
              <w:rPr>
                <w:rFonts w:cs="Times New Roman"/>
                <w:spacing w:val="-4"/>
              </w:rPr>
              <w:t>grub</w:t>
            </w:r>
          </w:p>
        </w:tc>
        <w:tc>
          <w:tcPr>
            <w:tcW w:w="4954" w:type="dxa"/>
          </w:tcPr>
          <w:p w14:paraId="4AB9FA32" w14:textId="77777777" w:rsidR="00CF0A00" w:rsidRPr="005675DC" w:rsidRDefault="00CF0A00" w:rsidP="00CF0A00">
            <w:pPr>
              <w:widowControl w:val="0"/>
              <w:autoSpaceDE w:val="0"/>
              <w:autoSpaceDN w:val="0"/>
              <w:spacing w:before="10" w:after="0" w:line="240" w:lineRule="auto"/>
              <w:rPr>
                <w:rFonts w:cs="Times New Roman"/>
                <w:sz w:val="8"/>
              </w:rPr>
            </w:pPr>
          </w:p>
          <w:p w14:paraId="5BC02069" w14:textId="77777777" w:rsidR="00CF0A00" w:rsidRPr="005675DC" w:rsidRDefault="00CF0A00" w:rsidP="00CF0A00">
            <w:pPr>
              <w:widowControl w:val="0"/>
              <w:autoSpaceDE w:val="0"/>
              <w:autoSpaceDN w:val="0"/>
              <w:spacing w:after="0" w:line="240" w:lineRule="auto"/>
              <w:ind w:left="676"/>
              <w:rPr>
                <w:rFonts w:cs="Times New Roman"/>
                <w:sz w:val="20"/>
              </w:rPr>
            </w:pPr>
            <w:r w:rsidRPr="005675DC">
              <w:rPr>
                <w:rFonts w:cs="Times New Roman"/>
                <w:noProof/>
                <w:sz w:val="20"/>
              </w:rPr>
              <w:drawing>
                <wp:inline distT="0" distB="0" distL="0" distR="0" wp14:anchorId="5E6B659D" wp14:editId="5926305E">
                  <wp:extent cx="2269689" cy="131216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2" cstate="print"/>
                          <a:stretch>
                            <a:fillRect/>
                          </a:stretch>
                        </pic:blipFill>
                        <pic:spPr>
                          <a:xfrm>
                            <a:off x="0" y="0"/>
                            <a:ext cx="2269689" cy="1312164"/>
                          </a:xfrm>
                          <a:prstGeom prst="rect">
                            <a:avLst/>
                          </a:prstGeom>
                        </pic:spPr>
                      </pic:pic>
                    </a:graphicData>
                  </a:graphic>
                </wp:inline>
              </w:drawing>
            </w:r>
          </w:p>
          <w:p w14:paraId="74A84A96" w14:textId="77777777" w:rsidR="00CF0A00" w:rsidRPr="005675DC" w:rsidRDefault="00CF0A00" w:rsidP="00CF0A00">
            <w:pPr>
              <w:widowControl w:val="0"/>
              <w:autoSpaceDE w:val="0"/>
              <w:autoSpaceDN w:val="0"/>
              <w:spacing w:before="70" w:after="0" w:line="240" w:lineRule="auto"/>
              <w:rPr>
                <w:rFonts w:cs="Times New Roman"/>
              </w:rPr>
            </w:pPr>
          </w:p>
          <w:p w14:paraId="774252A7" w14:textId="77777777" w:rsidR="00CF0A00" w:rsidRPr="005675DC" w:rsidRDefault="00CF0A00" w:rsidP="00CF0A00">
            <w:pPr>
              <w:widowControl w:val="0"/>
              <w:autoSpaceDE w:val="0"/>
              <w:autoSpaceDN w:val="0"/>
              <w:spacing w:after="0" w:line="240" w:lineRule="auto"/>
              <w:ind w:right="1613"/>
              <w:jc w:val="right"/>
              <w:rPr>
                <w:rFonts w:cs="Times New Roman"/>
              </w:rPr>
            </w:pPr>
            <w:proofErr w:type="spellStart"/>
            <w:r w:rsidRPr="005675DC">
              <w:rPr>
                <w:rFonts w:cs="Times New Roman"/>
              </w:rPr>
              <w:t>Chrysoperla</w:t>
            </w:r>
            <w:proofErr w:type="spellEnd"/>
            <w:r w:rsidRPr="005675DC">
              <w:rPr>
                <w:rFonts w:cs="Times New Roman"/>
                <w:spacing w:val="-1"/>
              </w:rPr>
              <w:t xml:space="preserve"> </w:t>
            </w:r>
            <w:r w:rsidRPr="005675DC">
              <w:rPr>
                <w:rFonts w:cs="Times New Roman"/>
                <w:spacing w:val="-4"/>
              </w:rPr>
              <w:t>adult</w:t>
            </w:r>
          </w:p>
        </w:tc>
      </w:tr>
      <w:tr w:rsidR="00CF0A00" w:rsidRPr="005675DC" w14:paraId="0C46A434" w14:textId="77777777" w:rsidTr="00685DD7">
        <w:trPr>
          <w:trHeight w:val="3098"/>
        </w:trPr>
        <w:tc>
          <w:tcPr>
            <w:tcW w:w="5222" w:type="dxa"/>
          </w:tcPr>
          <w:p w14:paraId="6154313A" w14:textId="77777777" w:rsidR="00CF0A00" w:rsidRPr="005675DC" w:rsidRDefault="00CF0A00" w:rsidP="00CF0A00">
            <w:pPr>
              <w:widowControl w:val="0"/>
              <w:autoSpaceDE w:val="0"/>
              <w:autoSpaceDN w:val="0"/>
              <w:spacing w:before="5" w:after="0" w:line="240" w:lineRule="auto"/>
              <w:rPr>
                <w:rFonts w:cs="Times New Roman"/>
                <w:sz w:val="8"/>
              </w:rPr>
            </w:pPr>
          </w:p>
          <w:p w14:paraId="75F169AA" w14:textId="77777777" w:rsidR="00CF0A00" w:rsidRPr="005675DC" w:rsidRDefault="00CF0A00" w:rsidP="00CF0A00">
            <w:pPr>
              <w:widowControl w:val="0"/>
              <w:autoSpaceDE w:val="0"/>
              <w:autoSpaceDN w:val="0"/>
              <w:spacing w:after="0" w:line="240" w:lineRule="auto"/>
              <w:ind w:left="686"/>
              <w:rPr>
                <w:rFonts w:cs="Times New Roman"/>
                <w:sz w:val="20"/>
              </w:rPr>
            </w:pPr>
            <w:r w:rsidRPr="005675DC">
              <w:rPr>
                <w:rFonts w:cs="Times New Roman"/>
                <w:noProof/>
                <w:sz w:val="20"/>
              </w:rPr>
              <w:drawing>
                <wp:inline distT="0" distB="0" distL="0" distR="0" wp14:anchorId="291A7B6A" wp14:editId="77FD4F3F">
                  <wp:extent cx="2440053" cy="139903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3" cstate="print"/>
                          <a:stretch>
                            <a:fillRect/>
                          </a:stretch>
                        </pic:blipFill>
                        <pic:spPr>
                          <a:xfrm>
                            <a:off x="0" y="0"/>
                            <a:ext cx="2440053" cy="1399032"/>
                          </a:xfrm>
                          <a:prstGeom prst="rect">
                            <a:avLst/>
                          </a:prstGeom>
                        </pic:spPr>
                      </pic:pic>
                    </a:graphicData>
                  </a:graphic>
                </wp:inline>
              </w:drawing>
            </w:r>
          </w:p>
          <w:p w14:paraId="496F98AA" w14:textId="77777777" w:rsidR="00CF0A00" w:rsidRPr="005675DC" w:rsidRDefault="00CF0A00" w:rsidP="00CF0A00">
            <w:pPr>
              <w:widowControl w:val="0"/>
              <w:autoSpaceDE w:val="0"/>
              <w:autoSpaceDN w:val="0"/>
              <w:spacing w:before="66" w:after="0" w:line="240" w:lineRule="auto"/>
              <w:rPr>
                <w:rFonts w:cs="Times New Roman"/>
              </w:rPr>
            </w:pPr>
          </w:p>
          <w:p w14:paraId="59409FFA" w14:textId="77777777" w:rsidR="00CF0A00" w:rsidRPr="005675DC" w:rsidRDefault="00CF0A00" w:rsidP="00CF0A00">
            <w:pPr>
              <w:widowControl w:val="0"/>
              <w:autoSpaceDE w:val="0"/>
              <w:autoSpaceDN w:val="0"/>
              <w:spacing w:after="0" w:line="240" w:lineRule="auto"/>
              <w:ind w:left="1675"/>
              <w:rPr>
                <w:rFonts w:cs="Times New Roman"/>
              </w:rPr>
            </w:pPr>
            <w:r w:rsidRPr="005675DC">
              <w:rPr>
                <w:rFonts w:cs="Times New Roman"/>
              </w:rPr>
              <w:t xml:space="preserve">Syrphid fly </w:t>
            </w:r>
            <w:r w:rsidRPr="005675DC">
              <w:rPr>
                <w:rFonts w:cs="Times New Roman"/>
                <w:spacing w:val="-2"/>
              </w:rPr>
              <w:t>maggot</w:t>
            </w:r>
          </w:p>
        </w:tc>
        <w:tc>
          <w:tcPr>
            <w:tcW w:w="4954" w:type="dxa"/>
          </w:tcPr>
          <w:p w14:paraId="1F461B14" w14:textId="77777777" w:rsidR="00CF0A00" w:rsidRPr="005675DC" w:rsidRDefault="00CF0A00" w:rsidP="00CF0A00">
            <w:pPr>
              <w:widowControl w:val="0"/>
              <w:autoSpaceDE w:val="0"/>
              <w:autoSpaceDN w:val="0"/>
              <w:spacing w:before="5" w:after="0" w:line="240" w:lineRule="auto"/>
              <w:rPr>
                <w:rFonts w:cs="Times New Roman"/>
                <w:sz w:val="8"/>
              </w:rPr>
            </w:pPr>
          </w:p>
          <w:p w14:paraId="5F899F43" w14:textId="77777777" w:rsidR="00CF0A00" w:rsidRPr="005675DC" w:rsidRDefault="00CF0A00" w:rsidP="00CF0A00">
            <w:pPr>
              <w:widowControl w:val="0"/>
              <w:autoSpaceDE w:val="0"/>
              <w:autoSpaceDN w:val="0"/>
              <w:spacing w:after="0" w:line="240" w:lineRule="auto"/>
              <w:ind w:left="568"/>
              <w:rPr>
                <w:rFonts w:cs="Times New Roman"/>
                <w:sz w:val="20"/>
              </w:rPr>
            </w:pPr>
            <w:r w:rsidRPr="005675DC">
              <w:rPr>
                <w:rFonts w:cs="Times New Roman"/>
                <w:noProof/>
                <w:sz w:val="20"/>
              </w:rPr>
              <w:drawing>
                <wp:inline distT="0" distB="0" distL="0" distR="0" wp14:anchorId="4BD61780" wp14:editId="6F506DD4">
                  <wp:extent cx="2411282" cy="142646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4" cstate="print"/>
                          <a:stretch>
                            <a:fillRect/>
                          </a:stretch>
                        </pic:blipFill>
                        <pic:spPr>
                          <a:xfrm>
                            <a:off x="0" y="0"/>
                            <a:ext cx="2411282" cy="1426464"/>
                          </a:xfrm>
                          <a:prstGeom prst="rect">
                            <a:avLst/>
                          </a:prstGeom>
                        </pic:spPr>
                      </pic:pic>
                    </a:graphicData>
                  </a:graphic>
                </wp:inline>
              </w:drawing>
            </w:r>
          </w:p>
          <w:p w14:paraId="3DAFB4BE" w14:textId="77777777" w:rsidR="00CF0A00" w:rsidRPr="005675DC" w:rsidRDefault="00CF0A00" w:rsidP="00CF0A00">
            <w:pPr>
              <w:widowControl w:val="0"/>
              <w:autoSpaceDE w:val="0"/>
              <w:autoSpaceDN w:val="0"/>
              <w:spacing w:before="67" w:after="0" w:line="240" w:lineRule="auto"/>
              <w:rPr>
                <w:rFonts w:cs="Times New Roman"/>
              </w:rPr>
            </w:pPr>
          </w:p>
          <w:p w14:paraId="18B5A9FA" w14:textId="77777777" w:rsidR="00CF0A00" w:rsidRPr="005675DC" w:rsidRDefault="00CF0A00" w:rsidP="00CF0A00">
            <w:pPr>
              <w:widowControl w:val="0"/>
              <w:autoSpaceDE w:val="0"/>
              <w:autoSpaceDN w:val="0"/>
              <w:spacing w:after="0" w:line="240" w:lineRule="auto"/>
              <w:ind w:left="106"/>
              <w:rPr>
                <w:rFonts w:cs="Times New Roman"/>
              </w:rPr>
            </w:pPr>
            <w:r w:rsidRPr="005675DC">
              <w:rPr>
                <w:rFonts w:cs="Times New Roman"/>
              </w:rPr>
              <w:t xml:space="preserve">Syrphid fly </w:t>
            </w:r>
            <w:r w:rsidRPr="005675DC">
              <w:rPr>
                <w:rFonts w:cs="Times New Roman"/>
                <w:spacing w:val="-2"/>
              </w:rPr>
              <w:t>adult</w:t>
            </w:r>
          </w:p>
        </w:tc>
      </w:tr>
      <w:tr w:rsidR="00CF0A00" w:rsidRPr="00CF0A00" w14:paraId="4405445E" w14:textId="77777777" w:rsidTr="00685DD7">
        <w:trPr>
          <w:trHeight w:val="3014"/>
        </w:trPr>
        <w:tc>
          <w:tcPr>
            <w:tcW w:w="5222" w:type="dxa"/>
          </w:tcPr>
          <w:p w14:paraId="0D162434" w14:textId="77777777" w:rsidR="00CF0A00" w:rsidRPr="005675DC" w:rsidRDefault="00CF0A00" w:rsidP="00CF0A00">
            <w:pPr>
              <w:widowControl w:val="0"/>
              <w:autoSpaceDE w:val="0"/>
              <w:autoSpaceDN w:val="0"/>
              <w:spacing w:before="8" w:after="0" w:line="240" w:lineRule="auto"/>
              <w:rPr>
                <w:rFonts w:cs="Times New Roman"/>
                <w:sz w:val="8"/>
              </w:rPr>
            </w:pPr>
          </w:p>
          <w:p w14:paraId="2577930B" w14:textId="77777777" w:rsidR="00CF0A00" w:rsidRPr="005675DC" w:rsidRDefault="00CF0A00" w:rsidP="00CF0A00">
            <w:pPr>
              <w:widowControl w:val="0"/>
              <w:autoSpaceDE w:val="0"/>
              <w:autoSpaceDN w:val="0"/>
              <w:spacing w:after="0" w:line="240" w:lineRule="auto"/>
              <w:ind w:left="1398"/>
              <w:rPr>
                <w:rFonts w:cs="Times New Roman"/>
                <w:sz w:val="20"/>
              </w:rPr>
            </w:pPr>
            <w:r w:rsidRPr="005675DC">
              <w:rPr>
                <w:rFonts w:cs="Times New Roman"/>
                <w:noProof/>
                <w:sz w:val="20"/>
              </w:rPr>
              <w:drawing>
                <wp:inline distT="0" distB="0" distL="0" distR="0" wp14:anchorId="7B92402B" wp14:editId="34B4B007">
                  <wp:extent cx="1536700" cy="13716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5" cstate="print"/>
                          <a:stretch>
                            <a:fillRect/>
                          </a:stretch>
                        </pic:blipFill>
                        <pic:spPr>
                          <a:xfrm>
                            <a:off x="0" y="0"/>
                            <a:ext cx="1536700" cy="1371600"/>
                          </a:xfrm>
                          <a:prstGeom prst="rect">
                            <a:avLst/>
                          </a:prstGeom>
                        </pic:spPr>
                      </pic:pic>
                    </a:graphicData>
                  </a:graphic>
                </wp:inline>
              </w:drawing>
            </w:r>
          </w:p>
          <w:p w14:paraId="7750D0A7" w14:textId="77777777" w:rsidR="00CF0A00" w:rsidRPr="005675DC" w:rsidRDefault="00CF0A00" w:rsidP="00CF0A00">
            <w:pPr>
              <w:widowControl w:val="0"/>
              <w:autoSpaceDE w:val="0"/>
              <w:autoSpaceDN w:val="0"/>
              <w:spacing w:before="66" w:after="0" w:line="240" w:lineRule="auto"/>
              <w:rPr>
                <w:rFonts w:cs="Times New Roman"/>
              </w:rPr>
            </w:pPr>
          </w:p>
          <w:p w14:paraId="726197B1" w14:textId="77777777" w:rsidR="00CF0A00" w:rsidRPr="005675DC" w:rsidRDefault="00CF0A00" w:rsidP="00CF0A00">
            <w:pPr>
              <w:widowControl w:val="0"/>
              <w:autoSpaceDE w:val="0"/>
              <w:autoSpaceDN w:val="0"/>
              <w:spacing w:before="1" w:after="0" w:line="240" w:lineRule="auto"/>
              <w:ind w:left="7" w:right="1"/>
              <w:jc w:val="center"/>
              <w:rPr>
                <w:rFonts w:cs="Times New Roman"/>
              </w:rPr>
            </w:pPr>
            <w:r w:rsidRPr="005675DC">
              <w:rPr>
                <w:rFonts w:cs="Times New Roman"/>
                <w:spacing w:val="-2"/>
              </w:rPr>
              <w:t>Spider</w:t>
            </w:r>
          </w:p>
        </w:tc>
        <w:tc>
          <w:tcPr>
            <w:tcW w:w="4954" w:type="dxa"/>
          </w:tcPr>
          <w:p w14:paraId="2505596A" w14:textId="77777777" w:rsidR="00CF0A00" w:rsidRPr="005675DC" w:rsidRDefault="00CF0A00" w:rsidP="00CF0A00">
            <w:pPr>
              <w:widowControl w:val="0"/>
              <w:autoSpaceDE w:val="0"/>
              <w:autoSpaceDN w:val="0"/>
              <w:spacing w:before="8" w:after="0" w:line="240" w:lineRule="auto"/>
              <w:rPr>
                <w:rFonts w:cs="Times New Roman"/>
                <w:sz w:val="8"/>
              </w:rPr>
            </w:pPr>
          </w:p>
          <w:p w14:paraId="5943F193" w14:textId="77777777" w:rsidR="00CF0A00" w:rsidRPr="005675DC" w:rsidRDefault="00CF0A00" w:rsidP="00CF0A00">
            <w:pPr>
              <w:widowControl w:val="0"/>
              <w:autoSpaceDE w:val="0"/>
              <w:autoSpaceDN w:val="0"/>
              <w:spacing w:after="0" w:line="240" w:lineRule="auto"/>
              <w:ind w:left="1196"/>
              <w:rPr>
                <w:rFonts w:cs="Times New Roman"/>
                <w:sz w:val="20"/>
              </w:rPr>
            </w:pPr>
            <w:r w:rsidRPr="005675DC">
              <w:rPr>
                <w:rFonts w:cs="Times New Roman"/>
                <w:noProof/>
                <w:sz w:val="20"/>
              </w:rPr>
              <w:drawing>
                <wp:inline distT="0" distB="0" distL="0" distR="0" wp14:anchorId="12D1C082" wp14:editId="13D2E50A">
                  <wp:extent cx="1617979" cy="137160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6" cstate="print"/>
                          <a:stretch>
                            <a:fillRect/>
                          </a:stretch>
                        </pic:blipFill>
                        <pic:spPr>
                          <a:xfrm>
                            <a:off x="0" y="0"/>
                            <a:ext cx="1617979" cy="1371600"/>
                          </a:xfrm>
                          <a:prstGeom prst="rect">
                            <a:avLst/>
                          </a:prstGeom>
                        </pic:spPr>
                      </pic:pic>
                    </a:graphicData>
                  </a:graphic>
                </wp:inline>
              </w:drawing>
            </w:r>
          </w:p>
          <w:p w14:paraId="1E978BD7" w14:textId="77777777" w:rsidR="00CF0A00" w:rsidRPr="005675DC" w:rsidRDefault="00CF0A00" w:rsidP="00CF0A00">
            <w:pPr>
              <w:widowControl w:val="0"/>
              <w:autoSpaceDE w:val="0"/>
              <w:autoSpaceDN w:val="0"/>
              <w:spacing w:before="66" w:after="0" w:line="240" w:lineRule="auto"/>
              <w:rPr>
                <w:rFonts w:cs="Times New Roman"/>
              </w:rPr>
            </w:pPr>
          </w:p>
          <w:p w14:paraId="36DC7F1D" w14:textId="77777777" w:rsidR="00CF0A00" w:rsidRPr="00CF0A00" w:rsidRDefault="00CF0A00" w:rsidP="00CF0A00">
            <w:pPr>
              <w:widowControl w:val="0"/>
              <w:autoSpaceDE w:val="0"/>
              <w:autoSpaceDN w:val="0"/>
              <w:spacing w:before="1" w:after="0" w:line="240" w:lineRule="auto"/>
              <w:ind w:left="1"/>
              <w:jc w:val="center"/>
              <w:rPr>
                <w:rFonts w:cs="Times New Roman"/>
              </w:rPr>
            </w:pPr>
            <w:r w:rsidRPr="005675DC">
              <w:rPr>
                <w:rFonts w:cs="Times New Roman"/>
                <w:spacing w:val="-2"/>
              </w:rPr>
              <w:t>Spider</w:t>
            </w:r>
          </w:p>
        </w:tc>
      </w:tr>
      <w:tr w:rsidR="00CF0A00" w:rsidRPr="00CF0A00" w14:paraId="783C9011" w14:textId="77777777" w:rsidTr="00685DD7">
        <w:trPr>
          <w:trHeight w:val="658"/>
        </w:trPr>
        <w:tc>
          <w:tcPr>
            <w:tcW w:w="10176" w:type="dxa"/>
            <w:gridSpan w:val="2"/>
          </w:tcPr>
          <w:p w14:paraId="191C92E8" w14:textId="77777777" w:rsidR="00CF0A00" w:rsidRPr="00CF0A00" w:rsidRDefault="00CF0A00" w:rsidP="00CF0A00">
            <w:pPr>
              <w:widowControl w:val="0"/>
              <w:autoSpaceDE w:val="0"/>
              <w:autoSpaceDN w:val="0"/>
              <w:spacing w:before="243" w:after="0" w:line="240" w:lineRule="auto"/>
              <w:jc w:val="center"/>
              <w:rPr>
                <w:rFonts w:cs="Times New Roman"/>
                <w:b/>
              </w:rPr>
            </w:pPr>
          </w:p>
        </w:tc>
      </w:tr>
    </w:tbl>
    <w:p w14:paraId="466FC872" w14:textId="77777777" w:rsidR="00653362" w:rsidRDefault="00653362">
      <w:pPr>
        <w:spacing w:after="160"/>
        <w:jc w:val="center"/>
      </w:pPr>
    </w:p>
    <w:sectPr w:rsidR="00653362"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5801C49"/>
    <w:multiLevelType w:val="hybridMultilevel"/>
    <w:tmpl w:val="952E6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71B75"/>
    <w:multiLevelType w:val="hybridMultilevel"/>
    <w:tmpl w:val="08D2DC1E"/>
    <w:lvl w:ilvl="0" w:tplc="1F2C38B2">
      <w:start w:val="1"/>
      <w:numFmt w:val="decimal"/>
      <w:lvlText w:val="%1."/>
      <w:lvlJc w:val="left"/>
      <w:pPr>
        <w:ind w:left="343"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76061F60">
      <w:numFmt w:val="bullet"/>
      <w:lvlText w:val="•"/>
      <w:lvlJc w:val="left"/>
      <w:pPr>
        <w:ind w:left="1132" w:hanging="240"/>
      </w:pPr>
      <w:rPr>
        <w:rFonts w:hint="default"/>
        <w:lang w:val="en-US" w:eastAsia="en-US" w:bidi="ar-SA"/>
      </w:rPr>
    </w:lvl>
    <w:lvl w:ilvl="2" w:tplc="13E69AB8">
      <w:numFmt w:val="bullet"/>
      <w:lvlText w:val="•"/>
      <w:lvlJc w:val="left"/>
      <w:pPr>
        <w:ind w:left="1924" w:hanging="240"/>
      </w:pPr>
      <w:rPr>
        <w:rFonts w:hint="default"/>
        <w:lang w:val="en-US" w:eastAsia="en-US" w:bidi="ar-SA"/>
      </w:rPr>
    </w:lvl>
    <w:lvl w:ilvl="3" w:tplc="153C0B52">
      <w:numFmt w:val="bullet"/>
      <w:lvlText w:val="•"/>
      <w:lvlJc w:val="left"/>
      <w:pPr>
        <w:ind w:left="2717" w:hanging="240"/>
      </w:pPr>
      <w:rPr>
        <w:rFonts w:hint="default"/>
        <w:lang w:val="en-US" w:eastAsia="en-US" w:bidi="ar-SA"/>
      </w:rPr>
    </w:lvl>
    <w:lvl w:ilvl="4" w:tplc="8D22E808">
      <w:numFmt w:val="bullet"/>
      <w:lvlText w:val="•"/>
      <w:lvlJc w:val="left"/>
      <w:pPr>
        <w:ind w:left="3509" w:hanging="240"/>
      </w:pPr>
      <w:rPr>
        <w:rFonts w:hint="default"/>
        <w:lang w:val="en-US" w:eastAsia="en-US" w:bidi="ar-SA"/>
      </w:rPr>
    </w:lvl>
    <w:lvl w:ilvl="5" w:tplc="3D1247F4">
      <w:numFmt w:val="bullet"/>
      <w:lvlText w:val="•"/>
      <w:lvlJc w:val="left"/>
      <w:pPr>
        <w:ind w:left="4302" w:hanging="240"/>
      </w:pPr>
      <w:rPr>
        <w:rFonts w:hint="default"/>
        <w:lang w:val="en-US" w:eastAsia="en-US" w:bidi="ar-SA"/>
      </w:rPr>
    </w:lvl>
    <w:lvl w:ilvl="6" w:tplc="AE521D7E">
      <w:numFmt w:val="bullet"/>
      <w:lvlText w:val="•"/>
      <w:lvlJc w:val="left"/>
      <w:pPr>
        <w:ind w:left="5094" w:hanging="240"/>
      </w:pPr>
      <w:rPr>
        <w:rFonts w:hint="default"/>
        <w:lang w:val="en-US" w:eastAsia="en-US" w:bidi="ar-SA"/>
      </w:rPr>
    </w:lvl>
    <w:lvl w:ilvl="7" w:tplc="D7D47262">
      <w:numFmt w:val="bullet"/>
      <w:lvlText w:val="•"/>
      <w:lvlJc w:val="left"/>
      <w:pPr>
        <w:ind w:left="5886" w:hanging="240"/>
      </w:pPr>
      <w:rPr>
        <w:rFonts w:hint="default"/>
        <w:lang w:val="en-US" w:eastAsia="en-US" w:bidi="ar-SA"/>
      </w:rPr>
    </w:lvl>
    <w:lvl w:ilvl="8" w:tplc="8A185428">
      <w:numFmt w:val="bullet"/>
      <w:lvlText w:val="•"/>
      <w:lvlJc w:val="left"/>
      <w:pPr>
        <w:ind w:left="6679" w:hanging="240"/>
      </w:pPr>
      <w:rPr>
        <w:rFonts w:hint="default"/>
        <w:lang w:val="en-US" w:eastAsia="en-US" w:bidi="ar-SA"/>
      </w:rPr>
    </w:lvl>
  </w:abstractNum>
  <w:abstractNum w:abstractNumId="11" w15:restartNumberingAfterBreak="0">
    <w:nsid w:val="4BDE3F70"/>
    <w:multiLevelType w:val="hybridMultilevel"/>
    <w:tmpl w:val="CB3A0884"/>
    <w:lvl w:ilvl="0" w:tplc="29D65D7A">
      <w:start w:val="1"/>
      <w:numFmt w:val="decimal"/>
      <w:lvlText w:val="%1."/>
      <w:lvlJc w:val="left"/>
      <w:pPr>
        <w:ind w:left="379" w:hanging="252"/>
      </w:pPr>
      <w:rPr>
        <w:rFonts w:ascii="Times New Roman" w:eastAsia="Times New Roman" w:hAnsi="Times New Roman" w:cs="Times New Roman" w:hint="default"/>
        <w:b w:val="0"/>
        <w:bCs w:val="0"/>
        <w:i w:val="0"/>
        <w:iCs w:val="0"/>
        <w:spacing w:val="0"/>
        <w:w w:val="100"/>
        <w:sz w:val="24"/>
        <w:szCs w:val="24"/>
        <w:lang w:val="en-US" w:eastAsia="en-US" w:bidi="ar-SA"/>
      </w:rPr>
    </w:lvl>
    <w:lvl w:ilvl="1" w:tplc="A9E088B4">
      <w:numFmt w:val="bullet"/>
      <w:lvlText w:val="•"/>
      <w:lvlJc w:val="left"/>
      <w:pPr>
        <w:ind w:left="1168" w:hanging="252"/>
      </w:pPr>
      <w:rPr>
        <w:rFonts w:hint="default"/>
        <w:lang w:val="en-US" w:eastAsia="en-US" w:bidi="ar-SA"/>
      </w:rPr>
    </w:lvl>
    <w:lvl w:ilvl="2" w:tplc="D47C54B6">
      <w:numFmt w:val="bullet"/>
      <w:lvlText w:val="•"/>
      <w:lvlJc w:val="left"/>
      <w:pPr>
        <w:ind w:left="1956" w:hanging="252"/>
      </w:pPr>
      <w:rPr>
        <w:rFonts w:hint="default"/>
        <w:lang w:val="en-US" w:eastAsia="en-US" w:bidi="ar-SA"/>
      </w:rPr>
    </w:lvl>
    <w:lvl w:ilvl="3" w:tplc="3ABED88C">
      <w:numFmt w:val="bullet"/>
      <w:lvlText w:val="•"/>
      <w:lvlJc w:val="left"/>
      <w:pPr>
        <w:ind w:left="2745" w:hanging="252"/>
      </w:pPr>
      <w:rPr>
        <w:rFonts w:hint="default"/>
        <w:lang w:val="en-US" w:eastAsia="en-US" w:bidi="ar-SA"/>
      </w:rPr>
    </w:lvl>
    <w:lvl w:ilvl="4" w:tplc="14BE4216">
      <w:numFmt w:val="bullet"/>
      <w:lvlText w:val="•"/>
      <w:lvlJc w:val="left"/>
      <w:pPr>
        <w:ind w:left="3533" w:hanging="252"/>
      </w:pPr>
      <w:rPr>
        <w:rFonts w:hint="default"/>
        <w:lang w:val="en-US" w:eastAsia="en-US" w:bidi="ar-SA"/>
      </w:rPr>
    </w:lvl>
    <w:lvl w:ilvl="5" w:tplc="A2DEA996">
      <w:numFmt w:val="bullet"/>
      <w:lvlText w:val="•"/>
      <w:lvlJc w:val="left"/>
      <w:pPr>
        <w:ind w:left="4322" w:hanging="252"/>
      </w:pPr>
      <w:rPr>
        <w:rFonts w:hint="default"/>
        <w:lang w:val="en-US" w:eastAsia="en-US" w:bidi="ar-SA"/>
      </w:rPr>
    </w:lvl>
    <w:lvl w:ilvl="6" w:tplc="72C68078">
      <w:numFmt w:val="bullet"/>
      <w:lvlText w:val="•"/>
      <w:lvlJc w:val="left"/>
      <w:pPr>
        <w:ind w:left="5110" w:hanging="252"/>
      </w:pPr>
      <w:rPr>
        <w:rFonts w:hint="default"/>
        <w:lang w:val="en-US" w:eastAsia="en-US" w:bidi="ar-SA"/>
      </w:rPr>
    </w:lvl>
    <w:lvl w:ilvl="7" w:tplc="F3D27B3C">
      <w:numFmt w:val="bullet"/>
      <w:lvlText w:val="•"/>
      <w:lvlJc w:val="left"/>
      <w:pPr>
        <w:ind w:left="5898" w:hanging="252"/>
      </w:pPr>
      <w:rPr>
        <w:rFonts w:hint="default"/>
        <w:lang w:val="en-US" w:eastAsia="en-US" w:bidi="ar-SA"/>
      </w:rPr>
    </w:lvl>
    <w:lvl w:ilvl="8" w:tplc="28244DA8">
      <w:numFmt w:val="bullet"/>
      <w:lvlText w:val="•"/>
      <w:lvlJc w:val="left"/>
      <w:pPr>
        <w:ind w:left="6687" w:hanging="252"/>
      </w:pPr>
      <w:rPr>
        <w:rFonts w:hint="default"/>
        <w:lang w:val="en-US" w:eastAsia="en-US" w:bidi="ar-SA"/>
      </w:rPr>
    </w:lvl>
  </w:abstractNum>
  <w:abstractNum w:abstractNumId="12" w15:restartNumberingAfterBreak="0">
    <w:nsid w:val="604C19A7"/>
    <w:multiLevelType w:val="hybridMultilevel"/>
    <w:tmpl w:val="8E56EA24"/>
    <w:lvl w:ilvl="0" w:tplc="F364E940">
      <w:start w:val="3"/>
      <w:numFmt w:val="decimal"/>
      <w:lvlText w:val="%1."/>
      <w:lvlJc w:val="left"/>
      <w:pPr>
        <w:ind w:left="343"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E49A7420">
      <w:numFmt w:val="bullet"/>
      <w:lvlText w:val="•"/>
      <w:lvlJc w:val="left"/>
      <w:pPr>
        <w:ind w:left="1132" w:hanging="240"/>
      </w:pPr>
      <w:rPr>
        <w:rFonts w:hint="default"/>
        <w:lang w:val="en-US" w:eastAsia="en-US" w:bidi="ar-SA"/>
      </w:rPr>
    </w:lvl>
    <w:lvl w:ilvl="2" w:tplc="49E09BC2">
      <w:numFmt w:val="bullet"/>
      <w:lvlText w:val="•"/>
      <w:lvlJc w:val="left"/>
      <w:pPr>
        <w:ind w:left="1924" w:hanging="240"/>
      </w:pPr>
      <w:rPr>
        <w:rFonts w:hint="default"/>
        <w:lang w:val="en-US" w:eastAsia="en-US" w:bidi="ar-SA"/>
      </w:rPr>
    </w:lvl>
    <w:lvl w:ilvl="3" w:tplc="02E8C1A6">
      <w:numFmt w:val="bullet"/>
      <w:lvlText w:val="•"/>
      <w:lvlJc w:val="left"/>
      <w:pPr>
        <w:ind w:left="2717" w:hanging="240"/>
      </w:pPr>
      <w:rPr>
        <w:rFonts w:hint="default"/>
        <w:lang w:val="en-US" w:eastAsia="en-US" w:bidi="ar-SA"/>
      </w:rPr>
    </w:lvl>
    <w:lvl w:ilvl="4" w:tplc="871495F0">
      <w:numFmt w:val="bullet"/>
      <w:lvlText w:val="•"/>
      <w:lvlJc w:val="left"/>
      <w:pPr>
        <w:ind w:left="3509" w:hanging="240"/>
      </w:pPr>
      <w:rPr>
        <w:rFonts w:hint="default"/>
        <w:lang w:val="en-US" w:eastAsia="en-US" w:bidi="ar-SA"/>
      </w:rPr>
    </w:lvl>
    <w:lvl w:ilvl="5" w:tplc="C6F2A710">
      <w:numFmt w:val="bullet"/>
      <w:lvlText w:val="•"/>
      <w:lvlJc w:val="left"/>
      <w:pPr>
        <w:ind w:left="4302" w:hanging="240"/>
      </w:pPr>
      <w:rPr>
        <w:rFonts w:hint="default"/>
        <w:lang w:val="en-US" w:eastAsia="en-US" w:bidi="ar-SA"/>
      </w:rPr>
    </w:lvl>
    <w:lvl w:ilvl="6" w:tplc="AA7A941C">
      <w:numFmt w:val="bullet"/>
      <w:lvlText w:val="•"/>
      <w:lvlJc w:val="left"/>
      <w:pPr>
        <w:ind w:left="5094" w:hanging="240"/>
      </w:pPr>
      <w:rPr>
        <w:rFonts w:hint="default"/>
        <w:lang w:val="en-US" w:eastAsia="en-US" w:bidi="ar-SA"/>
      </w:rPr>
    </w:lvl>
    <w:lvl w:ilvl="7" w:tplc="676AB70C">
      <w:numFmt w:val="bullet"/>
      <w:lvlText w:val="•"/>
      <w:lvlJc w:val="left"/>
      <w:pPr>
        <w:ind w:left="5886" w:hanging="240"/>
      </w:pPr>
      <w:rPr>
        <w:rFonts w:hint="default"/>
        <w:lang w:val="en-US" w:eastAsia="en-US" w:bidi="ar-SA"/>
      </w:rPr>
    </w:lvl>
    <w:lvl w:ilvl="8" w:tplc="F412D8B2">
      <w:numFmt w:val="bullet"/>
      <w:lvlText w:val="•"/>
      <w:lvlJc w:val="left"/>
      <w:pPr>
        <w:ind w:left="6679" w:hanging="240"/>
      </w:pPr>
      <w:rPr>
        <w:rFonts w:hint="default"/>
        <w:lang w:val="en-US" w:eastAsia="en-US" w:bidi="ar-SA"/>
      </w:rPr>
    </w:lvl>
  </w:abstractNum>
  <w:abstractNum w:abstractNumId="13" w15:restartNumberingAfterBreak="0">
    <w:nsid w:val="61066E3E"/>
    <w:multiLevelType w:val="hybridMultilevel"/>
    <w:tmpl w:val="17521D52"/>
    <w:lvl w:ilvl="0" w:tplc="4B5A5020">
      <w:start w:val="1"/>
      <w:numFmt w:val="decimal"/>
      <w:lvlText w:val="%1."/>
      <w:lvlJc w:val="left"/>
      <w:pPr>
        <w:ind w:left="379" w:hanging="252"/>
      </w:pPr>
      <w:rPr>
        <w:rFonts w:ascii="Times New Roman" w:eastAsia="Times New Roman" w:hAnsi="Times New Roman" w:cs="Times New Roman" w:hint="default"/>
        <w:b w:val="0"/>
        <w:bCs w:val="0"/>
        <w:i w:val="0"/>
        <w:iCs w:val="0"/>
        <w:spacing w:val="0"/>
        <w:w w:val="100"/>
        <w:sz w:val="24"/>
        <w:szCs w:val="24"/>
        <w:lang w:val="en-US" w:eastAsia="en-US" w:bidi="ar-SA"/>
      </w:rPr>
    </w:lvl>
    <w:lvl w:ilvl="1" w:tplc="2A902A14">
      <w:numFmt w:val="bullet"/>
      <w:lvlText w:val="•"/>
      <w:lvlJc w:val="left"/>
      <w:pPr>
        <w:ind w:left="1168" w:hanging="252"/>
      </w:pPr>
      <w:rPr>
        <w:rFonts w:hint="default"/>
        <w:lang w:val="en-US" w:eastAsia="en-US" w:bidi="ar-SA"/>
      </w:rPr>
    </w:lvl>
    <w:lvl w:ilvl="2" w:tplc="A7CEF340">
      <w:numFmt w:val="bullet"/>
      <w:lvlText w:val="•"/>
      <w:lvlJc w:val="left"/>
      <w:pPr>
        <w:ind w:left="1956" w:hanging="252"/>
      </w:pPr>
      <w:rPr>
        <w:rFonts w:hint="default"/>
        <w:lang w:val="en-US" w:eastAsia="en-US" w:bidi="ar-SA"/>
      </w:rPr>
    </w:lvl>
    <w:lvl w:ilvl="3" w:tplc="93E40D7A">
      <w:numFmt w:val="bullet"/>
      <w:lvlText w:val="•"/>
      <w:lvlJc w:val="left"/>
      <w:pPr>
        <w:ind w:left="2745" w:hanging="252"/>
      </w:pPr>
      <w:rPr>
        <w:rFonts w:hint="default"/>
        <w:lang w:val="en-US" w:eastAsia="en-US" w:bidi="ar-SA"/>
      </w:rPr>
    </w:lvl>
    <w:lvl w:ilvl="4" w:tplc="4E769D7C">
      <w:numFmt w:val="bullet"/>
      <w:lvlText w:val="•"/>
      <w:lvlJc w:val="left"/>
      <w:pPr>
        <w:ind w:left="3533" w:hanging="252"/>
      </w:pPr>
      <w:rPr>
        <w:rFonts w:hint="default"/>
        <w:lang w:val="en-US" w:eastAsia="en-US" w:bidi="ar-SA"/>
      </w:rPr>
    </w:lvl>
    <w:lvl w:ilvl="5" w:tplc="25940CE0">
      <w:numFmt w:val="bullet"/>
      <w:lvlText w:val="•"/>
      <w:lvlJc w:val="left"/>
      <w:pPr>
        <w:ind w:left="4322" w:hanging="252"/>
      </w:pPr>
      <w:rPr>
        <w:rFonts w:hint="default"/>
        <w:lang w:val="en-US" w:eastAsia="en-US" w:bidi="ar-SA"/>
      </w:rPr>
    </w:lvl>
    <w:lvl w:ilvl="6" w:tplc="578AE184">
      <w:numFmt w:val="bullet"/>
      <w:lvlText w:val="•"/>
      <w:lvlJc w:val="left"/>
      <w:pPr>
        <w:ind w:left="5110" w:hanging="252"/>
      </w:pPr>
      <w:rPr>
        <w:rFonts w:hint="default"/>
        <w:lang w:val="en-US" w:eastAsia="en-US" w:bidi="ar-SA"/>
      </w:rPr>
    </w:lvl>
    <w:lvl w:ilvl="7" w:tplc="2DAEB680">
      <w:numFmt w:val="bullet"/>
      <w:lvlText w:val="•"/>
      <w:lvlJc w:val="left"/>
      <w:pPr>
        <w:ind w:left="5898" w:hanging="252"/>
      </w:pPr>
      <w:rPr>
        <w:rFonts w:hint="default"/>
        <w:lang w:val="en-US" w:eastAsia="en-US" w:bidi="ar-SA"/>
      </w:rPr>
    </w:lvl>
    <w:lvl w:ilvl="8" w:tplc="E0FCCE14">
      <w:numFmt w:val="bullet"/>
      <w:lvlText w:val="•"/>
      <w:lvlJc w:val="left"/>
      <w:pPr>
        <w:ind w:left="6687" w:hanging="252"/>
      </w:pPr>
      <w:rPr>
        <w:rFonts w:hint="default"/>
        <w:lang w:val="en-US" w:eastAsia="en-US" w:bidi="ar-SA"/>
      </w:rPr>
    </w:lvl>
  </w:abstractNum>
  <w:num w:numId="1" w16cid:durableId="817845987">
    <w:abstractNumId w:val="8"/>
  </w:num>
  <w:num w:numId="2" w16cid:durableId="1654527464">
    <w:abstractNumId w:val="6"/>
  </w:num>
  <w:num w:numId="3" w16cid:durableId="4063480">
    <w:abstractNumId w:val="5"/>
  </w:num>
  <w:num w:numId="4" w16cid:durableId="899631991">
    <w:abstractNumId w:val="4"/>
  </w:num>
  <w:num w:numId="5" w16cid:durableId="1160386710">
    <w:abstractNumId w:val="7"/>
  </w:num>
  <w:num w:numId="6" w16cid:durableId="646398510">
    <w:abstractNumId w:val="3"/>
  </w:num>
  <w:num w:numId="7" w16cid:durableId="482242316">
    <w:abstractNumId w:val="2"/>
  </w:num>
  <w:num w:numId="8" w16cid:durableId="449861934">
    <w:abstractNumId w:val="1"/>
  </w:num>
  <w:num w:numId="9" w16cid:durableId="977536162">
    <w:abstractNumId w:val="0"/>
  </w:num>
  <w:num w:numId="10" w16cid:durableId="2135101015">
    <w:abstractNumId w:val="10"/>
  </w:num>
  <w:num w:numId="11" w16cid:durableId="901984666">
    <w:abstractNumId w:val="13"/>
  </w:num>
  <w:num w:numId="12" w16cid:durableId="1422799244">
    <w:abstractNumId w:val="11"/>
  </w:num>
  <w:num w:numId="13" w16cid:durableId="1390491255">
    <w:abstractNumId w:val="12"/>
  </w:num>
  <w:num w:numId="14" w16cid:durableId="2066023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wtzA0Njc3NTMzNTNQ0lEKTi0uzszPAykwqwUAPOd7AywAAAA="/>
  </w:docVars>
  <w:rsids>
    <w:rsidRoot w:val="00B47730"/>
    <w:rsid w:val="0003387C"/>
    <w:rsid w:val="00034616"/>
    <w:rsid w:val="00055D8B"/>
    <w:rsid w:val="0006063C"/>
    <w:rsid w:val="00117438"/>
    <w:rsid w:val="0015074B"/>
    <w:rsid w:val="0015287C"/>
    <w:rsid w:val="00283D8E"/>
    <w:rsid w:val="0029639D"/>
    <w:rsid w:val="003033C5"/>
    <w:rsid w:val="00326F90"/>
    <w:rsid w:val="003328E2"/>
    <w:rsid w:val="0035181B"/>
    <w:rsid w:val="003616AB"/>
    <w:rsid w:val="0038616C"/>
    <w:rsid w:val="003C49A0"/>
    <w:rsid w:val="00435AD3"/>
    <w:rsid w:val="004748C4"/>
    <w:rsid w:val="005675DC"/>
    <w:rsid w:val="005A6949"/>
    <w:rsid w:val="00653362"/>
    <w:rsid w:val="00794935"/>
    <w:rsid w:val="007D7291"/>
    <w:rsid w:val="008E7E49"/>
    <w:rsid w:val="00926DF7"/>
    <w:rsid w:val="009F7E1B"/>
    <w:rsid w:val="00AA14EC"/>
    <w:rsid w:val="00AA1D8D"/>
    <w:rsid w:val="00B47730"/>
    <w:rsid w:val="00BD7CD8"/>
    <w:rsid w:val="00BE6972"/>
    <w:rsid w:val="00BF5ECF"/>
    <w:rsid w:val="00C65E3E"/>
    <w:rsid w:val="00C74AF4"/>
    <w:rsid w:val="00CB0664"/>
    <w:rsid w:val="00CF0A00"/>
    <w:rsid w:val="00D543F3"/>
    <w:rsid w:val="00DA402F"/>
    <w:rsid w:val="00E00E96"/>
    <w:rsid w:val="00FC693F"/>
    <w:rsid w:val="00FF6B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1EC904"/>
  <w14:defaultImageDpi w14:val="300"/>
  <w15:docId w15:val="{6DEF4020-3B7C-4736-BEB4-5F11FB7E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1"/>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NoList1">
    <w:name w:val="No List1"/>
    <w:next w:val="NoList"/>
    <w:uiPriority w:val="99"/>
    <w:semiHidden/>
    <w:unhideWhenUsed/>
    <w:rsid w:val="00794935"/>
  </w:style>
  <w:style w:type="paragraph" w:customStyle="1" w:styleId="TableParagraph">
    <w:name w:val="Table Paragraph"/>
    <w:basedOn w:val="Normal"/>
    <w:uiPriority w:val="1"/>
    <w:qFormat/>
    <w:rsid w:val="00794935"/>
    <w:pPr>
      <w:widowControl w:val="0"/>
      <w:autoSpaceDE w:val="0"/>
      <w:autoSpaceDN w:val="0"/>
      <w:spacing w:after="0" w:line="240" w:lineRule="auto"/>
    </w:pPr>
    <w:rPr>
      <w:rFonts w:cs="Times New Roman"/>
      <w:sz w:val="22"/>
    </w:rPr>
  </w:style>
  <w:style w:type="paragraph" w:styleId="NormalWeb">
    <w:name w:val="Normal (Web)"/>
    <w:basedOn w:val="Normal"/>
    <w:uiPriority w:val="99"/>
    <w:semiHidden/>
    <w:unhideWhenUsed/>
    <w:rsid w:val="005675D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1598-024-72997-6" TargetMode="External"/><Relationship Id="rId18" Type="http://schemas.openxmlformats.org/officeDocument/2006/relationships/hyperlink" Target="https://doi.org/10.1016/j.scitotenv.2023.166139" TargetMode="External"/><Relationship Id="rId26" Type="http://schemas.openxmlformats.org/officeDocument/2006/relationships/hyperlink" Target="https://doi.org/10.56557/bn/2025/v45i22073" TargetMode="External"/><Relationship Id="rId21" Type="http://schemas.openxmlformats.org/officeDocument/2006/relationships/hyperlink" Target="https://doi.org/10.1007/s10526-023-10204-7" TargetMode="External"/><Relationship Id="rId34" Type="http://schemas.openxmlformats.org/officeDocument/2006/relationships/image" Target="media/image7.jpeg"/><Relationship Id="rId7" Type="http://schemas.openxmlformats.org/officeDocument/2006/relationships/hyperlink" Target="https://doi.org/10.56557/bn/2024/v44i22051" TargetMode="External"/><Relationship Id="rId12" Type="http://schemas.openxmlformats.org/officeDocument/2006/relationships/hyperlink" Target="https://doi.org/10.9734/ijecc/2022/v12i111408" TargetMode="External"/><Relationship Id="rId17" Type="http://schemas.openxmlformats.org/officeDocument/2006/relationships/hyperlink" Target="https://doi.org/10.1371/journal.pone.0310142" TargetMode="External"/><Relationship Id="rId25" Type="http://schemas.openxmlformats.org/officeDocument/2006/relationships/hyperlink" Target="https://doi.org/10.1007/s13593-024-00947-7" TargetMode="External"/><Relationship Id="rId33" Type="http://schemas.openxmlformats.org/officeDocument/2006/relationships/image" Target="media/image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2/ps.5807" TargetMode="External"/><Relationship Id="rId20" Type="http://schemas.openxmlformats.org/officeDocument/2006/relationships/hyperlink" Target="https://doi.org/10.3390/agriculture14020298"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hyperlink" Target="https://doi.org/10.56093/ijas.v82i5.17816" TargetMode="External"/><Relationship Id="rId11" Type="http://schemas.openxmlformats.org/officeDocument/2006/relationships/hyperlink" Target="https://doi.org/10.55446/IJE.2024.1306" TargetMode="External"/><Relationship Id="rId24" Type="http://schemas.openxmlformats.org/officeDocument/2006/relationships/hyperlink" Target="https://doi.org/10.3389/fevo.2021.748870" TargetMode="External"/><Relationship Id="rId32" Type="http://schemas.openxmlformats.org/officeDocument/2006/relationships/image" Target="media/image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agee.2023.108617" TargetMode="External"/><Relationship Id="rId23" Type="http://schemas.openxmlformats.org/officeDocument/2006/relationships/hyperlink" Target="https://doi.org/10.1017/S0021859621000654" TargetMode="External"/><Relationship Id="rId28" Type="http://schemas.openxmlformats.org/officeDocument/2006/relationships/image" Target="media/image1.png"/><Relationship Id="rId36" Type="http://schemas.openxmlformats.org/officeDocument/2006/relationships/image" Target="media/image9.jpeg"/><Relationship Id="rId10" Type="http://schemas.openxmlformats.org/officeDocument/2006/relationships/hyperlink" Target="https://doi.org/10.1890/09-2026.1" TargetMode="External"/><Relationship Id="rId19" Type="http://schemas.openxmlformats.org/officeDocument/2006/relationships/hyperlink" Target="https://doi.org/10.3390/agronomy14122841"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doi.org/10.1146/annurev.ento.45.1.175" TargetMode="External"/><Relationship Id="rId14" Type="http://schemas.openxmlformats.org/officeDocument/2006/relationships/hyperlink" Target="https://www.ijour.net/ijor.aspx?target=ijor:pmhe&amp;volume=12&amp;issue=2&amp;article=007&amp;utm_source=chatgpt.com" TargetMode="External"/><Relationship Id="rId22" Type="http://schemas.openxmlformats.org/officeDocument/2006/relationships/hyperlink" Target="https://doi.org/10.1038/s41598-020-71888-w" TargetMode="External"/><Relationship Id="rId27" Type="http://schemas.openxmlformats.org/officeDocument/2006/relationships/hyperlink" Target="https://doi.org/10.9734/ijpss/2025/v37i65502" TargetMode="External"/><Relationship Id="rId30" Type="http://schemas.openxmlformats.org/officeDocument/2006/relationships/image" Target="media/image3.jpeg"/><Relationship Id="rId35" Type="http://schemas.openxmlformats.org/officeDocument/2006/relationships/image" Target="media/image8.jpeg"/><Relationship Id="rId8" Type="http://schemas.openxmlformats.org/officeDocument/2006/relationships/hyperlink" Target="https://doi.org/10.1007/s41348-024-00885-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6055</Words>
  <Characters>34520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Revised-ms_UPJOZ_6104</dc:title>
  <dc:subject/>
  <dc:creator>python-docx</dc:creator>
  <cp:keywords/>
  <dc:description>generated by python-docx</dc:description>
  <cp:lastModifiedBy>SDI 1087</cp:lastModifiedBy>
  <cp:revision>24</cp:revision>
  <dcterms:created xsi:type="dcterms:W3CDTF">2013-12-23T23:15:00Z</dcterms:created>
  <dcterms:modified xsi:type="dcterms:W3CDTF">2026-07-06T07:09:00Z</dcterms:modified>
  <cp:category/>
</cp:coreProperties>
</file>