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9D9A4" w14:textId="01D575AE" w:rsidR="006F7636" w:rsidRPr="006F7636" w:rsidRDefault="006F7636" w:rsidP="006F7636">
      <w:pPr>
        <w:rPr>
          <w:b/>
          <w:sz w:val="40"/>
          <w:u w:val="single"/>
        </w:rPr>
      </w:pPr>
      <w:r w:rsidRPr="006F7636">
        <w:rPr>
          <w:b/>
          <w:sz w:val="40"/>
          <w:u w:val="single"/>
        </w:rPr>
        <w:t>Original Research Article</w:t>
      </w:r>
    </w:p>
    <w:p w14:paraId="45467233" w14:textId="77777777" w:rsidR="006F7636" w:rsidRDefault="006F7636" w:rsidP="00112D6D">
      <w:pPr>
        <w:jc w:val="right"/>
        <w:rPr>
          <w:b/>
          <w:sz w:val="40"/>
        </w:rPr>
      </w:pPr>
    </w:p>
    <w:p w14:paraId="5CA10310" w14:textId="765F68DA" w:rsidR="0062046C" w:rsidRPr="00112D6D" w:rsidRDefault="00CD63E1" w:rsidP="00112D6D">
      <w:pPr>
        <w:jc w:val="right"/>
        <w:rPr>
          <w:sz w:val="32"/>
        </w:rPr>
      </w:pPr>
      <w:r w:rsidRPr="00112D6D">
        <w:rPr>
          <w:b/>
          <w:sz w:val="40"/>
        </w:rPr>
        <w:t xml:space="preserve">Comparative Study on Seasonal Management Practices of </w:t>
      </w:r>
      <w:proofErr w:type="spellStart"/>
      <w:r w:rsidRPr="00112D6D">
        <w:rPr>
          <w:b/>
          <w:sz w:val="40"/>
        </w:rPr>
        <w:t>Kadaknath</w:t>
      </w:r>
      <w:proofErr w:type="spellEnd"/>
      <w:r w:rsidRPr="00112D6D">
        <w:rPr>
          <w:b/>
          <w:sz w:val="40"/>
        </w:rPr>
        <w:t>, Rhode Island Red and Indigenous Chickens under Backyard Poultry Farming in Eastern and North Eastern Plains of Uttar Pradesh</w:t>
      </w:r>
    </w:p>
    <w:p w14:paraId="705E8D3A" w14:textId="5F86E1BB" w:rsidR="006F7636" w:rsidRDefault="006F7636" w:rsidP="006F7636">
      <w:pPr>
        <w:spacing w:after="0"/>
        <w:jc w:val="right"/>
        <w:rPr>
          <w:b/>
          <w:sz w:val="28"/>
        </w:rPr>
      </w:pPr>
    </w:p>
    <w:p w14:paraId="22BD2ABB" w14:textId="77777777" w:rsidR="00205CF4" w:rsidRDefault="00205CF4">
      <w:pPr>
        <w:rPr>
          <w:b/>
        </w:rPr>
      </w:pPr>
    </w:p>
    <w:p w14:paraId="4E1D0DFE" w14:textId="77777777" w:rsidR="0062046C" w:rsidRDefault="00CD63E1">
      <w:r>
        <w:rPr>
          <w:b/>
        </w:rPr>
        <w:t>Abstract</w:t>
      </w:r>
    </w:p>
    <w:p w14:paraId="4BAE9CBE" w14:textId="77777777" w:rsidR="000E4DF4" w:rsidRDefault="00CD63E1">
      <w:pPr>
        <w:jc w:val="both"/>
      </w:pPr>
      <w:r>
        <w:t xml:space="preserve">The present study was conducted to compare the seasonal management practices followed for </w:t>
      </w:r>
      <w:proofErr w:type="spellStart"/>
      <w:r>
        <w:t>Kadaknath</w:t>
      </w:r>
      <w:proofErr w:type="spellEnd"/>
      <w:r>
        <w:t>, Rhode Island Red (RIR), and indigenous chickens under backyard poultry farming in the Eastern Plain</w:t>
      </w:r>
      <w:r w:rsidR="00163EBD">
        <w:t xml:space="preserve"> (EP)</w:t>
      </w:r>
      <w:r>
        <w:t xml:space="preserve"> and North Eastern Plain</w:t>
      </w:r>
      <w:r w:rsidR="00163EBD">
        <w:t xml:space="preserve"> (NEP)</w:t>
      </w:r>
      <w:r>
        <w:t xml:space="preserve"> zones of Uttar Pradesh. A total of 240 backyard poultry farmers, with 120 respondents from each zone, were sele</w:t>
      </w:r>
      <w:r w:rsidR="00163EBD">
        <w:t xml:space="preserve">cted for the study. </w:t>
      </w:r>
      <w:r>
        <w:t>Data were collected through personal interview, direct field observation, and a pre-tested interview schedule. The study covered housing, feeding and watering, breeding, health care, and marketing practices during summer, winter, and rainy seasons. The results showed that semi-intensive rearing with free-range access was the most common system in both zones throughout the year. Kaccha poultry houses were mainly used, while floor type and litter material changed according to season. Scavenging supplemented with home-grown feed or kitchen waste was the main feeding practice, and tap water was the major source of drinking water. Natural breeding and broody-hen incubation were followed by almost all respondents, while home hatching and Krishi Vigyan Kendra supply were the main sources of chicks. Health care practices were mostly traditional, as self-treatment of sick birds, non-vaccination, poor deworming, and open disposal of dead birds were common. Marketing was also local and informal, with most respondents selling birds at their own doorstep, mainly as surplus stock. The study showed that backyard poultry farming in both zones was traditional and low-input in nature. The findings suggest that scientific seasonal management, veterinary support, and farmer training are needed to improve backyard poultry production in the study area.</w:t>
      </w:r>
    </w:p>
    <w:p w14:paraId="04C00C34" w14:textId="77777777" w:rsidR="0062046C" w:rsidRPr="000E4DF4" w:rsidRDefault="00CD63E1" w:rsidP="000E4DF4">
      <w:pPr>
        <w:rPr>
          <w:i/>
        </w:rPr>
      </w:pPr>
      <w:r w:rsidRPr="000E4DF4">
        <w:rPr>
          <w:b/>
          <w:i/>
        </w:rPr>
        <w:t>Keywords</w:t>
      </w:r>
      <w:r w:rsidR="000E4DF4">
        <w:rPr>
          <w:i/>
        </w:rPr>
        <w:t xml:space="preserve">: </w:t>
      </w:r>
      <w:r w:rsidRPr="000E4DF4">
        <w:rPr>
          <w:i/>
        </w:rPr>
        <w:t xml:space="preserve">Backyard poultry, </w:t>
      </w:r>
      <w:proofErr w:type="spellStart"/>
      <w:r w:rsidRPr="000E4DF4">
        <w:rPr>
          <w:i/>
        </w:rPr>
        <w:t>Kadaknath</w:t>
      </w:r>
      <w:proofErr w:type="spellEnd"/>
      <w:r w:rsidRPr="000E4DF4">
        <w:rPr>
          <w:i/>
        </w:rPr>
        <w:t>, Rhode Island Red, indigenous chicken, seasonal management, Uttar Pradesh</w:t>
      </w:r>
    </w:p>
    <w:p w14:paraId="56A0DEF0" w14:textId="77777777" w:rsidR="0062046C" w:rsidRDefault="00CD63E1">
      <w:r>
        <w:rPr>
          <w:b/>
        </w:rPr>
        <w:t>1. Introduction</w:t>
      </w:r>
    </w:p>
    <w:p w14:paraId="749571EE" w14:textId="77777777" w:rsidR="0062046C" w:rsidRDefault="00CD63E1">
      <w:pPr>
        <w:jc w:val="both"/>
      </w:pPr>
      <w:r>
        <w:t>Backyard poultry farming is an important part of the rural livelihood system. It provides eggs, meat, additional income, and nutritional security to farm families. It also supports women and landless households because the birds can be maintained with lo</w:t>
      </w:r>
      <w:r w:rsidR="00205CF4">
        <w:t>w investment using family persons</w:t>
      </w:r>
      <w:r>
        <w:t xml:space="preserve">, local feed resources, and simple housing. In many villages of Uttar Pradesh, farmers rear indigenous chickens along with improved birds such as </w:t>
      </w:r>
      <w:proofErr w:type="spellStart"/>
      <w:r>
        <w:t>Kadaknath</w:t>
      </w:r>
      <w:proofErr w:type="spellEnd"/>
      <w:r>
        <w:t xml:space="preserve"> and Rhode Island Red (RIR).</w:t>
      </w:r>
      <w:r w:rsidR="00A508F1">
        <w:t xml:space="preserve"> </w:t>
      </w:r>
      <w:r>
        <w:t xml:space="preserve">Season has a strong effect on backyard poultry production. Changes in temperature, humidity, rainfall, feed availability, disease occurrence, and predator </w:t>
      </w:r>
      <w:r>
        <w:lastRenderedPageBreak/>
        <w:t>pressure influence housing, feeding, watering, breeding, health care, and marketing practices. Because most backyard poultry farmers follow traditional management, seasonal stress can strongly affect bird survival and productivity.</w:t>
      </w:r>
      <w:r w:rsidR="00A508F1">
        <w:t xml:space="preserve"> </w:t>
      </w:r>
      <w:r>
        <w:t xml:space="preserve">Earlier studies have shown that backyard poultry farming is usually low-input and based on locally available resources. Halim (1988) reported wide variation in poultry housing under rural conditions. Mandal et al. (2006) and </w:t>
      </w:r>
      <w:proofErr w:type="spellStart"/>
      <w:r>
        <w:t>Khandait</w:t>
      </w:r>
      <w:proofErr w:type="spellEnd"/>
      <w:r>
        <w:t xml:space="preserve"> (2008) observed that backyard poultry farmers mainly depended on scavenging with little supplementation. Deka and Thakur (2013) and Rahman (2017) found that natural brooding and home hatching were common practices in village poultry systems. Choudhary et al. (2018), Varadharajan and Gnanasekar (2019), and </w:t>
      </w:r>
      <w:proofErr w:type="spellStart"/>
      <w:r>
        <w:t>Samantaray</w:t>
      </w:r>
      <w:proofErr w:type="spellEnd"/>
      <w:r>
        <w:t xml:space="preserve"> et al. (2020) also reported low adoption of scientific health care measures in backyard poultry farming.</w:t>
      </w:r>
      <w:r w:rsidR="00844040">
        <w:t xml:space="preserve"> </w:t>
      </w:r>
      <w:r>
        <w:t xml:space="preserve">Although a number of studies are available on backyard poultry management, information on the season-wise comparative management practices of </w:t>
      </w:r>
      <w:proofErr w:type="spellStart"/>
      <w:r>
        <w:t>Kadaknath</w:t>
      </w:r>
      <w:proofErr w:type="spellEnd"/>
      <w:r>
        <w:t>, RIR, and indigenous chickens in the Eastern Plain and North Eastern Plain zones of Uttar Pradesh is limited. Therefore, the present study was undertaken to compare the seasonal management practices adopted for these birds under backyard poultry farming conditions in the selected zones of Uttar Pradesh.</w:t>
      </w:r>
    </w:p>
    <w:p w14:paraId="2440A203" w14:textId="77777777" w:rsidR="0062046C" w:rsidRDefault="00CD63E1">
      <w:r>
        <w:rPr>
          <w:b/>
        </w:rPr>
        <w:t>2. Materials and Methods</w:t>
      </w:r>
    </w:p>
    <w:p w14:paraId="5E940BF4" w14:textId="77777777" w:rsidR="0062046C" w:rsidRDefault="00CD63E1">
      <w:r>
        <w:rPr>
          <w:b/>
        </w:rPr>
        <w:t>2.1 Study area</w:t>
      </w:r>
    </w:p>
    <w:p w14:paraId="709B78B0" w14:textId="77777777" w:rsidR="0062046C" w:rsidRDefault="00CD63E1">
      <w:pPr>
        <w:jc w:val="both"/>
      </w:pPr>
      <w:r>
        <w:t xml:space="preserve">The study was carried out </w:t>
      </w:r>
      <w:r w:rsidR="00205CF4">
        <w:t>for the period of one year (</w:t>
      </w:r>
      <w:r>
        <w:t>2025–2026</w:t>
      </w:r>
      <w:r w:rsidR="00205CF4">
        <w:t>)</w:t>
      </w:r>
      <w:r>
        <w:t xml:space="preserve"> in the Eastern Plain and North Eastern Plain zones of Uttar Pradesh. From the Eastern Plain zone, Ayodhya and </w:t>
      </w:r>
      <w:proofErr w:type="spellStart"/>
      <w:r>
        <w:t>Barabanki</w:t>
      </w:r>
      <w:proofErr w:type="spellEnd"/>
      <w:r>
        <w:t xml:space="preserve"> districts were selected. From the North Eastern Plain zone, </w:t>
      </w:r>
      <w:proofErr w:type="spellStart"/>
      <w:r>
        <w:t>Bahraich</w:t>
      </w:r>
      <w:proofErr w:type="spellEnd"/>
      <w:r>
        <w:t xml:space="preserve"> and Balrampur districts were selected. These districts were selected purposively because backyard poultry farming was common there and improved birds had been distributed through Krishi Vigyan Kendras</w:t>
      </w:r>
      <w:r w:rsidR="001F505C">
        <w:t xml:space="preserve"> (KVKs)</w:t>
      </w:r>
      <w:r>
        <w:t xml:space="preserve"> under the administrative control of Acharya Narendra Deva University of Agriculture and Technology, Ayodhya.</w:t>
      </w:r>
    </w:p>
    <w:p w14:paraId="1771EB1B" w14:textId="77777777" w:rsidR="0062046C" w:rsidRDefault="00CD63E1">
      <w:r>
        <w:rPr>
          <w:b/>
        </w:rPr>
        <w:t>2.2 Selection of respondents</w:t>
      </w:r>
    </w:p>
    <w:p w14:paraId="08552555" w14:textId="77777777" w:rsidR="0062046C" w:rsidRDefault="00CD63E1">
      <w:pPr>
        <w:jc w:val="both"/>
      </w:pPr>
      <w:r>
        <w:t xml:space="preserve">A total of 240 backyard poultry farmers were selected for the study. Out of these, 120 respondents belonged to the Eastern Plain and 120 respondents belonged to the North Eastern Plain. The respondents were selected from villages where </w:t>
      </w:r>
      <w:proofErr w:type="spellStart"/>
      <w:r>
        <w:t>Kadaknath</w:t>
      </w:r>
      <w:proofErr w:type="spellEnd"/>
      <w:r>
        <w:t xml:space="preserve"> and RIR chicks had been distributed and where backyard poultry rearing was regularly practiced.</w:t>
      </w:r>
    </w:p>
    <w:p w14:paraId="4585DC09" w14:textId="77777777" w:rsidR="0062046C" w:rsidRDefault="00CD63E1">
      <w:r>
        <w:rPr>
          <w:b/>
        </w:rPr>
        <w:t>2.3 Collection of data</w:t>
      </w:r>
    </w:p>
    <w:p w14:paraId="3B571AEA" w14:textId="77777777" w:rsidR="0062046C" w:rsidRDefault="00CD63E1">
      <w:pPr>
        <w:jc w:val="both"/>
      </w:pPr>
      <w:r>
        <w:t>The data were collected through personal interview, field observation, and a pre-tested interview schedule. Information was recorded on the seasonal management practices followed during summer, winter, and rainy seasons.</w:t>
      </w:r>
    </w:p>
    <w:p w14:paraId="17B04E17" w14:textId="77777777" w:rsidR="0062046C" w:rsidRDefault="00CD63E1">
      <w:r>
        <w:rPr>
          <w:b/>
        </w:rPr>
        <w:t>2.4 Parameters studied</w:t>
      </w:r>
    </w:p>
    <w:p w14:paraId="61B07BFB" w14:textId="77777777" w:rsidR="0062046C" w:rsidRDefault="00CD63E1">
      <w:pPr>
        <w:jc w:val="both"/>
      </w:pPr>
      <w:r>
        <w:t>The study covered the following major groups of management practices:</w:t>
      </w:r>
    </w:p>
    <w:p w14:paraId="4A912BCB" w14:textId="77777777" w:rsidR="0062046C" w:rsidRDefault="00CD63E1">
      <w:r>
        <w:rPr>
          <w:b/>
        </w:rPr>
        <w:t>2.4.1 Housing management practices</w:t>
      </w:r>
    </w:p>
    <w:p w14:paraId="3E49DBE5" w14:textId="77777777" w:rsidR="0062046C" w:rsidRDefault="00CD63E1">
      <w:pPr>
        <w:jc w:val="both"/>
      </w:pPr>
      <w:r>
        <w:t>Type of rearing, type of poultry house, type of floor, litter material, litter changing, cleaning and disinfection of utensils, whitewashing, fumigation, ventilation management, electricity supply, provision of free-range area, laying boxes, and brooding arrangements.</w:t>
      </w:r>
    </w:p>
    <w:p w14:paraId="3285AF2B" w14:textId="77777777" w:rsidR="0062046C" w:rsidRDefault="00CD63E1">
      <w:r>
        <w:rPr>
          <w:b/>
        </w:rPr>
        <w:t>2.4.2 Feeding and watering practices</w:t>
      </w:r>
    </w:p>
    <w:p w14:paraId="4D9DC954" w14:textId="77777777" w:rsidR="0062046C" w:rsidRDefault="00CD63E1">
      <w:pPr>
        <w:jc w:val="both"/>
      </w:pPr>
      <w:r>
        <w:lastRenderedPageBreak/>
        <w:t>Type of feeding material offered, feeding frequency, supplementation, source of drinking water, watering frequency, type of drinker, feeding method, type of feeder, feed storage for moisture protection, grit feeding, scavenging time, and provision of warm water.</w:t>
      </w:r>
    </w:p>
    <w:p w14:paraId="39418B02" w14:textId="77777777" w:rsidR="0062046C" w:rsidRDefault="00CD63E1">
      <w:r>
        <w:rPr>
          <w:b/>
        </w:rPr>
        <w:t>2.4.3 Breeding management practices</w:t>
      </w:r>
    </w:p>
    <w:p w14:paraId="227EB05B" w14:textId="77777777" w:rsidR="0062046C" w:rsidRDefault="00CD63E1">
      <w:pPr>
        <w:jc w:val="both"/>
      </w:pPr>
      <w:r>
        <w:t xml:space="preserve">Type of breed reared, criteria for selection of eggs for hatching, brooding method, source of chicks or fertile eggs, breeding method, maintenance of </w:t>
      </w:r>
      <w:proofErr w:type="spellStart"/>
      <w:r>
        <w:t>male:female</w:t>
      </w:r>
      <w:proofErr w:type="spellEnd"/>
      <w:r>
        <w:t xml:space="preserve"> ratio, source of breeding male, criteria for selection of broody hen, hatchability performance, and number of eggs kept under broody hen.</w:t>
      </w:r>
    </w:p>
    <w:p w14:paraId="71406AB9" w14:textId="77777777" w:rsidR="0062046C" w:rsidRDefault="00CD63E1">
      <w:r>
        <w:rPr>
          <w:b/>
        </w:rPr>
        <w:t>2.4.4 Health care management practices</w:t>
      </w:r>
    </w:p>
    <w:p w14:paraId="4F4B28FA" w14:textId="77777777" w:rsidR="0062046C" w:rsidRDefault="00CD63E1">
      <w:pPr>
        <w:jc w:val="both"/>
      </w:pPr>
      <w:r>
        <w:t>Treatment of sick birds, vaccination, deworming, disposal of dead birds, use of disinfectants, washing of watering troughs, major cause of mortality, disease incidence, and use of antibiotics, growth promoters, and nutraceuticals.</w:t>
      </w:r>
    </w:p>
    <w:p w14:paraId="116FDCB5" w14:textId="77777777" w:rsidR="0062046C" w:rsidRDefault="00CD63E1">
      <w:r>
        <w:rPr>
          <w:b/>
        </w:rPr>
        <w:t>2.4.5 Marketing practices</w:t>
      </w:r>
    </w:p>
    <w:p w14:paraId="0B72D616" w14:textId="77777777" w:rsidR="0062046C" w:rsidRDefault="00CD63E1">
      <w:pPr>
        <w:jc w:val="both"/>
      </w:pPr>
      <w:r>
        <w:t>Place of sale of birds, time or reason for selling birds, record keeping, and average age at sale of adult birds.</w:t>
      </w:r>
    </w:p>
    <w:p w14:paraId="4F8BC4A9" w14:textId="77777777" w:rsidR="0062046C" w:rsidRDefault="00CD63E1">
      <w:r>
        <w:rPr>
          <w:b/>
        </w:rPr>
        <w:t>2.5 Statistical analysis</w:t>
      </w:r>
    </w:p>
    <w:p w14:paraId="400469DA" w14:textId="77777777" w:rsidR="00587EB1" w:rsidRDefault="000E1A64">
      <w:pPr>
        <w:jc w:val="both"/>
      </w:pPr>
      <w:r>
        <w:rPr>
          <w:noProof/>
        </w:rPr>
        <w:drawing>
          <wp:anchor distT="0" distB="0" distL="114300" distR="114300" simplePos="0" relativeHeight="251659264" behindDoc="0" locked="0" layoutInCell="1" allowOverlap="1" wp14:anchorId="50037D11" wp14:editId="30E1D5C2">
            <wp:simplePos x="0" y="0"/>
            <wp:positionH relativeFrom="margin">
              <wp:posOffset>3324225</wp:posOffset>
            </wp:positionH>
            <wp:positionV relativeFrom="margin">
              <wp:posOffset>5931535</wp:posOffset>
            </wp:positionV>
            <wp:extent cx="2750820" cy="1665605"/>
            <wp:effectExtent l="19050" t="0" r="0" b="0"/>
            <wp:wrapSquare wrapText="bothSides"/>
            <wp:docPr id="2" name="Picture 1" descr="farmer with kadknath bird and e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 with kadknath bird and egg.jpeg"/>
                    <pic:cNvPicPr/>
                  </pic:nvPicPr>
                  <pic:blipFill>
                    <a:blip r:embed="rId8"/>
                    <a:stretch>
                      <a:fillRect/>
                    </a:stretch>
                  </pic:blipFill>
                  <pic:spPr>
                    <a:xfrm>
                      <a:off x="0" y="0"/>
                      <a:ext cx="2750820" cy="1665605"/>
                    </a:xfrm>
                    <a:prstGeom prst="rect">
                      <a:avLst/>
                    </a:prstGeom>
                  </pic:spPr>
                </pic:pic>
              </a:graphicData>
            </a:graphic>
          </wp:anchor>
        </w:drawing>
      </w:r>
      <w:r w:rsidR="00CD63E1">
        <w:t>The collected data were compiled and analyzed using</w:t>
      </w:r>
      <w:r w:rsidR="001F505C">
        <w:t xml:space="preserve"> simple statistical tool</w:t>
      </w:r>
      <w:r w:rsidR="0060329F">
        <w:t xml:space="preserve"> like</w:t>
      </w:r>
      <w:r w:rsidR="00CD63E1">
        <w:t xml:space="preserve"> frequency, percentage, mean, and standard error wherever required. The results were interpreted comparatively between the Eastern Plain and North Eastern Plain zones.</w:t>
      </w:r>
    </w:p>
    <w:p w14:paraId="045D9D9A" w14:textId="77777777" w:rsidR="00587EB1" w:rsidRPr="000E1A64" w:rsidRDefault="000E1A64" w:rsidP="000E1A64">
      <w:pPr>
        <w:spacing w:before="100" w:beforeAutospacing="1" w:after="100" w:afterAutospacing="1" w:line="240" w:lineRule="auto"/>
        <w:rPr>
          <w:rFonts w:cs="Times New Roman"/>
          <w:b/>
          <w:sz w:val="24"/>
          <w:szCs w:val="24"/>
        </w:rPr>
      </w:pPr>
      <w:r>
        <w:rPr>
          <w:rFonts w:cs="Times New Roman"/>
          <w:b/>
          <w:noProof/>
          <w:sz w:val="24"/>
          <w:szCs w:val="24"/>
        </w:rPr>
        <w:drawing>
          <wp:anchor distT="0" distB="0" distL="114300" distR="114300" simplePos="0" relativeHeight="251658240" behindDoc="0" locked="0" layoutInCell="1" allowOverlap="1" wp14:anchorId="62D2527C" wp14:editId="39B3452D">
            <wp:simplePos x="0" y="0"/>
            <wp:positionH relativeFrom="margin">
              <wp:align>left</wp:align>
            </wp:positionH>
            <wp:positionV relativeFrom="margin">
              <wp:posOffset>5986145</wp:posOffset>
            </wp:positionV>
            <wp:extent cx="2977515" cy="1692275"/>
            <wp:effectExtent l="19050" t="0" r="0" b="0"/>
            <wp:wrapSquare wrapText="bothSides"/>
            <wp:docPr id="1" name="Picture 0" descr="kadaknath rir and 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knath rir and indigenous birds.jpeg"/>
                    <pic:cNvPicPr/>
                  </pic:nvPicPr>
                  <pic:blipFill>
                    <a:blip r:embed="rId9"/>
                    <a:stretch>
                      <a:fillRect/>
                    </a:stretch>
                  </pic:blipFill>
                  <pic:spPr>
                    <a:xfrm>
                      <a:off x="0" y="0"/>
                      <a:ext cx="2977515" cy="1692275"/>
                    </a:xfrm>
                    <a:prstGeom prst="rect">
                      <a:avLst/>
                    </a:prstGeom>
                  </pic:spPr>
                </pic:pic>
              </a:graphicData>
            </a:graphic>
          </wp:anchor>
        </w:drawing>
      </w:r>
      <w:r>
        <w:rPr>
          <w:rFonts w:cs="Times New Roman"/>
          <w:b/>
          <w:sz w:val="24"/>
          <w:szCs w:val="24"/>
        </w:rPr>
        <w:t xml:space="preserve">  </w:t>
      </w:r>
    </w:p>
    <w:p w14:paraId="1673C26A" w14:textId="77777777" w:rsidR="00587EB1" w:rsidRPr="00B445B1" w:rsidRDefault="000E1A64" w:rsidP="000E1A64">
      <w:pPr>
        <w:rPr>
          <w:b/>
        </w:rPr>
      </w:pPr>
      <w:r w:rsidRPr="00B445B1">
        <w:rPr>
          <w:b/>
        </w:rPr>
        <w:t xml:space="preserve">Fig.1. </w:t>
      </w:r>
      <w:proofErr w:type="spellStart"/>
      <w:r w:rsidRPr="00B445B1">
        <w:rPr>
          <w:b/>
        </w:rPr>
        <w:t>Kadaknath</w:t>
      </w:r>
      <w:proofErr w:type="spellEnd"/>
      <w:r w:rsidRPr="00B445B1">
        <w:rPr>
          <w:b/>
        </w:rPr>
        <w:t xml:space="preserve">, RIR and Indigenous Birds   </w:t>
      </w:r>
      <w:r w:rsidR="00B445B1">
        <w:rPr>
          <w:b/>
        </w:rPr>
        <w:t xml:space="preserve">                </w:t>
      </w:r>
      <w:r w:rsidRPr="00B445B1">
        <w:rPr>
          <w:b/>
        </w:rPr>
        <w:t xml:space="preserve">  </w:t>
      </w:r>
      <w:proofErr w:type="gramStart"/>
      <w:r w:rsidRPr="00B445B1">
        <w:rPr>
          <w:b/>
        </w:rPr>
        <w:t>Fig .</w:t>
      </w:r>
      <w:proofErr w:type="gramEnd"/>
      <w:r w:rsidRPr="00B445B1">
        <w:rPr>
          <w:b/>
        </w:rPr>
        <w:t xml:space="preserve"> 2. Farmer with </w:t>
      </w:r>
      <w:proofErr w:type="spellStart"/>
      <w:r w:rsidRPr="00B445B1">
        <w:rPr>
          <w:b/>
        </w:rPr>
        <w:t>Kadaknath</w:t>
      </w:r>
      <w:proofErr w:type="spellEnd"/>
      <w:r w:rsidRPr="00B445B1">
        <w:rPr>
          <w:b/>
        </w:rPr>
        <w:t xml:space="preserve"> bird and egg  </w:t>
      </w:r>
    </w:p>
    <w:p w14:paraId="71F60916" w14:textId="77777777" w:rsidR="00587EB1" w:rsidRDefault="00B445B1">
      <w:pPr>
        <w:jc w:val="both"/>
      </w:pPr>
      <w:r>
        <w:rPr>
          <w:noProof/>
        </w:rPr>
        <w:lastRenderedPageBreak/>
        <w:drawing>
          <wp:anchor distT="0" distB="0" distL="114300" distR="114300" simplePos="0" relativeHeight="251661312" behindDoc="0" locked="0" layoutInCell="1" allowOverlap="1" wp14:anchorId="2D7198EE" wp14:editId="7A04A42B">
            <wp:simplePos x="0" y="0"/>
            <wp:positionH relativeFrom="margin">
              <wp:align>right</wp:align>
            </wp:positionH>
            <wp:positionV relativeFrom="margin">
              <wp:align>top</wp:align>
            </wp:positionV>
            <wp:extent cx="2878455" cy="1901190"/>
            <wp:effectExtent l="19050" t="0" r="0" b="0"/>
            <wp:wrapSquare wrapText="bothSides"/>
            <wp:docPr id="4" name="Picture 3" descr="Birds with old 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with old man.jpeg"/>
                    <pic:cNvPicPr/>
                  </pic:nvPicPr>
                  <pic:blipFill>
                    <a:blip r:embed="rId10"/>
                    <a:stretch>
                      <a:fillRect/>
                    </a:stretch>
                  </pic:blipFill>
                  <pic:spPr>
                    <a:xfrm>
                      <a:off x="0" y="0"/>
                      <a:ext cx="2878455" cy="1901190"/>
                    </a:xfrm>
                    <a:prstGeom prst="rect">
                      <a:avLst/>
                    </a:prstGeom>
                  </pic:spPr>
                </pic:pic>
              </a:graphicData>
            </a:graphic>
          </wp:anchor>
        </w:drawing>
      </w:r>
      <w:r>
        <w:rPr>
          <w:noProof/>
        </w:rPr>
        <w:drawing>
          <wp:anchor distT="0" distB="0" distL="114300" distR="114300" simplePos="0" relativeHeight="251660288" behindDoc="0" locked="0" layoutInCell="1" allowOverlap="1" wp14:anchorId="1F1B114A" wp14:editId="6C730D89">
            <wp:simplePos x="0" y="0"/>
            <wp:positionH relativeFrom="margin">
              <wp:align>left</wp:align>
            </wp:positionH>
            <wp:positionV relativeFrom="margin">
              <wp:align>top</wp:align>
            </wp:positionV>
            <wp:extent cx="2977515" cy="1945005"/>
            <wp:effectExtent l="19050" t="0" r="0" b="0"/>
            <wp:wrapSquare wrapText="bothSides"/>
            <wp:docPr id="3" name="Picture 2" descr="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 birds.jpeg"/>
                    <pic:cNvPicPr/>
                  </pic:nvPicPr>
                  <pic:blipFill>
                    <a:blip r:embed="rId11"/>
                    <a:stretch>
                      <a:fillRect/>
                    </a:stretch>
                  </pic:blipFill>
                  <pic:spPr>
                    <a:xfrm>
                      <a:off x="0" y="0"/>
                      <a:ext cx="2977515" cy="1945005"/>
                    </a:xfrm>
                    <a:prstGeom prst="rect">
                      <a:avLst/>
                    </a:prstGeom>
                  </pic:spPr>
                </pic:pic>
              </a:graphicData>
            </a:graphic>
          </wp:anchor>
        </w:drawing>
      </w:r>
    </w:p>
    <w:p w14:paraId="06C7941F" w14:textId="77777777" w:rsidR="00361BFF" w:rsidRPr="00371489" w:rsidRDefault="00D45A57">
      <w:pPr>
        <w:jc w:val="both"/>
        <w:rPr>
          <w:b/>
        </w:rPr>
      </w:pPr>
      <w:r>
        <w:rPr>
          <w:b/>
          <w:noProof/>
        </w:rPr>
        <w:drawing>
          <wp:anchor distT="0" distB="0" distL="114300" distR="114300" simplePos="0" relativeHeight="251663360" behindDoc="0" locked="0" layoutInCell="1" allowOverlap="1" wp14:anchorId="14DB2FD1" wp14:editId="37C61FE5">
            <wp:simplePos x="0" y="0"/>
            <wp:positionH relativeFrom="margin">
              <wp:posOffset>3326130</wp:posOffset>
            </wp:positionH>
            <wp:positionV relativeFrom="margin">
              <wp:posOffset>2815590</wp:posOffset>
            </wp:positionV>
            <wp:extent cx="2755265" cy="1844040"/>
            <wp:effectExtent l="19050" t="0" r="6985" b="0"/>
            <wp:wrapSquare wrapText="bothSides"/>
            <wp:docPr id="8" name="Picture 7" descr="Hous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3.jpeg"/>
                    <pic:cNvPicPr/>
                  </pic:nvPicPr>
                  <pic:blipFill>
                    <a:blip r:embed="rId12"/>
                    <a:stretch>
                      <a:fillRect/>
                    </a:stretch>
                  </pic:blipFill>
                  <pic:spPr>
                    <a:xfrm>
                      <a:off x="0" y="0"/>
                      <a:ext cx="2755265" cy="1844040"/>
                    </a:xfrm>
                    <a:prstGeom prst="rect">
                      <a:avLst/>
                    </a:prstGeom>
                  </pic:spPr>
                </pic:pic>
              </a:graphicData>
            </a:graphic>
          </wp:anchor>
        </w:drawing>
      </w:r>
      <w:r w:rsidR="00371489" w:rsidRPr="00371489">
        <w:rPr>
          <w:b/>
        </w:rPr>
        <w:t xml:space="preserve">Fig.3. Birds scavenging in free range condition </w:t>
      </w:r>
      <w:r w:rsidR="00371489">
        <w:rPr>
          <w:b/>
        </w:rPr>
        <w:t xml:space="preserve">                 Fig. 4. Birds consuming home grown feed </w:t>
      </w:r>
    </w:p>
    <w:p w14:paraId="318A17F1" w14:textId="77777777" w:rsidR="00587EB1" w:rsidRDefault="00A96338">
      <w:pPr>
        <w:jc w:val="both"/>
      </w:pPr>
      <w:r>
        <w:rPr>
          <w:noProof/>
        </w:rPr>
        <w:drawing>
          <wp:anchor distT="0" distB="0" distL="114300" distR="114300" simplePos="0" relativeHeight="251662336" behindDoc="0" locked="0" layoutInCell="1" allowOverlap="1" wp14:anchorId="46C26C28" wp14:editId="2BBC1DD0">
            <wp:simplePos x="0" y="0"/>
            <wp:positionH relativeFrom="margin">
              <wp:align>left</wp:align>
            </wp:positionH>
            <wp:positionV relativeFrom="margin">
              <wp:posOffset>2807970</wp:posOffset>
            </wp:positionV>
            <wp:extent cx="2922905" cy="1846580"/>
            <wp:effectExtent l="19050" t="0" r="0" b="0"/>
            <wp:wrapSquare wrapText="bothSides"/>
            <wp:docPr id="5" name="Picture 4" descr="hous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2.jpeg"/>
                    <pic:cNvPicPr/>
                  </pic:nvPicPr>
                  <pic:blipFill>
                    <a:blip r:embed="rId13"/>
                    <a:stretch>
                      <a:fillRect/>
                    </a:stretch>
                  </pic:blipFill>
                  <pic:spPr>
                    <a:xfrm>
                      <a:off x="0" y="0"/>
                      <a:ext cx="2922905" cy="1846580"/>
                    </a:xfrm>
                    <a:prstGeom prst="rect">
                      <a:avLst/>
                    </a:prstGeom>
                  </pic:spPr>
                </pic:pic>
              </a:graphicData>
            </a:graphic>
          </wp:anchor>
        </w:drawing>
      </w:r>
    </w:p>
    <w:p w14:paraId="19C5589D" w14:textId="77777777" w:rsidR="00587EB1" w:rsidRDefault="00EA6A81">
      <w:pPr>
        <w:jc w:val="both"/>
        <w:rPr>
          <w:b/>
        </w:rPr>
      </w:pPr>
      <w:r w:rsidRPr="00EA6A81">
        <w:rPr>
          <w:b/>
        </w:rPr>
        <w:t>Fig. 5.</w:t>
      </w:r>
      <w:r>
        <w:rPr>
          <w:b/>
        </w:rPr>
        <w:t xml:space="preserve"> Kaccha type of housing system                                  Fig. 6. Temporary shelters in rainy season </w:t>
      </w:r>
      <w:r w:rsidRPr="00EA6A81">
        <w:rPr>
          <w:b/>
        </w:rPr>
        <w:t xml:space="preserve"> </w:t>
      </w:r>
    </w:p>
    <w:p w14:paraId="42E52D44" w14:textId="77777777" w:rsidR="00D06950" w:rsidRPr="00D06950" w:rsidRDefault="00D06950">
      <w:pPr>
        <w:jc w:val="both"/>
        <w:rPr>
          <w:b/>
        </w:rPr>
      </w:pPr>
    </w:p>
    <w:p w14:paraId="6D066650" w14:textId="77777777" w:rsidR="0062046C" w:rsidRDefault="00CD63E1">
      <w:r>
        <w:rPr>
          <w:b/>
        </w:rPr>
        <w:t>3. Results and Discussion</w:t>
      </w:r>
    </w:p>
    <w:p w14:paraId="298FF862" w14:textId="77777777" w:rsidR="0062046C" w:rsidRDefault="00CD63E1">
      <w:r>
        <w:rPr>
          <w:b/>
        </w:rPr>
        <w:t>3.1 Housing management practices</w:t>
      </w:r>
    </w:p>
    <w:p w14:paraId="1338A20B" w14:textId="77777777" w:rsidR="0062046C" w:rsidRDefault="00CD63E1">
      <w:pPr>
        <w:jc w:val="both"/>
      </w:pPr>
      <w:r>
        <w:t>The study showed that semi-intensive rearing</w:t>
      </w:r>
      <w:r w:rsidR="007B34DD">
        <w:t xml:space="preserve"> </w:t>
      </w:r>
      <w:r>
        <w:t>with free-range access was the most common system in both zones in all seasons. None of the respondents practiced intensive rearing. This indicates that backyard poultry farming in the study area was mainly scavenging-based, with some shelter at night.</w:t>
      </w:r>
      <w:r w:rsidR="00687E75">
        <w:t xml:space="preserve"> </w:t>
      </w:r>
      <w:r>
        <w:t>Most respondents in both regions used kaccha poultry houses throughout the year, and this practice was more common in the North Eastern Plain than in the Eastern Plain. A clear seasonal change was observed in the type of floor and litter used. During summer, many farmers used kaccha floors without bedding. In winter and rainy season, the use of bedding increased. Rice husk was more common in winter, while wheat straw was more common in the rainy season. Among the routine housing practices, cleaning and disinfection of utensils and ventilation management were followed by more respondents. On the other hand, litter changing, whitewashing, fumigation, provision of laying boxes, and brooding arrangements were not commonly practiced.</w:t>
      </w:r>
      <w:r w:rsidR="00687E75">
        <w:t xml:space="preserve"> </w:t>
      </w:r>
      <w:r>
        <w:t xml:space="preserve">The dominance of simple housing and semi-intensive rearing in the present study agrees with the findings of Halim (1988) and Billah et al. (2013), who reported that rural poultry housing was generally simple and made from local materials. The low level of scientific sanitation measures also supports the reports of </w:t>
      </w:r>
      <w:proofErr w:type="spellStart"/>
      <w:r>
        <w:lastRenderedPageBreak/>
        <w:t>Desalew</w:t>
      </w:r>
      <w:proofErr w:type="spellEnd"/>
      <w:r>
        <w:t xml:space="preserve"> et al. (2013) and Sisay et al. (2018). Similar findings were reported by </w:t>
      </w:r>
      <w:proofErr w:type="spellStart"/>
      <w:r>
        <w:t>Bugalia</w:t>
      </w:r>
      <w:proofErr w:type="spellEnd"/>
      <w:r>
        <w:t xml:space="preserve"> and Kumar (2021) in Rajasthan. Thus, the housing system in the study area may be described as traditional and low-cost, with limited scientific improvement.</w:t>
      </w:r>
    </w:p>
    <w:p w14:paraId="7EAD3CAF" w14:textId="77777777" w:rsidR="00493650" w:rsidRPr="00BB23C4" w:rsidRDefault="00BB23C4">
      <w:pPr>
        <w:jc w:val="both"/>
        <w:rPr>
          <w:sz w:val="20"/>
        </w:rPr>
      </w:pPr>
      <w:r w:rsidRPr="00BB23C4">
        <w:rPr>
          <w:b/>
        </w:rPr>
        <w:t>Table .1</w:t>
      </w:r>
      <w:r>
        <w:t xml:space="preserve"> </w:t>
      </w:r>
      <w:r w:rsidRPr="00BB23C4">
        <w:rPr>
          <w:rFonts w:cs="Times New Roman"/>
          <w:b/>
          <w:bCs/>
          <w:kern w:val="36"/>
          <w:szCs w:val="24"/>
        </w:rPr>
        <w:t>Housing management practices adopted by backyard poultry farmers in different seasons</w:t>
      </w:r>
    </w:p>
    <w:tbl>
      <w:tblPr>
        <w:tblStyle w:val="TableGrid"/>
        <w:tblW w:w="0" w:type="auto"/>
        <w:tblLook w:val="04A0" w:firstRow="1" w:lastRow="0" w:firstColumn="1" w:lastColumn="0" w:noHBand="0" w:noVBand="1"/>
      </w:tblPr>
      <w:tblGrid>
        <w:gridCol w:w="621"/>
        <w:gridCol w:w="2359"/>
        <w:gridCol w:w="1053"/>
        <w:gridCol w:w="1043"/>
        <w:gridCol w:w="1053"/>
        <w:gridCol w:w="1043"/>
        <w:gridCol w:w="1053"/>
        <w:gridCol w:w="1043"/>
      </w:tblGrid>
      <w:tr w:rsidR="00BB23C4" w:rsidRPr="001F505C" w14:paraId="1805896F" w14:textId="77777777" w:rsidTr="00CD63E1">
        <w:tc>
          <w:tcPr>
            <w:tcW w:w="0" w:type="auto"/>
          </w:tcPr>
          <w:p w14:paraId="56FE0AB9"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S. No.</w:t>
            </w:r>
          </w:p>
        </w:tc>
        <w:tc>
          <w:tcPr>
            <w:tcW w:w="0" w:type="auto"/>
          </w:tcPr>
          <w:p w14:paraId="6AEE2C80"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Housing management practices</w:t>
            </w:r>
          </w:p>
        </w:tc>
        <w:tc>
          <w:tcPr>
            <w:tcW w:w="0" w:type="auto"/>
            <w:gridSpan w:val="2"/>
          </w:tcPr>
          <w:p w14:paraId="4E2E2DC6"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Summer</w:t>
            </w:r>
          </w:p>
        </w:tc>
        <w:tc>
          <w:tcPr>
            <w:tcW w:w="0" w:type="auto"/>
            <w:gridSpan w:val="2"/>
          </w:tcPr>
          <w:p w14:paraId="5C9EE7C2"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Winter</w:t>
            </w:r>
          </w:p>
        </w:tc>
        <w:tc>
          <w:tcPr>
            <w:tcW w:w="0" w:type="auto"/>
            <w:gridSpan w:val="2"/>
          </w:tcPr>
          <w:p w14:paraId="572DEDB8"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Rain</w:t>
            </w:r>
          </w:p>
        </w:tc>
      </w:tr>
      <w:tr w:rsidR="00BB23C4" w:rsidRPr="001F505C" w14:paraId="3AAFF8B6" w14:textId="77777777" w:rsidTr="00CD63E1">
        <w:tc>
          <w:tcPr>
            <w:tcW w:w="0" w:type="auto"/>
          </w:tcPr>
          <w:p w14:paraId="277615C8" w14:textId="77777777" w:rsidR="00BB23C4" w:rsidRPr="001F505C" w:rsidRDefault="00BB23C4" w:rsidP="00CD63E1">
            <w:pPr>
              <w:spacing w:line="360" w:lineRule="auto"/>
              <w:jc w:val="center"/>
              <w:rPr>
                <w:rFonts w:cs="Times New Roman"/>
                <w:b/>
                <w:sz w:val="16"/>
                <w:szCs w:val="18"/>
              </w:rPr>
            </w:pPr>
          </w:p>
        </w:tc>
        <w:tc>
          <w:tcPr>
            <w:tcW w:w="0" w:type="auto"/>
          </w:tcPr>
          <w:p w14:paraId="782E64CE" w14:textId="77777777" w:rsidR="00BB23C4" w:rsidRPr="001F505C" w:rsidRDefault="00BB23C4" w:rsidP="00CD63E1">
            <w:pPr>
              <w:spacing w:line="360" w:lineRule="auto"/>
              <w:jc w:val="center"/>
              <w:rPr>
                <w:rFonts w:cs="Times New Roman"/>
                <w:b/>
                <w:sz w:val="16"/>
                <w:szCs w:val="18"/>
              </w:rPr>
            </w:pPr>
          </w:p>
        </w:tc>
        <w:tc>
          <w:tcPr>
            <w:tcW w:w="0" w:type="auto"/>
          </w:tcPr>
          <w:p w14:paraId="26DE3A29"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14:paraId="3669EC2B"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c>
          <w:tcPr>
            <w:tcW w:w="0" w:type="auto"/>
          </w:tcPr>
          <w:p w14:paraId="18960D15"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14:paraId="4F80A1D7"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c>
          <w:tcPr>
            <w:tcW w:w="0" w:type="auto"/>
          </w:tcPr>
          <w:p w14:paraId="14CD8C53"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EP</w:t>
            </w:r>
          </w:p>
        </w:tc>
        <w:tc>
          <w:tcPr>
            <w:tcW w:w="0" w:type="auto"/>
          </w:tcPr>
          <w:p w14:paraId="2C8D101D" w14:textId="77777777" w:rsidR="00BB23C4" w:rsidRPr="001F505C" w:rsidRDefault="00BB23C4" w:rsidP="00CD63E1">
            <w:pPr>
              <w:spacing w:line="360" w:lineRule="auto"/>
              <w:jc w:val="center"/>
              <w:rPr>
                <w:rFonts w:cs="Times New Roman"/>
                <w:b/>
                <w:sz w:val="16"/>
                <w:szCs w:val="18"/>
              </w:rPr>
            </w:pPr>
            <w:r w:rsidRPr="001F505C">
              <w:rPr>
                <w:rFonts w:cs="Times New Roman"/>
                <w:b/>
                <w:sz w:val="16"/>
                <w:szCs w:val="18"/>
              </w:rPr>
              <w:t>NEP</w:t>
            </w:r>
          </w:p>
        </w:tc>
      </w:tr>
      <w:tr w:rsidR="002C37B7" w:rsidRPr="001F505C" w14:paraId="451BC16D" w14:textId="77777777" w:rsidTr="00CD63E1">
        <w:tc>
          <w:tcPr>
            <w:tcW w:w="0" w:type="auto"/>
          </w:tcPr>
          <w:p w14:paraId="0BE51F3C" w14:textId="77777777" w:rsidR="002C37B7" w:rsidRPr="001F505C" w:rsidRDefault="002C37B7" w:rsidP="00CD63E1">
            <w:pPr>
              <w:spacing w:line="360" w:lineRule="auto"/>
              <w:jc w:val="center"/>
              <w:rPr>
                <w:rFonts w:cs="Times New Roman"/>
                <w:b/>
                <w:sz w:val="16"/>
                <w:szCs w:val="18"/>
              </w:rPr>
            </w:pPr>
          </w:p>
        </w:tc>
        <w:tc>
          <w:tcPr>
            <w:tcW w:w="0" w:type="auto"/>
          </w:tcPr>
          <w:p w14:paraId="6FEBEE5A" w14:textId="77777777" w:rsidR="002C37B7" w:rsidRPr="001F505C" w:rsidRDefault="002C37B7" w:rsidP="00CD63E1">
            <w:pPr>
              <w:spacing w:line="360" w:lineRule="auto"/>
              <w:jc w:val="center"/>
              <w:rPr>
                <w:rFonts w:cs="Times New Roman"/>
                <w:b/>
                <w:sz w:val="16"/>
                <w:szCs w:val="18"/>
              </w:rPr>
            </w:pPr>
          </w:p>
        </w:tc>
        <w:tc>
          <w:tcPr>
            <w:tcW w:w="0" w:type="auto"/>
          </w:tcPr>
          <w:p w14:paraId="4923DD51"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7FEE588B"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75C7D0D1"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0DA2D9BD"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3B87EC38"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c>
          <w:tcPr>
            <w:tcW w:w="0" w:type="auto"/>
          </w:tcPr>
          <w:p w14:paraId="687E01E6" w14:textId="77777777" w:rsidR="002C37B7" w:rsidRPr="0022412A" w:rsidRDefault="002C37B7" w:rsidP="00CD63E1">
            <w:pPr>
              <w:spacing w:line="360" w:lineRule="auto"/>
              <w:jc w:val="center"/>
              <w:rPr>
                <w:rFonts w:cs="Times New Roman"/>
                <w:b/>
                <w:sz w:val="20"/>
                <w:szCs w:val="18"/>
              </w:rPr>
            </w:pPr>
            <w:r w:rsidRPr="0022412A">
              <w:rPr>
                <w:rFonts w:cs="Times New Roman"/>
                <w:b/>
                <w:sz w:val="20"/>
                <w:szCs w:val="18"/>
              </w:rPr>
              <w:t>n- 120</w:t>
            </w:r>
          </w:p>
        </w:tc>
      </w:tr>
      <w:tr w:rsidR="00BB23C4" w:rsidRPr="001F505C" w14:paraId="0EED1F14" w14:textId="77777777" w:rsidTr="00CD63E1">
        <w:tc>
          <w:tcPr>
            <w:tcW w:w="0" w:type="auto"/>
          </w:tcPr>
          <w:p w14:paraId="54D84983"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1. </w:t>
            </w:r>
          </w:p>
        </w:tc>
        <w:tc>
          <w:tcPr>
            <w:tcW w:w="0" w:type="auto"/>
            <w:gridSpan w:val="7"/>
          </w:tcPr>
          <w:p w14:paraId="08891B68"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Type of raring </w:t>
            </w:r>
          </w:p>
        </w:tc>
      </w:tr>
      <w:tr w:rsidR="00BB23C4" w:rsidRPr="001F505C" w14:paraId="353E4175" w14:textId="77777777" w:rsidTr="00CD63E1">
        <w:tc>
          <w:tcPr>
            <w:tcW w:w="0" w:type="auto"/>
          </w:tcPr>
          <w:p w14:paraId="39CE01E1" w14:textId="77777777" w:rsidR="00BB23C4" w:rsidRPr="001F505C" w:rsidRDefault="00BB23C4" w:rsidP="00CD63E1">
            <w:pPr>
              <w:spacing w:line="360" w:lineRule="auto"/>
              <w:rPr>
                <w:rFonts w:cs="Times New Roman"/>
                <w:b/>
                <w:sz w:val="16"/>
                <w:szCs w:val="18"/>
              </w:rPr>
            </w:pPr>
          </w:p>
        </w:tc>
        <w:tc>
          <w:tcPr>
            <w:tcW w:w="0" w:type="auto"/>
          </w:tcPr>
          <w:p w14:paraId="2F2AF6BF" w14:textId="77777777" w:rsidR="00BB23C4" w:rsidRPr="001F505C" w:rsidRDefault="00BB23C4" w:rsidP="00CD63E1">
            <w:pPr>
              <w:spacing w:line="360" w:lineRule="auto"/>
              <w:rPr>
                <w:rFonts w:cs="Times New Roman"/>
                <w:sz w:val="16"/>
                <w:szCs w:val="18"/>
              </w:rPr>
            </w:pPr>
            <w:r w:rsidRPr="001F505C">
              <w:rPr>
                <w:rFonts w:cs="Times New Roman"/>
                <w:sz w:val="16"/>
                <w:szCs w:val="18"/>
              </w:rPr>
              <w:t>Free range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9143928" w14:textId="77777777" w:rsidTr="00CD63E1">
              <w:trPr>
                <w:tblCellSpacing w:w="15" w:type="dxa"/>
              </w:trPr>
              <w:tc>
                <w:tcPr>
                  <w:tcW w:w="0" w:type="auto"/>
                  <w:vAlign w:val="center"/>
                  <w:hideMark/>
                </w:tcPr>
                <w:p w14:paraId="1E48C758" w14:textId="77777777" w:rsidR="00BB23C4" w:rsidRPr="001F505C" w:rsidRDefault="00BB23C4" w:rsidP="00CD63E1">
                  <w:pPr>
                    <w:spacing w:line="360" w:lineRule="auto"/>
                    <w:rPr>
                      <w:rFonts w:cs="Times New Roman"/>
                      <w:sz w:val="16"/>
                      <w:szCs w:val="18"/>
                    </w:rPr>
                  </w:pPr>
                  <w:r w:rsidRPr="001F505C">
                    <w:rPr>
                      <w:rFonts w:cs="Times New Roman"/>
                      <w:sz w:val="16"/>
                      <w:szCs w:val="18"/>
                    </w:rPr>
                    <w:t>13 (10.83)</w:t>
                  </w:r>
                </w:p>
              </w:tc>
            </w:tr>
          </w:tbl>
          <w:p w14:paraId="47E1AA98"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1F7200D3" w14:textId="77777777" w:rsidTr="00CD63E1">
              <w:trPr>
                <w:tblCellSpacing w:w="15" w:type="dxa"/>
              </w:trPr>
              <w:tc>
                <w:tcPr>
                  <w:tcW w:w="0" w:type="auto"/>
                  <w:vAlign w:val="center"/>
                  <w:hideMark/>
                </w:tcPr>
                <w:p w14:paraId="375A54BF"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14:paraId="73966588"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0E59878B" w14:textId="77777777" w:rsidTr="00CD63E1">
              <w:trPr>
                <w:tblCellSpacing w:w="15" w:type="dxa"/>
              </w:trPr>
              <w:tc>
                <w:tcPr>
                  <w:tcW w:w="0" w:type="auto"/>
                  <w:vAlign w:val="center"/>
                  <w:hideMark/>
                </w:tcPr>
                <w:p w14:paraId="6BC20C2A"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8 (6.67)</w:t>
                  </w:r>
                </w:p>
              </w:tc>
            </w:tr>
          </w:tbl>
          <w:p w14:paraId="1BB1A2B6"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84CA46B" w14:textId="77777777" w:rsidTr="00CD63E1">
              <w:trPr>
                <w:tblCellSpacing w:w="15" w:type="dxa"/>
              </w:trPr>
              <w:tc>
                <w:tcPr>
                  <w:tcW w:w="0" w:type="auto"/>
                  <w:vAlign w:val="center"/>
                  <w:hideMark/>
                </w:tcPr>
                <w:p w14:paraId="08BBD0F9"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14:paraId="1F4C6D0C"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AD0C3E0" w14:textId="77777777" w:rsidTr="00CD63E1">
              <w:trPr>
                <w:tblCellSpacing w:w="15" w:type="dxa"/>
              </w:trPr>
              <w:tc>
                <w:tcPr>
                  <w:tcW w:w="0" w:type="auto"/>
                  <w:vAlign w:val="center"/>
                  <w:hideMark/>
                </w:tcPr>
                <w:p w14:paraId="52002679"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8 (6.67)</w:t>
                  </w:r>
                </w:p>
              </w:tc>
            </w:tr>
          </w:tbl>
          <w:p w14:paraId="65F752FF"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882AC6F" w14:textId="77777777" w:rsidTr="00CD63E1">
              <w:trPr>
                <w:tblCellSpacing w:w="15" w:type="dxa"/>
              </w:trPr>
              <w:tc>
                <w:tcPr>
                  <w:tcW w:w="0" w:type="auto"/>
                  <w:vAlign w:val="center"/>
                  <w:hideMark/>
                </w:tcPr>
                <w:p w14:paraId="5C37ECC2"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29 (24.17)</w:t>
                  </w:r>
                </w:p>
              </w:tc>
            </w:tr>
          </w:tbl>
          <w:p w14:paraId="781E15FB" w14:textId="77777777" w:rsidR="00BB23C4" w:rsidRPr="001F505C" w:rsidRDefault="00BB23C4" w:rsidP="00CD63E1">
            <w:pPr>
              <w:spacing w:line="360" w:lineRule="auto"/>
              <w:jc w:val="center"/>
              <w:rPr>
                <w:rFonts w:cs="Times New Roman"/>
                <w:sz w:val="16"/>
                <w:szCs w:val="18"/>
              </w:rPr>
            </w:pPr>
          </w:p>
        </w:tc>
      </w:tr>
      <w:tr w:rsidR="00BB23C4" w:rsidRPr="001F505C" w14:paraId="459A88A0" w14:textId="77777777" w:rsidTr="00CD63E1">
        <w:tc>
          <w:tcPr>
            <w:tcW w:w="0" w:type="auto"/>
          </w:tcPr>
          <w:p w14:paraId="30620856" w14:textId="77777777" w:rsidR="00BB23C4" w:rsidRPr="001F505C" w:rsidRDefault="00BB23C4" w:rsidP="00CD63E1">
            <w:pPr>
              <w:spacing w:line="360" w:lineRule="auto"/>
              <w:rPr>
                <w:rFonts w:cs="Times New Roman"/>
                <w:sz w:val="16"/>
                <w:szCs w:val="18"/>
              </w:rPr>
            </w:pPr>
          </w:p>
        </w:tc>
        <w:tc>
          <w:tcPr>
            <w:tcW w:w="0" w:type="auto"/>
          </w:tcPr>
          <w:p w14:paraId="3BE6951F" w14:textId="77777777" w:rsidR="00BB23C4" w:rsidRPr="001F505C" w:rsidRDefault="00BB23C4" w:rsidP="00CD63E1">
            <w:pPr>
              <w:spacing w:line="360" w:lineRule="auto"/>
              <w:rPr>
                <w:rFonts w:cs="Times New Roman"/>
                <w:sz w:val="16"/>
                <w:szCs w:val="18"/>
              </w:rPr>
            </w:pPr>
            <w:r w:rsidRPr="001F505C">
              <w:rPr>
                <w:rFonts w:cs="Times New Roman"/>
                <w:sz w:val="16"/>
                <w:szCs w:val="18"/>
              </w:rPr>
              <w:t>Semi-intensive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78E190A6" w14:textId="77777777" w:rsidTr="00CD63E1">
              <w:trPr>
                <w:tblCellSpacing w:w="15" w:type="dxa"/>
              </w:trPr>
              <w:tc>
                <w:tcPr>
                  <w:tcW w:w="0" w:type="auto"/>
                  <w:vAlign w:val="center"/>
                  <w:hideMark/>
                </w:tcPr>
                <w:p w14:paraId="17F3A3DA"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107 (89.17)</w:t>
                  </w:r>
                </w:p>
              </w:tc>
            </w:tr>
          </w:tbl>
          <w:p w14:paraId="007721D3"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7F516A3E" w14:textId="77777777" w:rsidTr="00CD63E1">
              <w:trPr>
                <w:tblCellSpacing w:w="15" w:type="dxa"/>
              </w:trPr>
              <w:tc>
                <w:tcPr>
                  <w:tcW w:w="0" w:type="auto"/>
                  <w:vAlign w:val="center"/>
                  <w:hideMark/>
                </w:tcPr>
                <w:p w14:paraId="75595651"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14:paraId="7165CBD3"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3C63862C" w14:textId="77777777" w:rsidTr="00CD63E1">
              <w:trPr>
                <w:tblCellSpacing w:w="15" w:type="dxa"/>
              </w:trPr>
              <w:tc>
                <w:tcPr>
                  <w:tcW w:w="0" w:type="auto"/>
                  <w:vAlign w:val="center"/>
                  <w:hideMark/>
                </w:tcPr>
                <w:p w14:paraId="69494EDE"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112 (93.33)</w:t>
                  </w:r>
                </w:p>
              </w:tc>
            </w:tr>
          </w:tbl>
          <w:p w14:paraId="511F128F"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08119E6" w14:textId="77777777" w:rsidTr="00CD63E1">
              <w:trPr>
                <w:tblCellSpacing w:w="15" w:type="dxa"/>
              </w:trPr>
              <w:tc>
                <w:tcPr>
                  <w:tcW w:w="0" w:type="auto"/>
                  <w:vAlign w:val="center"/>
                  <w:hideMark/>
                </w:tcPr>
                <w:p w14:paraId="3017EA37"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14:paraId="13CB3ED6"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78411CE7" w14:textId="77777777" w:rsidTr="00CD63E1">
              <w:trPr>
                <w:tblCellSpacing w:w="15" w:type="dxa"/>
              </w:trPr>
              <w:tc>
                <w:tcPr>
                  <w:tcW w:w="0" w:type="auto"/>
                  <w:vAlign w:val="center"/>
                  <w:hideMark/>
                </w:tcPr>
                <w:p w14:paraId="773646A5"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112 (93.33)</w:t>
                  </w:r>
                </w:p>
              </w:tc>
            </w:tr>
          </w:tbl>
          <w:p w14:paraId="74FEB896"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8E137BE" w14:textId="77777777" w:rsidTr="00CD63E1">
              <w:trPr>
                <w:tblCellSpacing w:w="15" w:type="dxa"/>
              </w:trPr>
              <w:tc>
                <w:tcPr>
                  <w:tcW w:w="0" w:type="auto"/>
                  <w:vAlign w:val="center"/>
                  <w:hideMark/>
                </w:tcPr>
                <w:p w14:paraId="6AFC3745"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91 (75.83)</w:t>
                  </w:r>
                </w:p>
              </w:tc>
            </w:tr>
          </w:tbl>
          <w:p w14:paraId="23246099" w14:textId="77777777" w:rsidR="00BB23C4" w:rsidRPr="001F505C" w:rsidRDefault="00BB23C4" w:rsidP="00CD63E1">
            <w:pPr>
              <w:spacing w:line="360" w:lineRule="auto"/>
              <w:jc w:val="center"/>
              <w:rPr>
                <w:rFonts w:cs="Times New Roman"/>
                <w:sz w:val="16"/>
                <w:szCs w:val="18"/>
              </w:rPr>
            </w:pPr>
          </w:p>
        </w:tc>
      </w:tr>
      <w:tr w:rsidR="00BB23C4" w:rsidRPr="001F505C" w14:paraId="00D82C75" w14:textId="77777777" w:rsidTr="00CD63E1">
        <w:tc>
          <w:tcPr>
            <w:tcW w:w="0" w:type="auto"/>
          </w:tcPr>
          <w:p w14:paraId="5478410F" w14:textId="77777777" w:rsidR="00BB23C4" w:rsidRPr="001F505C" w:rsidRDefault="00BB23C4" w:rsidP="00CD63E1">
            <w:pPr>
              <w:spacing w:line="360" w:lineRule="auto"/>
              <w:rPr>
                <w:rFonts w:cs="Times New Roman"/>
                <w:sz w:val="16"/>
                <w:szCs w:val="18"/>
              </w:rPr>
            </w:pPr>
          </w:p>
        </w:tc>
        <w:tc>
          <w:tcPr>
            <w:tcW w:w="0" w:type="auto"/>
          </w:tcPr>
          <w:p w14:paraId="2464BB9C" w14:textId="77777777" w:rsidR="00BB23C4" w:rsidRPr="001F505C" w:rsidRDefault="00BB23C4" w:rsidP="00CD63E1">
            <w:pPr>
              <w:spacing w:line="360" w:lineRule="auto"/>
              <w:rPr>
                <w:rFonts w:cs="Times New Roman"/>
                <w:sz w:val="16"/>
                <w:szCs w:val="18"/>
              </w:rPr>
            </w:pPr>
            <w:r w:rsidRPr="001F505C">
              <w:rPr>
                <w:rFonts w:cs="Times New Roman"/>
                <w:sz w:val="16"/>
                <w:szCs w:val="18"/>
              </w:rPr>
              <w:t>Intensive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C39AD36" w14:textId="77777777" w:rsidTr="00CD63E1">
              <w:trPr>
                <w:tblCellSpacing w:w="15" w:type="dxa"/>
              </w:trPr>
              <w:tc>
                <w:tcPr>
                  <w:tcW w:w="0" w:type="auto"/>
                  <w:vAlign w:val="center"/>
                  <w:hideMark/>
                </w:tcPr>
                <w:p w14:paraId="477E1D5F"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5BB6D971"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91F9DDF" w14:textId="77777777" w:rsidTr="00CD63E1">
              <w:trPr>
                <w:tblCellSpacing w:w="15" w:type="dxa"/>
              </w:trPr>
              <w:tc>
                <w:tcPr>
                  <w:tcW w:w="0" w:type="auto"/>
                  <w:vAlign w:val="center"/>
                  <w:hideMark/>
                </w:tcPr>
                <w:p w14:paraId="10C0A250"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5CF84070"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2AD949B" w14:textId="77777777" w:rsidTr="00CD63E1">
              <w:trPr>
                <w:tblCellSpacing w:w="15" w:type="dxa"/>
              </w:trPr>
              <w:tc>
                <w:tcPr>
                  <w:tcW w:w="0" w:type="auto"/>
                  <w:vAlign w:val="center"/>
                  <w:hideMark/>
                </w:tcPr>
                <w:p w14:paraId="3ACCED04"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382AFC90"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D135792" w14:textId="77777777" w:rsidTr="00CD63E1">
              <w:trPr>
                <w:tblCellSpacing w:w="15" w:type="dxa"/>
              </w:trPr>
              <w:tc>
                <w:tcPr>
                  <w:tcW w:w="0" w:type="auto"/>
                  <w:vAlign w:val="center"/>
                  <w:hideMark/>
                </w:tcPr>
                <w:p w14:paraId="6427FC9F"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1A1366E4"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55BEBC74" w14:textId="77777777" w:rsidTr="00CD63E1">
              <w:trPr>
                <w:tblCellSpacing w:w="15" w:type="dxa"/>
              </w:trPr>
              <w:tc>
                <w:tcPr>
                  <w:tcW w:w="0" w:type="auto"/>
                  <w:vAlign w:val="center"/>
                  <w:hideMark/>
                </w:tcPr>
                <w:p w14:paraId="755EED33"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1150A2F5" w14:textId="77777777" w:rsidR="00BB23C4" w:rsidRPr="001F505C" w:rsidRDefault="00BB23C4" w:rsidP="00CD63E1">
            <w:pPr>
              <w:spacing w:line="360" w:lineRule="auto"/>
              <w:jc w:val="cente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50BD8896" w14:textId="77777777" w:rsidTr="00CD63E1">
              <w:trPr>
                <w:tblCellSpacing w:w="15" w:type="dxa"/>
              </w:trPr>
              <w:tc>
                <w:tcPr>
                  <w:tcW w:w="0" w:type="auto"/>
                  <w:vAlign w:val="center"/>
                  <w:hideMark/>
                </w:tcPr>
                <w:p w14:paraId="5D884B4C" w14:textId="77777777" w:rsidR="00BB23C4" w:rsidRPr="001F505C" w:rsidRDefault="00BB23C4" w:rsidP="00CD63E1">
                  <w:pPr>
                    <w:spacing w:line="360" w:lineRule="auto"/>
                    <w:jc w:val="center"/>
                    <w:rPr>
                      <w:rFonts w:cs="Times New Roman"/>
                      <w:sz w:val="16"/>
                      <w:szCs w:val="18"/>
                    </w:rPr>
                  </w:pPr>
                  <w:r w:rsidRPr="001F505C">
                    <w:rPr>
                      <w:rFonts w:cs="Times New Roman"/>
                      <w:sz w:val="16"/>
                      <w:szCs w:val="18"/>
                    </w:rPr>
                    <w:t>0 (0.00)</w:t>
                  </w:r>
                </w:p>
              </w:tc>
            </w:tr>
          </w:tbl>
          <w:p w14:paraId="122DC480" w14:textId="77777777" w:rsidR="00BB23C4" w:rsidRPr="001F505C" w:rsidRDefault="00BB23C4" w:rsidP="00CD63E1">
            <w:pPr>
              <w:spacing w:line="360" w:lineRule="auto"/>
              <w:jc w:val="center"/>
              <w:rPr>
                <w:rFonts w:cs="Times New Roman"/>
                <w:sz w:val="16"/>
                <w:szCs w:val="18"/>
              </w:rPr>
            </w:pPr>
          </w:p>
        </w:tc>
      </w:tr>
      <w:tr w:rsidR="00BB23C4" w:rsidRPr="001F505C" w14:paraId="5E0D01D0" w14:textId="77777777" w:rsidTr="00CD63E1">
        <w:tc>
          <w:tcPr>
            <w:tcW w:w="0" w:type="auto"/>
          </w:tcPr>
          <w:p w14:paraId="002E42B3"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2.</w:t>
            </w:r>
          </w:p>
        </w:tc>
        <w:tc>
          <w:tcPr>
            <w:tcW w:w="0" w:type="auto"/>
            <w:gridSpan w:val="7"/>
          </w:tcPr>
          <w:p w14:paraId="09C1775E" w14:textId="77777777" w:rsidR="00BB23C4" w:rsidRPr="001F505C" w:rsidRDefault="00BB23C4" w:rsidP="00CD63E1">
            <w:pPr>
              <w:rPr>
                <w:rFonts w:cs="Times New Roman"/>
                <w:sz w:val="16"/>
                <w:szCs w:val="18"/>
              </w:rPr>
            </w:pPr>
            <w:r w:rsidRPr="001F505C">
              <w:rPr>
                <w:rFonts w:cs="Times New Roman"/>
                <w:b/>
                <w:sz w:val="16"/>
                <w:szCs w:val="18"/>
              </w:rPr>
              <w:t>Type of poultry house</w:t>
            </w:r>
          </w:p>
        </w:tc>
      </w:tr>
      <w:tr w:rsidR="00BB23C4" w:rsidRPr="001F505C" w14:paraId="11F71E42" w14:textId="77777777" w:rsidTr="00CD63E1">
        <w:tc>
          <w:tcPr>
            <w:tcW w:w="0" w:type="auto"/>
          </w:tcPr>
          <w:p w14:paraId="340B6088" w14:textId="77777777" w:rsidR="00BB23C4" w:rsidRPr="001F505C" w:rsidRDefault="00BB23C4" w:rsidP="00CD63E1">
            <w:pPr>
              <w:spacing w:line="360" w:lineRule="auto"/>
              <w:rPr>
                <w:rFonts w:cs="Times New Roman"/>
                <w:b/>
                <w:sz w:val="16"/>
                <w:szCs w:val="18"/>
              </w:rPr>
            </w:pPr>
          </w:p>
        </w:tc>
        <w:tc>
          <w:tcPr>
            <w:tcW w:w="0" w:type="auto"/>
          </w:tcPr>
          <w:p w14:paraId="3382FE53" w14:textId="77777777" w:rsidR="00BB23C4" w:rsidRPr="001F505C" w:rsidRDefault="00BB23C4" w:rsidP="00CD63E1">
            <w:pPr>
              <w:spacing w:line="480" w:lineRule="auto"/>
              <w:rPr>
                <w:rFonts w:cs="Times New Roman"/>
                <w:sz w:val="16"/>
                <w:szCs w:val="18"/>
              </w:rPr>
            </w:pPr>
            <w:r w:rsidRPr="001F505C">
              <w:rPr>
                <w:rFonts w:cs="Times New Roman"/>
                <w:sz w:val="16"/>
                <w:szCs w:val="18"/>
              </w:rPr>
              <w:t>Kaccha</w:t>
            </w:r>
          </w:p>
        </w:tc>
        <w:tc>
          <w:tcPr>
            <w:tcW w:w="0" w:type="auto"/>
          </w:tcPr>
          <w:p w14:paraId="4363837A" w14:textId="77777777"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14:paraId="5BB7CA8B" w14:textId="77777777" w:rsidR="00BB23C4" w:rsidRPr="001F505C" w:rsidRDefault="00BB23C4" w:rsidP="00CD63E1">
            <w:pPr>
              <w:spacing w:line="480" w:lineRule="auto"/>
              <w:rPr>
                <w:rFonts w:cs="Times New Roman"/>
                <w:sz w:val="16"/>
                <w:szCs w:val="18"/>
              </w:rPr>
            </w:pPr>
            <w:r w:rsidRPr="001F505C">
              <w:rPr>
                <w:rFonts w:cs="Times New Roman"/>
                <w:sz w:val="16"/>
                <w:szCs w:val="18"/>
              </w:rPr>
              <w:t>111 (92.50)</w:t>
            </w:r>
          </w:p>
        </w:tc>
        <w:tc>
          <w:tcPr>
            <w:tcW w:w="0" w:type="auto"/>
          </w:tcPr>
          <w:p w14:paraId="34E20D90" w14:textId="77777777"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14:paraId="5F2F29B3" w14:textId="77777777" w:rsidR="00BB23C4" w:rsidRPr="001F505C" w:rsidRDefault="00BB23C4" w:rsidP="00CD63E1">
            <w:pPr>
              <w:spacing w:line="480" w:lineRule="auto"/>
              <w:rPr>
                <w:rFonts w:cs="Times New Roman"/>
                <w:sz w:val="16"/>
                <w:szCs w:val="18"/>
              </w:rPr>
            </w:pPr>
            <w:r w:rsidRPr="001F505C">
              <w:rPr>
                <w:rFonts w:cs="Times New Roman"/>
                <w:sz w:val="16"/>
                <w:szCs w:val="18"/>
              </w:rPr>
              <w:t>111 (92.50)</w:t>
            </w:r>
          </w:p>
        </w:tc>
        <w:tc>
          <w:tcPr>
            <w:tcW w:w="0" w:type="auto"/>
          </w:tcPr>
          <w:p w14:paraId="2F5F9072" w14:textId="77777777" w:rsidR="00BB23C4" w:rsidRPr="001F505C" w:rsidRDefault="00BB23C4" w:rsidP="00CD63E1">
            <w:pPr>
              <w:spacing w:line="480" w:lineRule="auto"/>
              <w:rPr>
                <w:rFonts w:cs="Times New Roman"/>
                <w:sz w:val="16"/>
                <w:szCs w:val="18"/>
              </w:rPr>
            </w:pPr>
            <w:r w:rsidRPr="001F505C">
              <w:rPr>
                <w:rFonts w:cs="Times New Roman"/>
                <w:sz w:val="16"/>
                <w:szCs w:val="18"/>
              </w:rPr>
              <w:t>94 (78.33)</w:t>
            </w:r>
          </w:p>
        </w:tc>
        <w:tc>
          <w:tcPr>
            <w:tcW w:w="0" w:type="auto"/>
          </w:tcPr>
          <w:p w14:paraId="003525C8" w14:textId="77777777" w:rsidR="00BB23C4" w:rsidRPr="001F505C" w:rsidRDefault="00BB23C4" w:rsidP="00CD63E1">
            <w:pPr>
              <w:spacing w:line="480" w:lineRule="auto"/>
              <w:jc w:val="center"/>
              <w:rPr>
                <w:rFonts w:cs="Times New Roman"/>
                <w:sz w:val="16"/>
                <w:szCs w:val="18"/>
              </w:rPr>
            </w:pPr>
            <w:r w:rsidRPr="001F505C">
              <w:rPr>
                <w:rFonts w:cs="Times New Roman"/>
                <w:sz w:val="16"/>
                <w:szCs w:val="18"/>
              </w:rPr>
              <w:t>111 (92.50)</w:t>
            </w:r>
          </w:p>
        </w:tc>
      </w:tr>
      <w:tr w:rsidR="00BB23C4" w:rsidRPr="001F505C" w14:paraId="6AADAF73" w14:textId="77777777" w:rsidTr="00CD63E1">
        <w:tc>
          <w:tcPr>
            <w:tcW w:w="0" w:type="auto"/>
          </w:tcPr>
          <w:p w14:paraId="50509116" w14:textId="77777777" w:rsidR="00BB23C4" w:rsidRPr="001F505C" w:rsidRDefault="00BB23C4" w:rsidP="00CD63E1">
            <w:pPr>
              <w:spacing w:line="360" w:lineRule="auto"/>
              <w:rPr>
                <w:rFonts w:cs="Times New Roman"/>
                <w:sz w:val="16"/>
                <w:szCs w:val="18"/>
              </w:rPr>
            </w:pPr>
          </w:p>
        </w:tc>
        <w:tc>
          <w:tcPr>
            <w:tcW w:w="0" w:type="auto"/>
          </w:tcPr>
          <w:p w14:paraId="3DDAC94C" w14:textId="77777777" w:rsidR="00BB23C4" w:rsidRPr="001F505C" w:rsidRDefault="00BB23C4" w:rsidP="00CD63E1">
            <w:pPr>
              <w:spacing w:line="480" w:lineRule="auto"/>
              <w:rPr>
                <w:rFonts w:cs="Times New Roman"/>
                <w:sz w:val="16"/>
                <w:szCs w:val="18"/>
              </w:rPr>
            </w:pPr>
            <w:r w:rsidRPr="001F505C">
              <w:rPr>
                <w:rFonts w:cs="Times New Roman"/>
                <w:sz w:val="16"/>
                <w:szCs w:val="18"/>
              </w:rPr>
              <w:t>Pucca</w:t>
            </w:r>
          </w:p>
        </w:tc>
        <w:tc>
          <w:tcPr>
            <w:tcW w:w="0" w:type="auto"/>
          </w:tcPr>
          <w:p w14:paraId="0D693F88" w14:textId="77777777"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14:paraId="19B6EC7F" w14:textId="77777777" w:rsidR="00BB23C4" w:rsidRPr="001F505C" w:rsidRDefault="00BB23C4" w:rsidP="00CD63E1">
            <w:pPr>
              <w:spacing w:line="480" w:lineRule="auto"/>
              <w:rPr>
                <w:rFonts w:cs="Times New Roman"/>
                <w:sz w:val="16"/>
                <w:szCs w:val="18"/>
              </w:rPr>
            </w:pPr>
            <w:r w:rsidRPr="001F505C">
              <w:rPr>
                <w:rFonts w:cs="Times New Roman"/>
                <w:sz w:val="16"/>
                <w:szCs w:val="18"/>
              </w:rPr>
              <w:t>9 (7.50)</w:t>
            </w:r>
          </w:p>
        </w:tc>
        <w:tc>
          <w:tcPr>
            <w:tcW w:w="0" w:type="auto"/>
          </w:tcPr>
          <w:p w14:paraId="199B7E6F" w14:textId="77777777"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14:paraId="7D4E27EF" w14:textId="77777777" w:rsidR="00BB23C4" w:rsidRPr="001F505C" w:rsidRDefault="00BB23C4" w:rsidP="00CD63E1">
            <w:pPr>
              <w:spacing w:line="480" w:lineRule="auto"/>
              <w:rPr>
                <w:rFonts w:cs="Times New Roman"/>
                <w:sz w:val="16"/>
                <w:szCs w:val="18"/>
              </w:rPr>
            </w:pPr>
            <w:r w:rsidRPr="001F505C">
              <w:rPr>
                <w:rFonts w:cs="Times New Roman"/>
                <w:sz w:val="16"/>
                <w:szCs w:val="18"/>
              </w:rPr>
              <w:t>9 (7.50)</w:t>
            </w:r>
          </w:p>
        </w:tc>
        <w:tc>
          <w:tcPr>
            <w:tcW w:w="0" w:type="auto"/>
          </w:tcPr>
          <w:p w14:paraId="3A5F0432" w14:textId="77777777" w:rsidR="00BB23C4" w:rsidRPr="001F505C" w:rsidRDefault="00BB23C4" w:rsidP="00CD63E1">
            <w:pPr>
              <w:spacing w:line="480" w:lineRule="auto"/>
              <w:rPr>
                <w:rFonts w:cs="Times New Roman"/>
                <w:sz w:val="16"/>
                <w:szCs w:val="18"/>
              </w:rPr>
            </w:pPr>
            <w:r w:rsidRPr="001F505C">
              <w:rPr>
                <w:rFonts w:cs="Times New Roman"/>
                <w:sz w:val="16"/>
                <w:szCs w:val="18"/>
              </w:rPr>
              <w:t>26 (21.67)</w:t>
            </w:r>
          </w:p>
        </w:tc>
        <w:tc>
          <w:tcPr>
            <w:tcW w:w="0" w:type="auto"/>
          </w:tcPr>
          <w:p w14:paraId="6A30BC1E" w14:textId="77777777" w:rsidR="00BB23C4" w:rsidRPr="001F505C" w:rsidRDefault="00BB23C4" w:rsidP="00CD63E1">
            <w:pPr>
              <w:spacing w:line="480" w:lineRule="auto"/>
              <w:jc w:val="center"/>
              <w:rPr>
                <w:rFonts w:cs="Times New Roman"/>
                <w:sz w:val="16"/>
                <w:szCs w:val="18"/>
              </w:rPr>
            </w:pPr>
            <w:r w:rsidRPr="001F505C">
              <w:rPr>
                <w:rFonts w:cs="Times New Roman"/>
                <w:sz w:val="16"/>
                <w:szCs w:val="18"/>
              </w:rPr>
              <w:t>9 (7.50)</w:t>
            </w:r>
          </w:p>
        </w:tc>
      </w:tr>
      <w:tr w:rsidR="00BB23C4" w:rsidRPr="001F505C" w14:paraId="0FACE84A" w14:textId="77777777" w:rsidTr="00CD63E1">
        <w:tc>
          <w:tcPr>
            <w:tcW w:w="0" w:type="auto"/>
          </w:tcPr>
          <w:p w14:paraId="2430C5D7"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3. </w:t>
            </w:r>
          </w:p>
        </w:tc>
        <w:tc>
          <w:tcPr>
            <w:tcW w:w="0" w:type="auto"/>
            <w:gridSpan w:val="7"/>
          </w:tcPr>
          <w:p w14:paraId="7E2294A1"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Type of floor</w:t>
            </w:r>
          </w:p>
        </w:tc>
      </w:tr>
      <w:tr w:rsidR="00BB23C4" w:rsidRPr="001F505C" w14:paraId="2E9F15BD" w14:textId="77777777" w:rsidTr="00CD63E1">
        <w:tc>
          <w:tcPr>
            <w:tcW w:w="0" w:type="auto"/>
          </w:tcPr>
          <w:p w14:paraId="775825D6" w14:textId="77777777" w:rsidR="00BB23C4" w:rsidRPr="001F505C" w:rsidRDefault="00BB23C4" w:rsidP="00CD63E1">
            <w:pPr>
              <w:spacing w:line="360" w:lineRule="auto"/>
              <w:rPr>
                <w:rFonts w:cs="Times New Roman"/>
                <w:sz w:val="16"/>
                <w:szCs w:val="18"/>
              </w:rPr>
            </w:pPr>
          </w:p>
        </w:tc>
        <w:tc>
          <w:tcPr>
            <w:tcW w:w="0" w:type="auto"/>
          </w:tcPr>
          <w:p w14:paraId="0BB08379" w14:textId="77777777" w:rsidR="00BB23C4" w:rsidRPr="001F505C" w:rsidRDefault="00BB23C4" w:rsidP="00CD63E1">
            <w:pPr>
              <w:spacing w:line="360" w:lineRule="auto"/>
              <w:rPr>
                <w:rFonts w:cs="Times New Roman"/>
                <w:sz w:val="16"/>
                <w:szCs w:val="18"/>
              </w:rPr>
            </w:pPr>
            <w:r w:rsidRPr="001F505C">
              <w:rPr>
                <w:rFonts w:cs="Times New Roman"/>
                <w:sz w:val="16"/>
                <w:szCs w:val="18"/>
              </w:rPr>
              <w:t>Kaccha with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498ABDC" w14:textId="77777777" w:rsidTr="00CD63E1">
              <w:trPr>
                <w:tblCellSpacing w:w="15" w:type="dxa"/>
              </w:trPr>
              <w:tc>
                <w:tcPr>
                  <w:tcW w:w="0" w:type="auto"/>
                  <w:vAlign w:val="center"/>
                  <w:hideMark/>
                </w:tcPr>
                <w:p w14:paraId="0DB06ED5" w14:textId="77777777" w:rsidR="00BB23C4" w:rsidRPr="001F505C" w:rsidRDefault="00BB23C4" w:rsidP="00CD63E1">
                  <w:pPr>
                    <w:rPr>
                      <w:rFonts w:cs="Times New Roman"/>
                      <w:sz w:val="16"/>
                      <w:szCs w:val="18"/>
                    </w:rPr>
                  </w:pPr>
                  <w:r w:rsidRPr="001F505C">
                    <w:rPr>
                      <w:rFonts w:cs="Times New Roman"/>
                      <w:sz w:val="16"/>
                      <w:szCs w:val="18"/>
                    </w:rPr>
                    <w:t>13 (10.83)</w:t>
                  </w:r>
                </w:p>
              </w:tc>
            </w:tr>
          </w:tbl>
          <w:p w14:paraId="3005DF87"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A786A20" w14:textId="77777777" w:rsidTr="00CD63E1">
              <w:trPr>
                <w:tblCellSpacing w:w="15" w:type="dxa"/>
              </w:trPr>
              <w:tc>
                <w:tcPr>
                  <w:tcW w:w="0" w:type="auto"/>
                  <w:vAlign w:val="center"/>
                  <w:hideMark/>
                </w:tcPr>
                <w:p w14:paraId="6C5D1841" w14:textId="77777777" w:rsidR="00BB23C4" w:rsidRPr="001F505C" w:rsidRDefault="00BB23C4" w:rsidP="00CD63E1">
                  <w:pPr>
                    <w:rPr>
                      <w:rFonts w:cs="Times New Roman"/>
                      <w:sz w:val="16"/>
                      <w:szCs w:val="18"/>
                    </w:rPr>
                  </w:pPr>
                  <w:r w:rsidRPr="001F505C">
                    <w:rPr>
                      <w:rFonts w:cs="Times New Roman"/>
                      <w:sz w:val="16"/>
                      <w:szCs w:val="18"/>
                    </w:rPr>
                    <w:t>24 (20.00)</w:t>
                  </w:r>
                </w:p>
              </w:tc>
            </w:tr>
          </w:tbl>
          <w:p w14:paraId="088C38DA"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399B5AF1" w14:textId="77777777" w:rsidTr="00CD63E1">
              <w:trPr>
                <w:tblCellSpacing w:w="15" w:type="dxa"/>
              </w:trPr>
              <w:tc>
                <w:tcPr>
                  <w:tcW w:w="0" w:type="auto"/>
                  <w:vAlign w:val="center"/>
                  <w:hideMark/>
                </w:tcPr>
                <w:p w14:paraId="066DB3E7" w14:textId="77777777" w:rsidR="00BB23C4" w:rsidRPr="001F505C" w:rsidRDefault="00BB23C4" w:rsidP="00CD63E1">
                  <w:pPr>
                    <w:rPr>
                      <w:rFonts w:cs="Times New Roman"/>
                      <w:sz w:val="16"/>
                      <w:szCs w:val="18"/>
                    </w:rPr>
                  </w:pPr>
                  <w:r w:rsidRPr="001F505C">
                    <w:rPr>
                      <w:rFonts w:cs="Times New Roman"/>
                      <w:sz w:val="16"/>
                      <w:szCs w:val="18"/>
                    </w:rPr>
                    <w:t>88 (73.33)</w:t>
                  </w:r>
                </w:p>
              </w:tc>
            </w:tr>
          </w:tbl>
          <w:p w14:paraId="17FCA7F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AA68477" w14:textId="77777777" w:rsidTr="00CD63E1">
              <w:trPr>
                <w:tblCellSpacing w:w="15" w:type="dxa"/>
              </w:trPr>
              <w:tc>
                <w:tcPr>
                  <w:tcW w:w="0" w:type="auto"/>
                  <w:vAlign w:val="center"/>
                  <w:hideMark/>
                </w:tcPr>
                <w:p w14:paraId="52C49575" w14:textId="77777777" w:rsidR="00BB23C4" w:rsidRPr="001F505C" w:rsidRDefault="00BB23C4" w:rsidP="00CD63E1">
                  <w:pPr>
                    <w:rPr>
                      <w:rFonts w:cs="Times New Roman"/>
                      <w:sz w:val="16"/>
                      <w:szCs w:val="18"/>
                    </w:rPr>
                  </w:pPr>
                  <w:r w:rsidRPr="001F505C">
                    <w:rPr>
                      <w:rFonts w:cs="Times New Roman"/>
                      <w:sz w:val="16"/>
                      <w:szCs w:val="18"/>
                    </w:rPr>
                    <w:t>92 (76.67)</w:t>
                  </w:r>
                </w:p>
              </w:tc>
            </w:tr>
          </w:tbl>
          <w:p w14:paraId="4134B6B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50B3F5C" w14:textId="77777777" w:rsidTr="00CD63E1">
              <w:trPr>
                <w:tblCellSpacing w:w="15" w:type="dxa"/>
              </w:trPr>
              <w:tc>
                <w:tcPr>
                  <w:tcW w:w="0" w:type="auto"/>
                  <w:vAlign w:val="center"/>
                  <w:hideMark/>
                </w:tcPr>
                <w:p w14:paraId="1E51D954" w14:textId="77777777" w:rsidR="00BB23C4" w:rsidRPr="001F505C" w:rsidRDefault="00BB23C4" w:rsidP="00CD63E1">
                  <w:pPr>
                    <w:rPr>
                      <w:rFonts w:cs="Times New Roman"/>
                      <w:sz w:val="16"/>
                      <w:szCs w:val="18"/>
                    </w:rPr>
                  </w:pPr>
                  <w:r w:rsidRPr="001F505C">
                    <w:rPr>
                      <w:rFonts w:cs="Times New Roman"/>
                      <w:sz w:val="16"/>
                      <w:szCs w:val="18"/>
                    </w:rPr>
                    <w:t>63 (52.50)</w:t>
                  </w:r>
                </w:p>
              </w:tc>
            </w:tr>
          </w:tbl>
          <w:p w14:paraId="5B8A901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4"/>
            </w:tblGrid>
            <w:tr w:rsidR="00BB23C4" w:rsidRPr="001F505C" w14:paraId="63BC9E28" w14:textId="77777777" w:rsidTr="00CD63E1">
              <w:trPr>
                <w:tblCellSpacing w:w="15" w:type="dxa"/>
              </w:trPr>
              <w:tc>
                <w:tcPr>
                  <w:tcW w:w="0" w:type="auto"/>
                  <w:vAlign w:val="center"/>
                  <w:hideMark/>
                </w:tcPr>
                <w:p w14:paraId="6DC61911" w14:textId="77777777" w:rsidR="00BB23C4" w:rsidRPr="001F505C" w:rsidRDefault="00BB23C4" w:rsidP="00CD63E1">
                  <w:pPr>
                    <w:rPr>
                      <w:rFonts w:cs="Times New Roman"/>
                      <w:sz w:val="16"/>
                      <w:szCs w:val="18"/>
                    </w:rPr>
                  </w:pPr>
                  <w:r w:rsidRPr="001F505C">
                    <w:rPr>
                      <w:rFonts w:cs="Times New Roman"/>
                      <w:sz w:val="16"/>
                      <w:szCs w:val="18"/>
                    </w:rPr>
                    <w:t>79 (65.83</w:t>
                  </w:r>
                </w:p>
              </w:tc>
            </w:tr>
          </w:tbl>
          <w:p w14:paraId="560C3D78" w14:textId="77777777" w:rsidR="00BB23C4" w:rsidRPr="001F505C" w:rsidRDefault="00BB23C4" w:rsidP="00CD63E1">
            <w:pPr>
              <w:rPr>
                <w:rFonts w:cs="Times New Roman"/>
                <w:sz w:val="16"/>
                <w:szCs w:val="18"/>
              </w:rPr>
            </w:pPr>
          </w:p>
        </w:tc>
      </w:tr>
      <w:tr w:rsidR="00BB23C4" w:rsidRPr="001F505C" w14:paraId="55791941" w14:textId="77777777" w:rsidTr="00CD63E1">
        <w:tc>
          <w:tcPr>
            <w:tcW w:w="0" w:type="auto"/>
          </w:tcPr>
          <w:p w14:paraId="2811B1C7" w14:textId="77777777" w:rsidR="00BB23C4" w:rsidRPr="001F505C" w:rsidRDefault="00BB23C4" w:rsidP="00CD63E1">
            <w:pPr>
              <w:spacing w:line="360" w:lineRule="auto"/>
              <w:rPr>
                <w:rFonts w:cs="Times New Roman"/>
                <w:sz w:val="16"/>
                <w:szCs w:val="18"/>
              </w:rPr>
            </w:pPr>
          </w:p>
        </w:tc>
        <w:tc>
          <w:tcPr>
            <w:tcW w:w="0" w:type="auto"/>
          </w:tcPr>
          <w:p w14:paraId="49DDE906" w14:textId="77777777" w:rsidR="00BB23C4" w:rsidRPr="001F505C" w:rsidRDefault="00BB23C4" w:rsidP="00CD63E1">
            <w:pPr>
              <w:spacing w:line="360" w:lineRule="auto"/>
              <w:rPr>
                <w:rFonts w:cs="Times New Roman"/>
                <w:sz w:val="16"/>
                <w:szCs w:val="18"/>
              </w:rPr>
            </w:pPr>
            <w:r w:rsidRPr="001F505C">
              <w:rPr>
                <w:rFonts w:cs="Times New Roman"/>
                <w:sz w:val="16"/>
                <w:szCs w:val="18"/>
              </w:rPr>
              <w:t>Pucca with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3465414" w14:textId="77777777" w:rsidTr="00CD63E1">
              <w:trPr>
                <w:tblCellSpacing w:w="15" w:type="dxa"/>
              </w:trPr>
              <w:tc>
                <w:tcPr>
                  <w:tcW w:w="0" w:type="auto"/>
                  <w:vAlign w:val="center"/>
                  <w:hideMark/>
                </w:tcPr>
                <w:p w14:paraId="61415AD4" w14:textId="77777777" w:rsidR="00BB23C4" w:rsidRPr="001F505C" w:rsidRDefault="00BB23C4" w:rsidP="00CD63E1">
                  <w:pPr>
                    <w:rPr>
                      <w:rFonts w:cs="Times New Roman"/>
                      <w:sz w:val="16"/>
                      <w:szCs w:val="18"/>
                    </w:rPr>
                  </w:pPr>
                  <w:r w:rsidRPr="001F505C">
                    <w:rPr>
                      <w:rFonts w:cs="Times New Roman"/>
                      <w:sz w:val="16"/>
                      <w:szCs w:val="18"/>
                    </w:rPr>
                    <w:t>14 (11.67)</w:t>
                  </w:r>
                </w:p>
              </w:tc>
            </w:tr>
          </w:tbl>
          <w:p w14:paraId="5C144DA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C0A6098" w14:textId="77777777" w:rsidTr="00CD63E1">
              <w:trPr>
                <w:tblCellSpacing w:w="15" w:type="dxa"/>
              </w:trPr>
              <w:tc>
                <w:tcPr>
                  <w:tcW w:w="0" w:type="auto"/>
                  <w:vAlign w:val="center"/>
                  <w:hideMark/>
                </w:tcPr>
                <w:p w14:paraId="11F48120"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65289B5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71ABE403" w14:textId="77777777" w:rsidTr="00CD63E1">
              <w:trPr>
                <w:tblCellSpacing w:w="15" w:type="dxa"/>
              </w:trPr>
              <w:tc>
                <w:tcPr>
                  <w:tcW w:w="0" w:type="auto"/>
                  <w:vAlign w:val="center"/>
                  <w:hideMark/>
                </w:tcPr>
                <w:p w14:paraId="61DCE0E0" w14:textId="77777777" w:rsidR="00BB23C4" w:rsidRPr="001F505C" w:rsidRDefault="00BB23C4" w:rsidP="00CD63E1">
                  <w:pPr>
                    <w:rPr>
                      <w:rFonts w:cs="Times New Roman"/>
                      <w:sz w:val="16"/>
                      <w:szCs w:val="18"/>
                    </w:rPr>
                  </w:pPr>
                  <w:r w:rsidRPr="001F505C">
                    <w:rPr>
                      <w:rFonts w:cs="Times New Roman"/>
                      <w:sz w:val="16"/>
                      <w:szCs w:val="18"/>
                    </w:rPr>
                    <w:t>26 (21.67)</w:t>
                  </w:r>
                </w:p>
              </w:tc>
            </w:tr>
          </w:tbl>
          <w:p w14:paraId="6A5743D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B4EBEAA" w14:textId="77777777" w:rsidTr="00CD63E1">
              <w:trPr>
                <w:tblCellSpacing w:w="15" w:type="dxa"/>
              </w:trPr>
              <w:tc>
                <w:tcPr>
                  <w:tcW w:w="0" w:type="auto"/>
                  <w:vAlign w:val="center"/>
                  <w:hideMark/>
                </w:tcPr>
                <w:p w14:paraId="30D29FF1" w14:textId="77777777" w:rsidR="00BB23C4" w:rsidRPr="001F505C" w:rsidRDefault="00BB23C4" w:rsidP="00CD63E1">
                  <w:pPr>
                    <w:rPr>
                      <w:rFonts w:cs="Times New Roman"/>
                      <w:sz w:val="16"/>
                      <w:szCs w:val="18"/>
                    </w:rPr>
                  </w:pPr>
                  <w:r w:rsidRPr="001F505C">
                    <w:rPr>
                      <w:rFonts w:cs="Times New Roman"/>
                      <w:sz w:val="16"/>
                      <w:szCs w:val="18"/>
                    </w:rPr>
                    <w:t>9 (7.50)</w:t>
                  </w:r>
                </w:p>
              </w:tc>
            </w:tr>
          </w:tbl>
          <w:p w14:paraId="36F538A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CBEDB1C" w14:textId="77777777" w:rsidTr="00CD63E1">
              <w:trPr>
                <w:tblCellSpacing w:w="15" w:type="dxa"/>
              </w:trPr>
              <w:tc>
                <w:tcPr>
                  <w:tcW w:w="0" w:type="auto"/>
                  <w:vAlign w:val="center"/>
                  <w:hideMark/>
                </w:tcPr>
                <w:p w14:paraId="788A4D27" w14:textId="77777777" w:rsidR="00BB23C4" w:rsidRPr="001F505C" w:rsidRDefault="00BB23C4" w:rsidP="00CD63E1">
                  <w:pPr>
                    <w:rPr>
                      <w:rFonts w:cs="Times New Roman"/>
                      <w:sz w:val="16"/>
                      <w:szCs w:val="18"/>
                    </w:rPr>
                  </w:pPr>
                  <w:r w:rsidRPr="001F505C">
                    <w:rPr>
                      <w:rFonts w:cs="Times New Roman"/>
                      <w:sz w:val="16"/>
                      <w:szCs w:val="18"/>
                    </w:rPr>
                    <w:t>20 (16.67)</w:t>
                  </w:r>
                </w:p>
              </w:tc>
            </w:tr>
          </w:tbl>
          <w:p w14:paraId="70E8AA7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9D08EA7" w14:textId="77777777" w:rsidTr="00CD63E1">
              <w:trPr>
                <w:tblCellSpacing w:w="15" w:type="dxa"/>
              </w:trPr>
              <w:tc>
                <w:tcPr>
                  <w:tcW w:w="0" w:type="auto"/>
                  <w:vAlign w:val="center"/>
                  <w:hideMark/>
                </w:tcPr>
                <w:p w14:paraId="28DFB932" w14:textId="77777777" w:rsidR="00BB23C4" w:rsidRPr="001F505C" w:rsidRDefault="00BB23C4" w:rsidP="00CD63E1">
                  <w:pPr>
                    <w:rPr>
                      <w:rFonts w:cs="Times New Roman"/>
                      <w:sz w:val="16"/>
                      <w:szCs w:val="18"/>
                    </w:rPr>
                  </w:pPr>
                  <w:r w:rsidRPr="001F505C">
                    <w:rPr>
                      <w:rFonts w:cs="Times New Roman"/>
                      <w:sz w:val="16"/>
                      <w:szCs w:val="18"/>
                    </w:rPr>
                    <w:t>3 (2.50)</w:t>
                  </w:r>
                </w:p>
              </w:tc>
            </w:tr>
          </w:tbl>
          <w:p w14:paraId="40FD6E31" w14:textId="77777777" w:rsidR="00BB23C4" w:rsidRPr="001F505C" w:rsidRDefault="00BB23C4" w:rsidP="00CD63E1">
            <w:pPr>
              <w:rPr>
                <w:rFonts w:cs="Times New Roman"/>
                <w:sz w:val="16"/>
                <w:szCs w:val="18"/>
              </w:rPr>
            </w:pPr>
          </w:p>
        </w:tc>
      </w:tr>
      <w:tr w:rsidR="00BB23C4" w:rsidRPr="001F505C" w14:paraId="798AD7FE" w14:textId="77777777" w:rsidTr="00CD63E1">
        <w:tc>
          <w:tcPr>
            <w:tcW w:w="0" w:type="auto"/>
          </w:tcPr>
          <w:p w14:paraId="21CAA915" w14:textId="77777777" w:rsidR="00BB23C4" w:rsidRPr="001F505C" w:rsidRDefault="00BB23C4" w:rsidP="00CD63E1">
            <w:pPr>
              <w:spacing w:line="360" w:lineRule="auto"/>
              <w:rPr>
                <w:rFonts w:cs="Times New Roman"/>
                <w:sz w:val="16"/>
                <w:szCs w:val="18"/>
              </w:rPr>
            </w:pPr>
          </w:p>
        </w:tc>
        <w:tc>
          <w:tcPr>
            <w:tcW w:w="0" w:type="auto"/>
          </w:tcPr>
          <w:p w14:paraId="76C555A1" w14:textId="77777777" w:rsidR="00BB23C4" w:rsidRPr="001F505C" w:rsidRDefault="00BB23C4" w:rsidP="00CD63E1">
            <w:pPr>
              <w:spacing w:line="360" w:lineRule="auto"/>
              <w:rPr>
                <w:rFonts w:cs="Times New Roman"/>
                <w:sz w:val="16"/>
                <w:szCs w:val="18"/>
              </w:rPr>
            </w:pPr>
            <w:r w:rsidRPr="001F505C">
              <w:rPr>
                <w:rFonts w:cs="Times New Roman"/>
                <w:sz w:val="16"/>
                <w:szCs w:val="18"/>
              </w:rPr>
              <w:t>Kaccha without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50F20BE" w14:textId="77777777" w:rsidTr="00CD63E1">
              <w:trPr>
                <w:tblCellSpacing w:w="15" w:type="dxa"/>
              </w:trPr>
              <w:tc>
                <w:tcPr>
                  <w:tcW w:w="0" w:type="auto"/>
                  <w:vAlign w:val="center"/>
                  <w:hideMark/>
                </w:tcPr>
                <w:p w14:paraId="0B72FAE0" w14:textId="77777777" w:rsidR="00BB23C4" w:rsidRPr="001F505C" w:rsidRDefault="00BB23C4" w:rsidP="00CD63E1">
                  <w:pPr>
                    <w:rPr>
                      <w:rFonts w:cs="Times New Roman"/>
                      <w:sz w:val="16"/>
                      <w:szCs w:val="18"/>
                    </w:rPr>
                  </w:pPr>
                  <w:r w:rsidRPr="001F505C">
                    <w:rPr>
                      <w:rFonts w:cs="Times New Roman"/>
                      <w:sz w:val="16"/>
                      <w:szCs w:val="18"/>
                    </w:rPr>
                    <w:t>81 (67.50)</w:t>
                  </w:r>
                </w:p>
              </w:tc>
            </w:tr>
          </w:tbl>
          <w:p w14:paraId="4067E9C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A5A58A0" w14:textId="77777777" w:rsidTr="00CD63E1">
              <w:trPr>
                <w:tblCellSpacing w:w="15" w:type="dxa"/>
              </w:trPr>
              <w:tc>
                <w:tcPr>
                  <w:tcW w:w="0" w:type="auto"/>
                  <w:vAlign w:val="center"/>
                  <w:hideMark/>
                </w:tcPr>
                <w:p w14:paraId="6D81099A" w14:textId="77777777" w:rsidR="00BB23C4" w:rsidRPr="001F505C" w:rsidRDefault="00BB23C4" w:rsidP="00CD63E1">
                  <w:pPr>
                    <w:rPr>
                      <w:rFonts w:cs="Times New Roman"/>
                      <w:sz w:val="16"/>
                      <w:szCs w:val="18"/>
                    </w:rPr>
                  </w:pPr>
                  <w:r w:rsidRPr="001F505C">
                    <w:rPr>
                      <w:rFonts w:cs="Times New Roman"/>
                      <w:sz w:val="16"/>
                      <w:szCs w:val="18"/>
                    </w:rPr>
                    <w:t>87 (72.50)</w:t>
                  </w:r>
                </w:p>
              </w:tc>
            </w:tr>
          </w:tbl>
          <w:p w14:paraId="4706B96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AD277EC" w14:textId="77777777" w:rsidTr="00CD63E1">
              <w:trPr>
                <w:tblCellSpacing w:w="15" w:type="dxa"/>
              </w:trPr>
              <w:tc>
                <w:tcPr>
                  <w:tcW w:w="0" w:type="auto"/>
                  <w:vAlign w:val="center"/>
                  <w:hideMark/>
                </w:tcPr>
                <w:p w14:paraId="6802B479"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074F7D24"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2415BE0" w14:textId="77777777" w:rsidTr="00CD63E1">
              <w:trPr>
                <w:tblCellSpacing w:w="15" w:type="dxa"/>
              </w:trPr>
              <w:tc>
                <w:tcPr>
                  <w:tcW w:w="0" w:type="auto"/>
                  <w:vAlign w:val="center"/>
                  <w:hideMark/>
                </w:tcPr>
                <w:p w14:paraId="0F8090D8" w14:textId="77777777" w:rsidR="00BB23C4" w:rsidRPr="001F505C" w:rsidRDefault="00BB23C4" w:rsidP="00CD63E1">
                  <w:pPr>
                    <w:rPr>
                      <w:rFonts w:cs="Times New Roman"/>
                      <w:sz w:val="16"/>
                      <w:szCs w:val="18"/>
                    </w:rPr>
                  </w:pPr>
                  <w:r w:rsidRPr="001F505C">
                    <w:rPr>
                      <w:rFonts w:cs="Times New Roman"/>
                      <w:sz w:val="16"/>
                      <w:szCs w:val="18"/>
                    </w:rPr>
                    <w:t>19 (15.83)</w:t>
                  </w:r>
                </w:p>
              </w:tc>
            </w:tr>
          </w:tbl>
          <w:p w14:paraId="306E7D1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D49D4E8" w14:textId="77777777" w:rsidTr="00CD63E1">
              <w:trPr>
                <w:tblCellSpacing w:w="15" w:type="dxa"/>
              </w:trPr>
              <w:tc>
                <w:tcPr>
                  <w:tcW w:w="0" w:type="auto"/>
                  <w:vAlign w:val="center"/>
                  <w:hideMark/>
                </w:tcPr>
                <w:p w14:paraId="19C09CBE" w14:textId="77777777" w:rsidR="00BB23C4" w:rsidRPr="001F505C" w:rsidRDefault="00BB23C4" w:rsidP="00CD63E1">
                  <w:pPr>
                    <w:rPr>
                      <w:rFonts w:cs="Times New Roman"/>
                      <w:sz w:val="16"/>
                      <w:szCs w:val="18"/>
                    </w:rPr>
                  </w:pPr>
                  <w:r w:rsidRPr="001F505C">
                    <w:rPr>
                      <w:rFonts w:cs="Times New Roman"/>
                      <w:sz w:val="16"/>
                      <w:szCs w:val="18"/>
                    </w:rPr>
                    <w:t>31 (25.83)</w:t>
                  </w:r>
                </w:p>
              </w:tc>
            </w:tr>
          </w:tbl>
          <w:p w14:paraId="64797E6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1CF36C5F" w14:textId="77777777" w:rsidTr="00CD63E1">
              <w:trPr>
                <w:tblCellSpacing w:w="15" w:type="dxa"/>
              </w:trPr>
              <w:tc>
                <w:tcPr>
                  <w:tcW w:w="0" w:type="auto"/>
                  <w:vAlign w:val="center"/>
                  <w:hideMark/>
                </w:tcPr>
                <w:p w14:paraId="23F22EA0" w14:textId="77777777" w:rsidR="00BB23C4" w:rsidRPr="001F505C" w:rsidRDefault="00BB23C4" w:rsidP="00CD63E1">
                  <w:pPr>
                    <w:rPr>
                      <w:rFonts w:cs="Times New Roman"/>
                      <w:sz w:val="16"/>
                      <w:szCs w:val="18"/>
                    </w:rPr>
                  </w:pPr>
                  <w:r w:rsidRPr="001F505C">
                    <w:rPr>
                      <w:rFonts w:cs="Times New Roman"/>
                      <w:sz w:val="16"/>
                      <w:szCs w:val="18"/>
                    </w:rPr>
                    <w:t>32 (26.67)</w:t>
                  </w:r>
                </w:p>
              </w:tc>
            </w:tr>
          </w:tbl>
          <w:p w14:paraId="41912D7C" w14:textId="77777777" w:rsidR="00BB23C4" w:rsidRPr="001F505C" w:rsidRDefault="00BB23C4" w:rsidP="00CD63E1">
            <w:pPr>
              <w:rPr>
                <w:rFonts w:cs="Times New Roman"/>
                <w:sz w:val="16"/>
                <w:szCs w:val="18"/>
              </w:rPr>
            </w:pPr>
          </w:p>
        </w:tc>
      </w:tr>
      <w:tr w:rsidR="00BB23C4" w:rsidRPr="001F505C" w14:paraId="102A7C8C" w14:textId="77777777" w:rsidTr="00CD63E1">
        <w:tc>
          <w:tcPr>
            <w:tcW w:w="0" w:type="auto"/>
          </w:tcPr>
          <w:p w14:paraId="5E8D2555" w14:textId="77777777" w:rsidR="00BB23C4" w:rsidRPr="001F505C" w:rsidRDefault="00BB23C4" w:rsidP="00CD63E1">
            <w:pPr>
              <w:spacing w:line="360" w:lineRule="auto"/>
              <w:rPr>
                <w:rFonts w:cs="Times New Roman"/>
                <w:sz w:val="16"/>
                <w:szCs w:val="18"/>
              </w:rPr>
            </w:pPr>
          </w:p>
        </w:tc>
        <w:tc>
          <w:tcPr>
            <w:tcW w:w="0" w:type="auto"/>
          </w:tcPr>
          <w:p w14:paraId="67DE03AB" w14:textId="77777777" w:rsidR="00BB23C4" w:rsidRPr="001F505C" w:rsidRDefault="00BB23C4" w:rsidP="00CD63E1">
            <w:pPr>
              <w:spacing w:line="360" w:lineRule="auto"/>
              <w:rPr>
                <w:rFonts w:cs="Times New Roman"/>
                <w:sz w:val="16"/>
                <w:szCs w:val="18"/>
              </w:rPr>
            </w:pPr>
            <w:r w:rsidRPr="001F505C">
              <w:rPr>
                <w:rFonts w:cs="Times New Roman"/>
                <w:sz w:val="16"/>
                <w:szCs w:val="18"/>
              </w:rPr>
              <w:t>Pucca without bedding</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6491E3F" w14:textId="77777777" w:rsidTr="00CD63E1">
              <w:trPr>
                <w:tblCellSpacing w:w="15" w:type="dxa"/>
              </w:trPr>
              <w:tc>
                <w:tcPr>
                  <w:tcW w:w="0" w:type="auto"/>
                  <w:vAlign w:val="center"/>
                  <w:hideMark/>
                </w:tcPr>
                <w:p w14:paraId="4B3FB680" w14:textId="77777777" w:rsidR="00BB23C4" w:rsidRPr="001F505C" w:rsidRDefault="00BB23C4" w:rsidP="00CD63E1">
                  <w:pPr>
                    <w:rPr>
                      <w:rFonts w:cs="Times New Roman"/>
                      <w:sz w:val="16"/>
                      <w:szCs w:val="18"/>
                    </w:rPr>
                  </w:pPr>
                  <w:r w:rsidRPr="001F505C">
                    <w:rPr>
                      <w:rFonts w:cs="Times New Roman"/>
                      <w:sz w:val="16"/>
                      <w:szCs w:val="18"/>
                    </w:rPr>
                    <w:t>12 (10.00)</w:t>
                  </w:r>
                </w:p>
              </w:tc>
            </w:tr>
          </w:tbl>
          <w:p w14:paraId="1E1A373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5121D67" w14:textId="77777777" w:rsidTr="00CD63E1">
              <w:trPr>
                <w:tblCellSpacing w:w="15" w:type="dxa"/>
              </w:trPr>
              <w:tc>
                <w:tcPr>
                  <w:tcW w:w="0" w:type="auto"/>
                  <w:vAlign w:val="center"/>
                  <w:hideMark/>
                </w:tcPr>
                <w:p w14:paraId="6EC635FD" w14:textId="77777777" w:rsidR="00BB23C4" w:rsidRPr="001F505C" w:rsidRDefault="00BB23C4" w:rsidP="00CD63E1">
                  <w:pPr>
                    <w:rPr>
                      <w:rFonts w:cs="Times New Roman"/>
                      <w:sz w:val="16"/>
                      <w:szCs w:val="18"/>
                    </w:rPr>
                  </w:pPr>
                  <w:r w:rsidRPr="001F505C">
                    <w:rPr>
                      <w:rFonts w:cs="Times New Roman"/>
                      <w:sz w:val="16"/>
                      <w:szCs w:val="18"/>
                    </w:rPr>
                    <w:t>3 (2.50)</w:t>
                  </w:r>
                </w:p>
              </w:tc>
            </w:tr>
          </w:tbl>
          <w:p w14:paraId="62FEC0D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6A90660F" w14:textId="77777777" w:rsidTr="00CD63E1">
              <w:trPr>
                <w:tblCellSpacing w:w="15" w:type="dxa"/>
              </w:trPr>
              <w:tc>
                <w:tcPr>
                  <w:tcW w:w="0" w:type="auto"/>
                  <w:vAlign w:val="center"/>
                  <w:hideMark/>
                </w:tcPr>
                <w:p w14:paraId="623A1DA6"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40A837D9"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3DC71D0" w14:textId="77777777" w:rsidTr="00CD63E1">
              <w:trPr>
                <w:tblCellSpacing w:w="15" w:type="dxa"/>
              </w:trPr>
              <w:tc>
                <w:tcPr>
                  <w:tcW w:w="0" w:type="auto"/>
                  <w:vAlign w:val="center"/>
                  <w:hideMark/>
                </w:tcPr>
                <w:p w14:paraId="107356FA"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B070CD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4766ED6" w14:textId="77777777" w:rsidTr="00CD63E1">
              <w:trPr>
                <w:tblCellSpacing w:w="15" w:type="dxa"/>
              </w:trPr>
              <w:tc>
                <w:tcPr>
                  <w:tcW w:w="0" w:type="auto"/>
                  <w:vAlign w:val="center"/>
                  <w:hideMark/>
                </w:tcPr>
                <w:p w14:paraId="488514A9"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3E86E09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FDE4B49" w14:textId="77777777" w:rsidTr="00CD63E1">
              <w:trPr>
                <w:tblCellSpacing w:w="15" w:type="dxa"/>
              </w:trPr>
              <w:tc>
                <w:tcPr>
                  <w:tcW w:w="0" w:type="auto"/>
                  <w:vAlign w:val="center"/>
                  <w:hideMark/>
                </w:tcPr>
                <w:p w14:paraId="5763847B"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2DFAF8E0" w14:textId="77777777" w:rsidR="00BB23C4" w:rsidRPr="001F505C" w:rsidRDefault="00BB23C4" w:rsidP="00CD63E1">
            <w:pPr>
              <w:rPr>
                <w:rFonts w:cs="Times New Roman"/>
                <w:sz w:val="16"/>
                <w:szCs w:val="18"/>
              </w:rPr>
            </w:pPr>
          </w:p>
        </w:tc>
      </w:tr>
      <w:tr w:rsidR="00BB23C4" w:rsidRPr="001F505C" w14:paraId="7251E1A0" w14:textId="77777777" w:rsidTr="00CD63E1">
        <w:tc>
          <w:tcPr>
            <w:tcW w:w="0" w:type="auto"/>
          </w:tcPr>
          <w:p w14:paraId="48F8D229"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4.</w:t>
            </w:r>
          </w:p>
        </w:tc>
        <w:tc>
          <w:tcPr>
            <w:tcW w:w="0" w:type="auto"/>
            <w:gridSpan w:val="7"/>
          </w:tcPr>
          <w:p w14:paraId="0CA35DCB"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Litter material used </w:t>
            </w:r>
          </w:p>
        </w:tc>
      </w:tr>
      <w:tr w:rsidR="00BB23C4" w:rsidRPr="001F505C" w14:paraId="1B1A8F32" w14:textId="77777777" w:rsidTr="00CD63E1">
        <w:tc>
          <w:tcPr>
            <w:tcW w:w="0" w:type="auto"/>
          </w:tcPr>
          <w:p w14:paraId="4A49AFC2" w14:textId="77777777" w:rsidR="00BB23C4" w:rsidRPr="001F505C" w:rsidRDefault="00BB23C4" w:rsidP="00CD63E1">
            <w:pPr>
              <w:spacing w:line="360" w:lineRule="auto"/>
              <w:rPr>
                <w:rFonts w:cs="Times New Roman"/>
                <w:sz w:val="16"/>
                <w:szCs w:val="18"/>
              </w:rPr>
            </w:pPr>
          </w:p>
        </w:tc>
        <w:tc>
          <w:tcPr>
            <w:tcW w:w="0" w:type="auto"/>
          </w:tcPr>
          <w:p w14:paraId="07E89067" w14:textId="77777777" w:rsidR="00BB23C4" w:rsidRPr="001F505C" w:rsidRDefault="00BB23C4" w:rsidP="00CD63E1">
            <w:pPr>
              <w:spacing w:line="360" w:lineRule="auto"/>
              <w:rPr>
                <w:rFonts w:cs="Times New Roman"/>
                <w:sz w:val="16"/>
                <w:szCs w:val="18"/>
              </w:rPr>
            </w:pPr>
            <w:r w:rsidRPr="001F505C">
              <w:rPr>
                <w:rFonts w:cs="Times New Roman"/>
                <w:sz w:val="16"/>
                <w:szCs w:val="18"/>
              </w:rPr>
              <w:t>Sawdust</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A849F8A" w14:textId="77777777" w:rsidTr="00CD63E1">
              <w:trPr>
                <w:tblCellSpacing w:w="15" w:type="dxa"/>
              </w:trPr>
              <w:tc>
                <w:tcPr>
                  <w:tcW w:w="0" w:type="auto"/>
                  <w:vAlign w:val="center"/>
                  <w:hideMark/>
                </w:tcPr>
                <w:p w14:paraId="7FF87A9C"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4CE96E7D"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0842F6C" w14:textId="77777777" w:rsidTr="00CD63E1">
              <w:trPr>
                <w:tblCellSpacing w:w="15" w:type="dxa"/>
              </w:trPr>
              <w:tc>
                <w:tcPr>
                  <w:tcW w:w="0" w:type="auto"/>
                  <w:vAlign w:val="center"/>
                  <w:hideMark/>
                </w:tcPr>
                <w:p w14:paraId="324086E8"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1A1C247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69ED26B" w14:textId="77777777" w:rsidTr="00CD63E1">
              <w:trPr>
                <w:tblCellSpacing w:w="15" w:type="dxa"/>
              </w:trPr>
              <w:tc>
                <w:tcPr>
                  <w:tcW w:w="0" w:type="auto"/>
                  <w:vAlign w:val="center"/>
                  <w:hideMark/>
                </w:tcPr>
                <w:p w14:paraId="44AFC82A"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35FB209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948037C" w14:textId="77777777" w:rsidTr="00CD63E1">
              <w:trPr>
                <w:tblCellSpacing w:w="15" w:type="dxa"/>
              </w:trPr>
              <w:tc>
                <w:tcPr>
                  <w:tcW w:w="0" w:type="auto"/>
                  <w:vAlign w:val="center"/>
                  <w:hideMark/>
                </w:tcPr>
                <w:p w14:paraId="7E1D68BD"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6ABA8A6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02FE148C" w14:textId="77777777" w:rsidTr="00CD63E1">
              <w:trPr>
                <w:tblCellSpacing w:w="15" w:type="dxa"/>
              </w:trPr>
              <w:tc>
                <w:tcPr>
                  <w:tcW w:w="0" w:type="auto"/>
                  <w:vAlign w:val="center"/>
                  <w:hideMark/>
                </w:tcPr>
                <w:p w14:paraId="115B9F61"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6866FD3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2"/>
              <w:gridCol w:w="45"/>
            </w:tblGrid>
            <w:tr w:rsidR="00BB23C4" w:rsidRPr="001F505C" w14:paraId="419E618C" w14:textId="77777777" w:rsidTr="00CD63E1">
              <w:trPr>
                <w:gridAfter w:val="1"/>
                <w:tblCellSpacing w:w="15" w:type="dxa"/>
              </w:trPr>
              <w:tc>
                <w:tcPr>
                  <w:tcW w:w="0" w:type="auto"/>
                  <w:vAlign w:val="center"/>
                  <w:hideMark/>
                </w:tcPr>
                <w:p w14:paraId="520C6C2A" w14:textId="77777777" w:rsidR="00BB23C4" w:rsidRPr="001F505C" w:rsidRDefault="00BB23C4" w:rsidP="00CD63E1">
                  <w:pPr>
                    <w:rPr>
                      <w:rFonts w:cs="Times New Roman"/>
                      <w:sz w:val="16"/>
                      <w:szCs w:val="18"/>
                    </w:rPr>
                  </w:pPr>
                </w:p>
              </w:tc>
            </w:tr>
            <w:tr w:rsidR="00BB23C4" w:rsidRPr="001F505C" w14:paraId="4D2BB9D9" w14:textId="77777777" w:rsidTr="00CD63E1">
              <w:trPr>
                <w:tblCellSpacing w:w="15" w:type="dxa"/>
              </w:trPr>
              <w:tc>
                <w:tcPr>
                  <w:tcW w:w="0" w:type="auto"/>
                  <w:gridSpan w:val="2"/>
                  <w:vAlign w:val="center"/>
                  <w:hideMark/>
                </w:tcPr>
                <w:p w14:paraId="74110CFA"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1858A62" w14:textId="77777777" w:rsidR="00BB23C4" w:rsidRPr="001F505C" w:rsidRDefault="00BB23C4" w:rsidP="00CD63E1">
            <w:pPr>
              <w:rPr>
                <w:rFonts w:cs="Times New Roman"/>
                <w:sz w:val="16"/>
                <w:szCs w:val="18"/>
              </w:rPr>
            </w:pPr>
          </w:p>
        </w:tc>
      </w:tr>
      <w:tr w:rsidR="00BB23C4" w:rsidRPr="001F505C" w14:paraId="7E7CBEAF" w14:textId="77777777" w:rsidTr="00CD63E1">
        <w:tc>
          <w:tcPr>
            <w:tcW w:w="0" w:type="auto"/>
          </w:tcPr>
          <w:p w14:paraId="64F4307A" w14:textId="77777777" w:rsidR="00BB23C4" w:rsidRPr="001F505C" w:rsidRDefault="00BB23C4" w:rsidP="00CD63E1">
            <w:pPr>
              <w:spacing w:line="360" w:lineRule="auto"/>
              <w:rPr>
                <w:rFonts w:cs="Times New Roman"/>
                <w:sz w:val="16"/>
                <w:szCs w:val="18"/>
              </w:rPr>
            </w:pPr>
          </w:p>
        </w:tc>
        <w:tc>
          <w:tcPr>
            <w:tcW w:w="0" w:type="auto"/>
          </w:tcPr>
          <w:p w14:paraId="06F4A4D2" w14:textId="77777777" w:rsidR="00BB23C4" w:rsidRPr="001F505C" w:rsidRDefault="00BB23C4" w:rsidP="00CD63E1">
            <w:pPr>
              <w:spacing w:line="360" w:lineRule="auto"/>
              <w:rPr>
                <w:rFonts w:cs="Times New Roman"/>
                <w:sz w:val="16"/>
                <w:szCs w:val="18"/>
              </w:rPr>
            </w:pPr>
            <w:r w:rsidRPr="001F505C">
              <w:rPr>
                <w:rFonts w:cs="Times New Roman"/>
                <w:sz w:val="16"/>
                <w:szCs w:val="18"/>
              </w:rPr>
              <w:t>Rice husk</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7D792D6" w14:textId="77777777" w:rsidTr="00CD63E1">
              <w:trPr>
                <w:tblCellSpacing w:w="15" w:type="dxa"/>
              </w:trPr>
              <w:tc>
                <w:tcPr>
                  <w:tcW w:w="0" w:type="auto"/>
                  <w:vAlign w:val="center"/>
                  <w:hideMark/>
                </w:tcPr>
                <w:p w14:paraId="7263C05D"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429210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2022851" w14:textId="77777777" w:rsidTr="00CD63E1">
              <w:trPr>
                <w:tblCellSpacing w:w="15" w:type="dxa"/>
              </w:trPr>
              <w:tc>
                <w:tcPr>
                  <w:tcW w:w="0" w:type="auto"/>
                  <w:vAlign w:val="center"/>
                  <w:hideMark/>
                </w:tcPr>
                <w:p w14:paraId="58E55BDE" w14:textId="77777777" w:rsidR="00BB23C4" w:rsidRPr="001F505C" w:rsidRDefault="00BB23C4" w:rsidP="00CD63E1">
                  <w:pPr>
                    <w:rPr>
                      <w:rFonts w:cs="Times New Roman"/>
                      <w:sz w:val="16"/>
                      <w:szCs w:val="18"/>
                    </w:rPr>
                  </w:pPr>
                  <w:r w:rsidRPr="001F505C">
                    <w:rPr>
                      <w:rFonts w:cs="Times New Roman"/>
                      <w:sz w:val="16"/>
                      <w:szCs w:val="18"/>
                    </w:rPr>
                    <w:t>9 (7.50)</w:t>
                  </w:r>
                </w:p>
              </w:tc>
            </w:tr>
          </w:tbl>
          <w:p w14:paraId="57D18F0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BB23C4" w:rsidRPr="001F505C" w14:paraId="3A3A08EC" w14:textId="77777777" w:rsidTr="00CD63E1">
              <w:trPr>
                <w:tblCellSpacing w:w="15" w:type="dxa"/>
              </w:trPr>
              <w:tc>
                <w:tcPr>
                  <w:tcW w:w="0" w:type="auto"/>
                  <w:vAlign w:val="center"/>
                  <w:hideMark/>
                </w:tcPr>
                <w:p w14:paraId="1D6802A4" w14:textId="77777777" w:rsidR="00BB23C4" w:rsidRPr="001F505C" w:rsidRDefault="00BB23C4" w:rsidP="00CD63E1">
                  <w:pPr>
                    <w:rPr>
                      <w:rFonts w:cs="Times New Roman"/>
                      <w:sz w:val="16"/>
                      <w:szCs w:val="18"/>
                    </w:rPr>
                  </w:pPr>
                  <w:r w:rsidRPr="001F505C">
                    <w:rPr>
                      <w:rFonts w:cs="Times New Roman"/>
                      <w:sz w:val="16"/>
                      <w:szCs w:val="18"/>
                    </w:rPr>
                    <w:t>102 (85.00)</w:t>
                  </w:r>
                </w:p>
              </w:tc>
            </w:tr>
          </w:tbl>
          <w:p w14:paraId="5F751A2D"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AF9162A" w14:textId="77777777" w:rsidTr="00CD63E1">
              <w:trPr>
                <w:tblCellSpacing w:w="15" w:type="dxa"/>
              </w:trPr>
              <w:tc>
                <w:tcPr>
                  <w:tcW w:w="0" w:type="auto"/>
                  <w:vAlign w:val="center"/>
                  <w:hideMark/>
                </w:tcPr>
                <w:p w14:paraId="2A7A2563" w14:textId="77777777" w:rsidR="00BB23C4" w:rsidRPr="001F505C" w:rsidRDefault="00BB23C4" w:rsidP="00CD63E1">
                  <w:pPr>
                    <w:rPr>
                      <w:rFonts w:cs="Times New Roman"/>
                      <w:sz w:val="16"/>
                      <w:szCs w:val="18"/>
                    </w:rPr>
                  </w:pPr>
                  <w:r w:rsidRPr="001F505C">
                    <w:rPr>
                      <w:rFonts w:cs="Times New Roman"/>
                      <w:sz w:val="16"/>
                      <w:szCs w:val="18"/>
                    </w:rPr>
                    <w:t>88 (73.33)</w:t>
                  </w:r>
                </w:p>
              </w:tc>
            </w:tr>
          </w:tbl>
          <w:p w14:paraId="30D422E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C2152D5" w14:textId="77777777" w:rsidTr="00CD63E1">
              <w:trPr>
                <w:tblCellSpacing w:w="15" w:type="dxa"/>
              </w:trPr>
              <w:tc>
                <w:tcPr>
                  <w:tcW w:w="0" w:type="auto"/>
                  <w:vAlign w:val="center"/>
                  <w:hideMark/>
                </w:tcPr>
                <w:p w14:paraId="554AA824" w14:textId="77777777" w:rsidR="00BB23C4" w:rsidRPr="001F505C" w:rsidRDefault="00BB23C4" w:rsidP="00CD63E1">
                  <w:pPr>
                    <w:rPr>
                      <w:rFonts w:cs="Times New Roman"/>
                      <w:sz w:val="16"/>
                      <w:szCs w:val="18"/>
                    </w:rPr>
                  </w:pPr>
                  <w:r w:rsidRPr="001F505C">
                    <w:rPr>
                      <w:rFonts w:cs="Times New Roman"/>
                      <w:sz w:val="16"/>
                      <w:szCs w:val="18"/>
                    </w:rPr>
                    <w:t>8 (6.67)</w:t>
                  </w:r>
                </w:p>
              </w:tc>
            </w:tr>
          </w:tbl>
          <w:p w14:paraId="1573827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3652066E" w14:textId="77777777" w:rsidTr="00CD63E1">
              <w:trPr>
                <w:tblCellSpacing w:w="15" w:type="dxa"/>
              </w:trPr>
              <w:tc>
                <w:tcPr>
                  <w:tcW w:w="0" w:type="auto"/>
                  <w:vAlign w:val="center"/>
                  <w:hideMark/>
                </w:tcPr>
                <w:p w14:paraId="0B617F01" w14:textId="77777777" w:rsidR="00BB23C4" w:rsidRPr="001F505C" w:rsidRDefault="00BB23C4" w:rsidP="00CD63E1">
                  <w:pPr>
                    <w:rPr>
                      <w:rFonts w:cs="Times New Roman"/>
                      <w:sz w:val="16"/>
                      <w:szCs w:val="18"/>
                    </w:rPr>
                  </w:pPr>
                  <w:r w:rsidRPr="001F505C">
                    <w:rPr>
                      <w:rFonts w:cs="Times New Roman"/>
                      <w:sz w:val="16"/>
                      <w:szCs w:val="18"/>
                    </w:rPr>
                    <w:t>23 (19.17)</w:t>
                  </w:r>
                </w:p>
              </w:tc>
            </w:tr>
          </w:tbl>
          <w:p w14:paraId="03CD853A" w14:textId="77777777" w:rsidR="00BB23C4" w:rsidRPr="001F505C" w:rsidRDefault="00BB23C4" w:rsidP="00CD63E1">
            <w:pPr>
              <w:rPr>
                <w:rFonts w:cs="Times New Roman"/>
                <w:sz w:val="16"/>
                <w:szCs w:val="18"/>
              </w:rPr>
            </w:pPr>
          </w:p>
        </w:tc>
      </w:tr>
      <w:tr w:rsidR="00BB23C4" w:rsidRPr="001F505C" w14:paraId="4675AAEA" w14:textId="77777777" w:rsidTr="00CD63E1">
        <w:tc>
          <w:tcPr>
            <w:tcW w:w="0" w:type="auto"/>
          </w:tcPr>
          <w:p w14:paraId="12AC3DC2" w14:textId="77777777" w:rsidR="00BB23C4" w:rsidRPr="001F505C" w:rsidRDefault="00BB23C4" w:rsidP="00CD63E1">
            <w:pPr>
              <w:spacing w:line="360" w:lineRule="auto"/>
              <w:rPr>
                <w:rFonts w:cs="Times New Roman"/>
                <w:sz w:val="16"/>
                <w:szCs w:val="18"/>
              </w:rPr>
            </w:pPr>
          </w:p>
        </w:tc>
        <w:tc>
          <w:tcPr>
            <w:tcW w:w="0" w:type="auto"/>
          </w:tcPr>
          <w:p w14:paraId="74C9EA74" w14:textId="77777777" w:rsidR="00BB23C4" w:rsidRPr="001F505C" w:rsidRDefault="00BB23C4" w:rsidP="00CD63E1">
            <w:pPr>
              <w:spacing w:line="360" w:lineRule="auto"/>
              <w:rPr>
                <w:rFonts w:cs="Times New Roman"/>
                <w:sz w:val="16"/>
                <w:szCs w:val="18"/>
              </w:rPr>
            </w:pPr>
            <w:r w:rsidRPr="001F505C">
              <w:rPr>
                <w:rFonts w:cs="Times New Roman"/>
                <w:sz w:val="16"/>
                <w:szCs w:val="18"/>
              </w:rPr>
              <w:t>Wheat straw</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51567D29" w14:textId="77777777" w:rsidTr="00CD63E1">
              <w:trPr>
                <w:tblCellSpacing w:w="15" w:type="dxa"/>
              </w:trPr>
              <w:tc>
                <w:tcPr>
                  <w:tcW w:w="0" w:type="auto"/>
                  <w:vAlign w:val="center"/>
                  <w:hideMark/>
                </w:tcPr>
                <w:p w14:paraId="01346014" w14:textId="77777777" w:rsidR="00BB23C4" w:rsidRPr="001F505C" w:rsidRDefault="00BB23C4" w:rsidP="00CD63E1">
                  <w:pPr>
                    <w:rPr>
                      <w:rFonts w:cs="Times New Roman"/>
                      <w:sz w:val="16"/>
                      <w:szCs w:val="18"/>
                    </w:rPr>
                  </w:pPr>
                  <w:r w:rsidRPr="001F505C">
                    <w:rPr>
                      <w:rFonts w:cs="Times New Roman"/>
                      <w:sz w:val="16"/>
                      <w:szCs w:val="18"/>
                    </w:rPr>
                    <w:t>20 (16.67)</w:t>
                  </w:r>
                </w:p>
              </w:tc>
            </w:tr>
          </w:tbl>
          <w:p w14:paraId="7E0C79F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35FA1B47" w14:textId="77777777" w:rsidTr="00CD63E1">
              <w:trPr>
                <w:tblCellSpacing w:w="15" w:type="dxa"/>
              </w:trPr>
              <w:tc>
                <w:tcPr>
                  <w:tcW w:w="0" w:type="auto"/>
                  <w:vAlign w:val="center"/>
                  <w:hideMark/>
                </w:tcPr>
                <w:p w14:paraId="3FAEF502" w14:textId="77777777" w:rsidR="00BB23C4" w:rsidRPr="001F505C" w:rsidRDefault="00BB23C4" w:rsidP="00CD63E1">
                  <w:pPr>
                    <w:rPr>
                      <w:rFonts w:cs="Times New Roman"/>
                      <w:sz w:val="16"/>
                      <w:szCs w:val="18"/>
                    </w:rPr>
                  </w:pPr>
                  <w:r w:rsidRPr="001F505C">
                    <w:rPr>
                      <w:rFonts w:cs="Times New Roman"/>
                      <w:sz w:val="16"/>
                      <w:szCs w:val="18"/>
                    </w:rPr>
                    <w:t>17 (14.17)</w:t>
                  </w:r>
                </w:p>
              </w:tc>
            </w:tr>
          </w:tbl>
          <w:p w14:paraId="56F54C8E"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E98E82E" w14:textId="77777777" w:rsidTr="00CD63E1">
              <w:trPr>
                <w:tblCellSpacing w:w="15" w:type="dxa"/>
              </w:trPr>
              <w:tc>
                <w:tcPr>
                  <w:tcW w:w="0" w:type="auto"/>
                  <w:vAlign w:val="center"/>
                  <w:hideMark/>
                </w:tcPr>
                <w:p w14:paraId="1B86D4A8" w14:textId="77777777" w:rsidR="00BB23C4" w:rsidRPr="001F505C" w:rsidRDefault="00BB23C4" w:rsidP="00CD63E1">
                  <w:pPr>
                    <w:rPr>
                      <w:rFonts w:cs="Times New Roman"/>
                      <w:sz w:val="16"/>
                      <w:szCs w:val="18"/>
                    </w:rPr>
                  </w:pPr>
                  <w:r w:rsidRPr="001F505C">
                    <w:rPr>
                      <w:rFonts w:cs="Times New Roman"/>
                      <w:sz w:val="16"/>
                      <w:szCs w:val="18"/>
                    </w:rPr>
                    <w:t>8 (6.67)</w:t>
                  </w:r>
                </w:p>
              </w:tc>
            </w:tr>
          </w:tbl>
          <w:p w14:paraId="6B0FFA8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7"/>
            </w:tblGrid>
            <w:tr w:rsidR="00BB23C4" w:rsidRPr="001F505C" w14:paraId="72709C39" w14:textId="77777777" w:rsidTr="00CD63E1">
              <w:trPr>
                <w:tblCellSpacing w:w="15" w:type="dxa"/>
              </w:trPr>
              <w:tc>
                <w:tcPr>
                  <w:tcW w:w="0" w:type="auto"/>
                  <w:vAlign w:val="center"/>
                  <w:hideMark/>
                </w:tcPr>
                <w:p w14:paraId="5F0C3596" w14:textId="77777777" w:rsidR="00BB23C4" w:rsidRPr="001F505C" w:rsidRDefault="00BB23C4" w:rsidP="00CD63E1">
                  <w:pPr>
                    <w:rPr>
                      <w:rFonts w:cs="Times New Roman"/>
                      <w:sz w:val="16"/>
                      <w:szCs w:val="18"/>
                    </w:rPr>
                  </w:pPr>
                  <w:r w:rsidRPr="001F505C">
                    <w:rPr>
                      <w:rFonts w:cs="Times New Roman"/>
                      <w:sz w:val="16"/>
                      <w:szCs w:val="18"/>
                    </w:rPr>
                    <w:t>10 (8.33)</w:t>
                  </w:r>
                </w:p>
              </w:tc>
            </w:tr>
          </w:tbl>
          <w:p w14:paraId="652623A7"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78C20A8" w14:textId="77777777" w:rsidTr="00CD63E1">
              <w:trPr>
                <w:tblCellSpacing w:w="15" w:type="dxa"/>
              </w:trPr>
              <w:tc>
                <w:tcPr>
                  <w:tcW w:w="0" w:type="auto"/>
                  <w:vAlign w:val="center"/>
                  <w:hideMark/>
                </w:tcPr>
                <w:p w14:paraId="03329BB5" w14:textId="77777777" w:rsidR="00BB23C4" w:rsidRPr="001F505C" w:rsidRDefault="00BB23C4" w:rsidP="00CD63E1">
                  <w:pPr>
                    <w:rPr>
                      <w:rFonts w:cs="Times New Roman"/>
                      <w:sz w:val="16"/>
                      <w:szCs w:val="18"/>
                    </w:rPr>
                  </w:pPr>
                  <w:r w:rsidRPr="001F505C">
                    <w:rPr>
                      <w:rFonts w:cs="Times New Roman"/>
                      <w:sz w:val="16"/>
                      <w:szCs w:val="18"/>
                    </w:rPr>
                    <w:t>75 (62.50)</w:t>
                  </w:r>
                </w:p>
              </w:tc>
            </w:tr>
          </w:tbl>
          <w:p w14:paraId="65CDA5D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F78E2CA" w14:textId="77777777" w:rsidTr="00CD63E1">
              <w:trPr>
                <w:tblCellSpacing w:w="15" w:type="dxa"/>
              </w:trPr>
              <w:tc>
                <w:tcPr>
                  <w:tcW w:w="0" w:type="auto"/>
                  <w:vAlign w:val="center"/>
                  <w:hideMark/>
                </w:tcPr>
                <w:p w14:paraId="1D5F6380" w14:textId="77777777" w:rsidR="00BB23C4" w:rsidRPr="001F505C" w:rsidRDefault="00BB23C4" w:rsidP="00CD63E1">
                  <w:pPr>
                    <w:rPr>
                      <w:rFonts w:cs="Times New Roman"/>
                      <w:sz w:val="16"/>
                      <w:szCs w:val="18"/>
                    </w:rPr>
                  </w:pPr>
                  <w:r w:rsidRPr="001F505C">
                    <w:rPr>
                      <w:rFonts w:cs="Times New Roman"/>
                      <w:sz w:val="16"/>
                      <w:szCs w:val="18"/>
                    </w:rPr>
                    <w:t>57 (47.50)</w:t>
                  </w:r>
                </w:p>
              </w:tc>
            </w:tr>
          </w:tbl>
          <w:p w14:paraId="0BA14F8E" w14:textId="77777777" w:rsidR="00BB23C4" w:rsidRPr="001F505C" w:rsidRDefault="00BB23C4" w:rsidP="00CD63E1">
            <w:pPr>
              <w:rPr>
                <w:rFonts w:cs="Times New Roman"/>
                <w:sz w:val="16"/>
                <w:szCs w:val="18"/>
              </w:rPr>
            </w:pPr>
          </w:p>
        </w:tc>
      </w:tr>
      <w:tr w:rsidR="00BB23C4" w:rsidRPr="001F505C" w14:paraId="70BA67AE" w14:textId="77777777" w:rsidTr="00CD63E1">
        <w:tc>
          <w:tcPr>
            <w:tcW w:w="0" w:type="auto"/>
          </w:tcPr>
          <w:p w14:paraId="2B2AB2EB" w14:textId="77777777" w:rsidR="00BB23C4" w:rsidRPr="001F505C" w:rsidRDefault="00BB23C4" w:rsidP="00CD63E1">
            <w:pPr>
              <w:spacing w:line="360" w:lineRule="auto"/>
              <w:rPr>
                <w:rFonts w:cs="Times New Roman"/>
                <w:sz w:val="16"/>
                <w:szCs w:val="18"/>
              </w:rPr>
            </w:pPr>
          </w:p>
        </w:tc>
        <w:tc>
          <w:tcPr>
            <w:tcW w:w="0" w:type="auto"/>
          </w:tcPr>
          <w:p w14:paraId="201EA808" w14:textId="77777777" w:rsidR="00BB23C4" w:rsidRPr="001F505C" w:rsidRDefault="00BB23C4" w:rsidP="00CD63E1">
            <w:pPr>
              <w:spacing w:line="360" w:lineRule="auto"/>
              <w:rPr>
                <w:rFonts w:cs="Times New Roman"/>
                <w:sz w:val="16"/>
                <w:szCs w:val="18"/>
              </w:rPr>
            </w:pPr>
            <w:r w:rsidRPr="001F505C">
              <w:rPr>
                <w:rFonts w:cs="Times New Roman"/>
                <w:sz w:val="16"/>
                <w:szCs w:val="18"/>
              </w:rPr>
              <w:t>Jute bags</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30C8443" w14:textId="77777777" w:rsidTr="00CD63E1">
              <w:trPr>
                <w:tblCellSpacing w:w="15" w:type="dxa"/>
              </w:trPr>
              <w:tc>
                <w:tcPr>
                  <w:tcW w:w="0" w:type="auto"/>
                  <w:vAlign w:val="center"/>
                  <w:hideMark/>
                </w:tcPr>
                <w:p w14:paraId="5320F965" w14:textId="77777777" w:rsidR="00BB23C4" w:rsidRPr="001F505C" w:rsidRDefault="00BB23C4" w:rsidP="00CD63E1">
                  <w:pPr>
                    <w:rPr>
                      <w:rFonts w:cs="Times New Roman"/>
                      <w:sz w:val="16"/>
                      <w:szCs w:val="18"/>
                    </w:rPr>
                  </w:pPr>
                  <w:r w:rsidRPr="001F505C">
                    <w:rPr>
                      <w:rFonts w:cs="Times New Roman"/>
                      <w:sz w:val="16"/>
                      <w:szCs w:val="18"/>
                    </w:rPr>
                    <w:t>7 (5.83)</w:t>
                  </w:r>
                </w:p>
              </w:tc>
            </w:tr>
          </w:tbl>
          <w:p w14:paraId="023ADFC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9BC05F3" w14:textId="77777777" w:rsidTr="00CD63E1">
              <w:trPr>
                <w:tblCellSpacing w:w="15" w:type="dxa"/>
              </w:trPr>
              <w:tc>
                <w:tcPr>
                  <w:tcW w:w="0" w:type="auto"/>
                  <w:vAlign w:val="center"/>
                  <w:hideMark/>
                </w:tcPr>
                <w:p w14:paraId="27A68153" w14:textId="77777777" w:rsidR="00BB23C4" w:rsidRPr="001F505C" w:rsidRDefault="00BB23C4" w:rsidP="00CD63E1">
                  <w:pPr>
                    <w:rPr>
                      <w:rFonts w:cs="Times New Roman"/>
                      <w:sz w:val="16"/>
                      <w:szCs w:val="18"/>
                    </w:rPr>
                  </w:pPr>
                  <w:r w:rsidRPr="001F505C">
                    <w:rPr>
                      <w:rFonts w:cs="Times New Roman"/>
                      <w:sz w:val="16"/>
                      <w:szCs w:val="18"/>
                    </w:rPr>
                    <w:t>4 (3.33)</w:t>
                  </w:r>
                </w:p>
              </w:tc>
            </w:tr>
          </w:tbl>
          <w:p w14:paraId="7D3D1FFA"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10A541A7" w14:textId="77777777" w:rsidTr="00CD63E1">
              <w:trPr>
                <w:tblCellSpacing w:w="15" w:type="dxa"/>
              </w:trPr>
              <w:tc>
                <w:tcPr>
                  <w:tcW w:w="0" w:type="auto"/>
                  <w:vAlign w:val="center"/>
                  <w:hideMark/>
                </w:tcPr>
                <w:p w14:paraId="2D00BED2" w14:textId="77777777" w:rsidR="00BB23C4" w:rsidRPr="001F505C" w:rsidRDefault="00BB23C4" w:rsidP="00CD63E1">
                  <w:pPr>
                    <w:rPr>
                      <w:rFonts w:cs="Times New Roman"/>
                      <w:sz w:val="16"/>
                      <w:szCs w:val="18"/>
                    </w:rPr>
                  </w:pPr>
                  <w:r w:rsidRPr="001F505C">
                    <w:rPr>
                      <w:rFonts w:cs="Times New Roman"/>
                      <w:sz w:val="16"/>
                      <w:szCs w:val="18"/>
                    </w:rPr>
                    <w:t>4 (3.33)</w:t>
                  </w:r>
                </w:p>
              </w:tc>
            </w:tr>
          </w:tbl>
          <w:p w14:paraId="2ED46276"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2806BF6B" w14:textId="77777777" w:rsidTr="00CD63E1">
              <w:trPr>
                <w:tblCellSpacing w:w="15" w:type="dxa"/>
              </w:trPr>
              <w:tc>
                <w:tcPr>
                  <w:tcW w:w="0" w:type="auto"/>
                  <w:vAlign w:val="center"/>
                  <w:hideMark/>
                </w:tcPr>
                <w:p w14:paraId="24D20496" w14:textId="77777777" w:rsidR="00BB23C4" w:rsidRPr="001F505C" w:rsidRDefault="00BB23C4" w:rsidP="00CD63E1">
                  <w:pPr>
                    <w:rPr>
                      <w:rFonts w:cs="Times New Roman"/>
                      <w:sz w:val="16"/>
                      <w:szCs w:val="18"/>
                    </w:rPr>
                  </w:pPr>
                  <w:r w:rsidRPr="001F505C">
                    <w:rPr>
                      <w:rFonts w:cs="Times New Roman"/>
                      <w:sz w:val="16"/>
                      <w:szCs w:val="18"/>
                    </w:rPr>
                    <w:t>3 (2.50)</w:t>
                  </w:r>
                </w:p>
              </w:tc>
            </w:tr>
          </w:tbl>
          <w:p w14:paraId="25EA25F1"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7C674521" w14:textId="77777777" w:rsidTr="00CD63E1">
              <w:trPr>
                <w:tblCellSpacing w:w="15" w:type="dxa"/>
              </w:trPr>
              <w:tc>
                <w:tcPr>
                  <w:tcW w:w="0" w:type="auto"/>
                  <w:vAlign w:val="center"/>
                  <w:hideMark/>
                </w:tcPr>
                <w:p w14:paraId="22BE5FA0"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20D3F22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30C5562B" w14:textId="77777777" w:rsidTr="00CD63E1">
              <w:trPr>
                <w:tblCellSpacing w:w="15" w:type="dxa"/>
              </w:trPr>
              <w:tc>
                <w:tcPr>
                  <w:tcW w:w="0" w:type="auto"/>
                  <w:vAlign w:val="center"/>
                  <w:hideMark/>
                </w:tcPr>
                <w:p w14:paraId="7DFEBDD3" w14:textId="77777777" w:rsidR="00BB23C4" w:rsidRPr="001F505C" w:rsidRDefault="00BB23C4" w:rsidP="00CD63E1">
                  <w:pPr>
                    <w:rPr>
                      <w:rFonts w:cs="Times New Roman"/>
                      <w:sz w:val="16"/>
                      <w:szCs w:val="18"/>
                    </w:rPr>
                  </w:pPr>
                  <w:r w:rsidRPr="001F505C">
                    <w:rPr>
                      <w:rFonts w:cs="Times New Roman"/>
                      <w:sz w:val="16"/>
                      <w:szCs w:val="18"/>
                    </w:rPr>
                    <w:t>0 (0.00)</w:t>
                  </w:r>
                </w:p>
              </w:tc>
            </w:tr>
          </w:tbl>
          <w:p w14:paraId="1D8775AE" w14:textId="77777777" w:rsidR="00BB23C4" w:rsidRPr="001F505C" w:rsidRDefault="00BB23C4" w:rsidP="00CD63E1">
            <w:pPr>
              <w:rPr>
                <w:rFonts w:cs="Times New Roman"/>
                <w:sz w:val="16"/>
                <w:szCs w:val="18"/>
              </w:rPr>
            </w:pPr>
          </w:p>
        </w:tc>
      </w:tr>
      <w:tr w:rsidR="00BB23C4" w:rsidRPr="001F505C" w14:paraId="3AF3DAE3" w14:textId="77777777" w:rsidTr="00CD63E1">
        <w:tc>
          <w:tcPr>
            <w:tcW w:w="0" w:type="auto"/>
          </w:tcPr>
          <w:p w14:paraId="3A286563" w14:textId="77777777" w:rsidR="00BB23C4" w:rsidRPr="001F505C" w:rsidRDefault="00BB23C4" w:rsidP="00CD63E1">
            <w:pPr>
              <w:spacing w:line="360" w:lineRule="auto"/>
              <w:rPr>
                <w:rFonts w:cs="Times New Roman"/>
                <w:sz w:val="16"/>
                <w:szCs w:val="18"/>
              </w:rPr>
            </w:pPr>
          </w:p>
        </w:tc>
        <w:tc>
          <w:tcPr>
            <w:tcW w:w="0" w:type="auto"/>
          </w:tcPr>
          <w:p w14:paraId="3AC66573" w14:textId="77777777" w:rsidR="00BB23C4" w:rsidRPr="001F505C" w:rsidRDefault="00BB23C4" w:rsidP="00CD63E1">
            <w:pPr>
              <w:spacing w:line="360" w:lineRule="auto"/>
              <w:rPr>
                <w:rFonts w:cs="Times New Roman"/>
                <w:sz w:val="16"/>
                <w:szCs w:val="18"/>
              </w:rPr>
            </w:pPr>
            <w:r w:rsidRPr="001F505C">
              <w:rPr>
                <w:rFonts w:cs="Times New Roman"/>
                <w:sz w:val="16"/>
                <w:szCs w:val="18"/>
              </w:rPr>
              <w:t>None</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5CE49D6" w14:textId="77777777" w:rsidTr="00CD63E1">
              <w:trPr>
                <w:tblCellSpacing w:w="15" w:type="dxa"/>
              </w:trPr>
              <w:tc>
                <w:tcPr>
                  <w:tcW w:w="0" w:type="auto"/>
                  <w:vAlign w:val="center"/>
                  <w:hideMark/>
                </w:tcPr>
                <w:p w14:paraId="682EC87D" w14:textId="77777777" w:rsidR="00BB23C4" w:rsidRPr="001F505C" w:rsidRDefault="00BB23C4" w:rsidP="00CD63E1">
                  <w:pPr>
                    <w:rPr>
                      <w:rFonts w:cs="Times New Roman"/>
                      <w:sz w:val="16"/>
                      <w:szCs w:val="18"/>
                    </w:rPr>
                  </w:pPr>
                  <w:r w:rsidRPr="001F505C">
                    <w:rPr>
                      <w:rFonts w:cs="Times New Roman"/>
                      <w:sz w:val="16"/>
                      <w:szCs w:val="18"/>
                    </w:rPr>
                    <w:t>93 (77.50)</w:t>
                  </w:r>
                </w:p>
              </w:tc>
            </w:tr>
          </w:tbl>
          <w:p w14:paraId="35F37C32"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18E30FEB" w14:textId="77777777" w:rsidTr="00CD63E1">
              <w:trPr>
                <w:tblCellSpacing w:w="15" w:type="dxa"/>
              </w:trPr>
              <w:tc>
                <w:tcPr>
                  <w:tcW w:w="0" w:type="auto"/>
                  <w:vAlign w:val="center"/>
                  <w:hideMark/>
                </w:tcPr>
                <w:p w14:paraId="58F061C1" w14:textId="77777777" w:rsidR="00BB23C4" w:rsidRPr="001F505C" w:rsidRDefault="00BB23C4" w:rsidP="00CD63E1">
                  <w:pPr>
                    <w:rPr>
                      <w:rFonts w:cs="Times New Roman"/>
                      <w:sz w:val="16"/>
                      <w:szCs w:val="18"/>
                    </w:rPr>
                  </w:pPr>
                  <w:r w:rsidRPr="001F505C">
                    <w:rPr>
                      <w:rFonts w:cs="Times New Roman"/>
                      <w:sz w:val="16"/>
                      <w:szCs w:val="18"/>
                    </w:rPr>
                    <w:t>90 (75.00)</w:t>
                  </w:r>
                </w:p>
              </w:tc>
            </w:tr>
          </w:tbl>
          <w:p w14:paraId="59E665F0"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BB23C4" w:rsidRPr="001F505C" w14:paraId="46991D72" w14:textId="77777777" w:rsidTr="00CD63E1">
              <w:trPr>
                <w:tblCellSpacing w:w="15" w:type="dxa"/>
              </w:trPr>
              <w:tc>
                <w:tcPr>
                  <w:tcW w:w="0" w:type="auto"/>
                  <w:vAlign w:val="center"/>
                  <w:hideMark/>
                </w:tcPr>
                <w:p w14:paraId="76E19189" w14:textId="77777777" w:rsidR="00BB23C4" w:rsidRPr="001F505C" w:rsidRDefault="00BB23C4" w:rsidP="00CD63E1">
                  <w:pPr>
                    <w:rPr>
                      <w:rFonts w:cs="Times New Roman"/>
                      <w:sz w:val="16"/>
                      <w:szCs w:val="18"/>
                    </w:rPr>
                  </w:pPr>
                  <w:r w:rsidRPr="001F505C">
                    <w:rPr>
                      <w:rFonts w:cs="Times New Roman"/>
                      <w:sz w:val="16"/>
                      <w:szCs w:val="18"/>
                    </w:rPr>
                    <w:t>6 (5.00)</w:t>
                  </w:r>
                </w:p>
              </w:tc>
            </w:tr>
          </w:tbl>
          <w:p w14:paraId="7B0B6ECF"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074D6B0" w14:textId="77777777" w:rsidTr="00CD63E1">
              <w:trPr>
                <w:tblCellSpacing w:w="15" w:type="dxa"/>
              </w:trPr>
              <w:tc>
                <w:tcPr>
                  <w:tcW w:w="0" w:type="auto"/>
                  <w:vAlign w:val="center"/>
                  <w:hideMark/>
                </w:tcPr>
                <w:p w14:paraId="00A6F796" w14:textId="77777777" w:rsidR="00BB23C4" w:rsidRPr="001F505C" w:rsidRDefault="00BB23C4" w:rsidP="00CD63E1">
                  <w:pPr>
                    <w:rPr>
                      <w:rFonts w:cs="Times New Roman"/>
                      <w:sz w:val="16"/>
                      <w:szCs w:val="18"/>
                    </w:rPr>
                  </w:pPr>
                  <w:r w:rsidRPr="001F505C">
                    <w:rPr>
                      <w:rFonts w:cs="Times New Roman"/>
                      <w:sz w:val="16"/>
                      <w:szCs w:val="18"/>
                    </w:rPr>
                    <w:t>19 (15.83)</w:t>
                  </w:r>
                </w:p>
              </w:tc>
            </w:tr>
          </w:tbl>
          <w:p w14:paraId="3D5CE35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FDC5327" w14:textId="77777777" w:rsidTr="00CD63E1">
              <w:trPr>
                <w:tblCellSpacing w:w="15" w:type="dxa"/>
              </w:trPr>
              <w:tc>
                <w:tcPr>
                  <w:tcW w:w="0" w:type="auto"/>
                  <w:vAlign w:val="center"/>
                  <w:hideMark/>
                </w:tcPr>
                <w:p w14:paraId="2F89ADC6" w14:textId="77777777" w:rsidR="00BB23C4" w:rsidRPr="001F505C" w:rsidRDefault="00BB23C4" w:rsidP="00CD63E1">
                  <w:pPr>
                    <w:rPr>
                      <w:rFonts w:cs="Times New Roman"/>
                      <w:sz w:val="16"/>
                      <w:szCs w:val="18"/>
                    </w:rPr>
                  </w:pPr>
                  <w:r w:rsidRPr="001F505C">
                    <w:rPr>
                      <w:rFonts w:cs="Times New Roman"/>
                      <w:sz w:val="16"/>
                      <w:szCs w:val="18"/>
                    </w:rPr>
                    <w:t>37 (30.83)</w:t>
                  </w:r>
                </w:p>
              </w:tc>
            </w:tr>
          </w:tbl>
          <w:p w14:paraId="526EF148"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8AF6E04" w14:textId="77777777" w:rsidTr="00CD63E1">
              <w:trPr>
                <w:tblCellSpacing w:w="15" w:type="dxa"/>
              </w:trPr>
              <w:tc>
                <w:tcPr>
                  <w:tcW w:w="0" w:type="auto"/>
                  <w:vAlign w:val="center"/>
                  <w:hideMark/>
                </w:tcPr>
                <w:p w14:paraId="052B4980" w14:textId="77777777" w:rsidR="00BB23C4" w:rsidRPr="001F505C" w:rsidRDefault="00BB23C4" w:rsidP="00CD63E1">
                  <w:pPr>
                    <w:rPr>
                      <w:rFonts w:cs="Times New Roman"/>
                      <w:sz w:val="16"/>
                      <w:szCs w:val="18"/>
                    </w:rPr>
                  </w:pPr>
                  <w:r w:rsidRPr="001F505C">
                    <w:rPr>
                      <w:rFonts w:cs="Times New Roman"/>
                      <w:sz w:val="16"/>
                      <w:szCs w:val="18"/>
                    </w:rPr>
                    <w:t>38 (31.67)</w:t>
                  </w:r>
                </w:p>
              </w:tc>
            </w:tr>
          </w:tbl>
          <w:p w14:paraId="2D1C8A56" w14:textId="77777777" w:rsidR="00BB23C4" w:rsidRPr="001F505C" w:rsidRDefault="00BB23C4" w:rsidP="00CD63E1">
            <w:pPr>
              <w:rPr>
                <w:rFonts w:cs="Times New Roman"/>
                <w:sz w:val="16"/>
                <w:szCs w:val="18"/>
              </w:rPr>
            </w:pPr>
          </w:p>
        </w:tc>
      </w:tr>
      <w:tr w:rsidR="00BB23C4" w:rsidRPr="001F505C" w14:paraId="24D673A8" w14:textId="77777777" w:rsidTr="00CD63E1">
        <w:tc>
          <w:tcPr>
            <w:tcW w:w="0" w:type="auto"/>
          </w:tcPr>
          <w:p w14:paraId="3821018B"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5.</w:t>
            </w:r>
          </w:p>
        </w:tc>
        <w:tc>
          <w:tcPr>
            <w:tcW w:w="0" w:type="auto"/>
            <w:gridSpan w:val="7"/>
          </w:tcPr>
          <w:p w14:paraId="65450B7C" w14:textId="77777777" w:rsidR="00BB23C4" w:rsidRPr="001F505C" w:rsidRDefault="00BB23C4" w:rsidP="00CD63E1">
            <w:pPr>
              <w:spacing w:line="360" w:lineRule="auto"/>
              <w:rPr>
                <w:rFonts w:cs="Times New Roman"/>
                <w:b/>
                <w:sz w:val="16"/>
                <w:szCs w:val="18"/>
              </w:rPr>
            </w:pPr>
            <w:r w:rsidRPr="001F505C">
              <w:rPr>
                <w:rFonts w:cs="Times New Roman"/>
                <w:b/>
                <w:sz w:val="16"/>
                <w:szCs w:val="18"/>
              </w:rPr>
              <w:t xml:space="preserve">Regularly followed arrangements </w:t>
            </w:r>
          </w:p>
        </w:tc>
      </w:tr>
      <w:tr w:rsidR="00BB23C4" w:rsidRPr="001F505C" w14:paraId="4843D8A6" w14:textId="77777777" w:rsidTr="00CD63E1">
        <w:tc>
          <w:tcPr>
            <w:tcW w:w="0" w:type="auto"/>
          </w:tcPr>
          <w:p w14:paraId="521FC52E" w14:textId="77777777" w:rsidR="00BB23C4" w:rsidRPr="001F505C" w:rsidRDefault="00BB23C4" w:rsidP="00CD63E1">
            <w:pPr>
              <w:spacing w:line="360" w:lineRule="auto"/>
              <w:rPr>
                <w:rFonts w:cs="Times New Roman"/>
                <w:sz w:val="16"/>
                <w:szCs w:val="18"/>
              </w:rPr>
            </w:pPr>
            <w:r w:rsidRPr="001F505C">
              <w:rPr>
                <w:rFonts w:cs="Times New Roman"/>
                <w:sz w:val="16"/>
                <w:szCs w:val="18"/>
              </w:rPr>
              <w:t>(a)</w:t>
            </w:r>
          </w:p>
        </w:tc>
        <w:tc>
          <w:tcPr>
            <w:tcW w:w="0" w:type="auto"/>
            <w:gridSpan w:val="7"/>
          </w:tcPr>
          <w:p w14:paraId="27DC44B0" w14:textId="77777777" w:rsidR="00BB23C4" w:rsidRPr="001F505C" w:rsidRDefault="00BB23C4" w:rsidP="00CD63E1">
            <w:pPr>
              <w:spacing w:line="360" w:lineRule="auto"/>
              <w:rPr>
                <w:rFonts w:cs="Times New Roman"/>
                <w:sz w:val="16"/>
                <w:szCs w:val="18"/>
              </w:rPr>
            </w:pPr>
            <w:r w:rsidRPr="001F505C">
              <w:rPr>
                <w:rFonts w:cs="Times New Roman"/>
                <w:b/>
                <w:sz w:val="16"/>
                <w:szCs w:val="18"/>
              </w:rPr>
              <w:t>Litter changing</w:t>
            </w:r>
          </w:p>
        </w:tc>
      </w:tr>
      <w:tr w:rsidR="00BB23C4" w:rsidRPr="001F505C" w14:paraId="221161A3" w14:textId="77777777" w:rsidTr="00CD63E1">
        <w:tc>
          <w:tcPr>
            <w:tcW w:w="0" w:type="auto"/>
          </w:tcPr>
          <w:p w14:paraId="6DDB216F" w14:textId="77777777" w:rsidR="00BB23C4" w:rsidRPr="001F505C" w:rsidRDefault="00BB23C4" w:rsidP="00CD63E1">
            <w:pPr>
              <w:spacing w:line="360" w:lineRule="auto"/>
              <w:rPr>
                <w:rFonts w:cs="Times New Roman"/>
                <w:sz w:val="16"/>
                <w:szCs w:val="18"/>
              </w:rPr>
            </w:pPr>
          </w:p>
        </w:tc>
        <w:tc>
          <w:tcPr>
            <w:tcW w:w="0" w:type="auto"/>
          </w:tcPr>
          <w:p w14:paraId="0A9E83F5"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7E38FF61" w14:textId="77777777" w:rsidR="00BB23C4" w:rsidRPr="001F505C" w:rsidRDefault="00BB23C4" w:rsidP="00CD63E1">
            <w:pPr>
              <w:rPr>
                <w:rFonts w:cs="Times New Roman"/>
                <w:sz w:val="16"/>
                <w:szCs w:val="18"/>
              </w:rPr>
            </w:pPr>
            <w:r w:rsidRPr="001F505C">
              <w:rPr>
                <w:rFonts w:cs="Times New Roman"/>
                <w:sz w:val="16"/>
                <w:szCs w:val="18"/>
              </w:rPr>
              <w:t>49 (40.83)</w:t>
            </w:r>
          </w:p>
        </w:tc>
        <w:tc>
          <w:tcPr>
            <w:tcW w:w="0" w:type="auto"/>
            <w:vAlign w:val="center"/>
          </w:tcPr>
          <w:p w14:paraId="6BAA20F9" w14:textId="77777777" w:rsidR="00BB23C4" w:rsidRPr="001F505C" w:rsidRDefault="00BB23C4" w:rsidP="00CD63E1">
            <w:pPr>
              <w:rPr>
                <w:rFonts w:cs="Times New Roman"/>
                <w:sz w:val="16"/>
                <w:szCs w:val="18"/>
              </w:rPr>
            </w:pPr>
            <w:r w:rsidRPr="001F505C">
              <w:rPr>
                <w:rFonts w:cs="Times New Roman"/>
                <w:sz w:val="16"/>
                <w:szCs w:val="18"/>
              </w:rPr>
              <w:t>57 (47.50)</w:t>
            </w:r>
          </w:p>
        </w:tc>
        <w:tc>
          <w:tcPr>
            <w:tcW w:w="0" w:type="auto"/>
            <w:vAlign w:val="center"/>
          </w:tcPr>
          <w:p w14:paraId="78BFF0A8" w14:textId="77777777" w:rsidR="00BB23C4" w:rsidRPr="001F505C" w:rsidRDefault="00BB23C4" w:rsidP="00CD63E1">
            <w:pPr>
              <w:rPr>
                <w:rFonts w:cs="Times New Roman"/>
                <w:sz w:val="16"/>
                <w:szCs w:val="18"/>
              </w:rPr>
            </w:pPr>
            <w:r w:rsidRPr="001F505C">
              <w:rPr>
                <w:rFonts w:cs="Times New Roman"/>
                <w:sz w:val="16"/>
                <w:szCs w:val="18"/>
              </w:rPr>
              <w:t>36 (30.00)</w:t>
            </w:r>
          </w:p>
        </w:tc>
        <w:tc>
          <w:tcPr>
            <w:tcW w:w="0" w:type="auto"/>
            <w:vAlign w:val="center"/>
          </w:tcPr>
          <w:p w14:paraId="76805523" w14:textId="77777777" w:rsidR="00BB23C4" w:rsidRPr="001F505C" w:rsidRDefault="00BB23C4" w:rsidP="00CD63E1">
            <w:pPr>
              <w:rPr>
                <w:rFonts w:cs="Times New Roman"/>
                <w:sz w:val="16"/>
                <w:szCs w:val="18"/>
              </w:rPr>
            </w:pPr>
            <w:r w:rsidRPr="001F505C">
              <w:rPr>
                <w:rFonts w:cs="Times New Roman"/>
                <w:sz w:val="16"/>
                <w:szCs w:val="18"/>
              </w:rPr>
              <w:t>42 (35.00)</w:t>
            </w:r>
          </w:p>
        </w:tc>
        <w:tc>
          <w:tcPr>
            <w:tcW w:w="0" w:type="auto"/>
            <w:vAlign w:val="center"/>
          </w:tcPr>
          <w:p w14:paraId="344F2683" w14:textId="77777777" w:rsidR="00BB23C4" w:rsidRPr="001F505C" w:rsidRDefault="00BB23C4" w:rsidP="00CD63E1">
            <w:pPr>
              <w:rPr>
                <w:rFonts w:cs="Times New Roman"/>
                <w:sz w:val="16"/>
                <w:szCs w:val="18"/>
              </w:rPr>
            </w:pPr>
            <w:r w:rsidRPr="001F505C">
              <w:rPr>
                <w:rFonts w:cs="Times New Roman"/>
                <w:sz w:val="16"/>
                <w:szCs w:val="18"/>
              </w:rPr>
              <w:t>27 (22.50)</w:t>
            </w:r>
          </w:p>
        </w:tc>
        <w:tc>
          <w:tcPr>
            <w:tcW w:w="0" w:type="auto"/>
            <w:vAlign w:val="center"/>
          </w:tcPr>
          <w:p w14:paraId="5B8540BC" w14:textId="77777777" w:rsidR="00BB23C4" w:rsidRPr="001F505C" w:rsidRDefault="00BB23C4" w:rsidP="00CD63E1">
            <w:pPr>
              <w:rPr>
                <w:rFonts w:cs="Times New Roman"/>
                <w:sz w:val="16"/>
                <w:szCs w:val="18"/>
              </w:rPr>
            </w:pPr>
            <w:r w:rsidRPr="001F505C">
              <w:rPr>
                <w:rFonts w:cs="Times New Roman"/>
                <w:sz w:val="16"/>
                <w:szCs w:val="18"/>
              </w:rPr>
              <w:t>31 (25.83)</w:t>
            </w:r>
          </w:p>
        </w:tc>
      </w:tr>
      <w:tr w:rsidR="00BB23C4" w:rsidRPr="001F505C" w14:paraId="69E4BD94" w14:textId="77777777" w:rsidTr="00CD63E1">
        <w:tc>
          <w:tcPr>
            <w:tcW w:w="0" w:type="auto"/>
          </w:tcPr>
          <w:p w14:paraId="0FDB6EED" w14:textId="77777777" w:rsidR="00BB23C4" w:rsidRPr="001F505C" w:rsidRDefault="00BB23C4" w:rsidP="00CD63E1">
            <w:pPr>
              <w:spacing w:line="360" w:lineRule="auto"/>
              <w:rPr>
                <w:rFonts w:cs="Times New Roman"/>
                <w:sz w:val="16"/>
                <w:szCs w:val="18"/>
              </w:rPr>
            </w:pPr>
          </w:p>
        </w:tc>
        <w:tc>
          <w:tcPr>
            <w:tcW w:w="0" w:type="auto"/>
          </w:tcPr>
          <w:p w14:paraId="703B433A"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2C8EECB3" w14:textId="77777777" w:rsidR="00BB23C4" w:rsidRPr="001F505C" w:rsidRDefault="00BB23C4" w:rsidP="00CD63E1">
            <w:pPr>
              <w:rPr>
                <w:rFonts w:cs="Times New Roman"/>
                <w:sz w:val="16"/>
                <w:szCs w:val="18"/>
              </w:rPr>
            </w:pPr>
            <w:r w:rsidRPr="001F505C">
              <w:rPr>
                <w:rFonts w:cs="Times New Roman"/>
                <w:sz w:val="16"/>
                <w:szCs w:val="18"/>
              </w:rPr>
              <w:t>71 (59.17)</w:t>
            </w:r>
          </w:p>
        </w:tc>
        <w:tc>
          <w:tcPr>
            <w:tcW w:w="0" w:type="auto"/>
            <w:vAlign w:val="center"/>
          </w:tcPr>
          <w:p w14:paraId="021B66C6" w14:textId="77777777" w:rsidR="00BB23C4" w:rsidRPr="001F505C" w:rsidRDefault="00BB23C4" w:rsidP="00CD63E1">
            <w:pPr>
              <w:rPr>
                <w:rFonts w:cs="Times New Roman"/>
                <w:sz w:val="16"/>
                <w:szCs w:val="18"/>
              </w:rPr>
            </w:pPr>
            <w:r w:rsidRPr="001F505C">
              <w:rPr>
                <w:rFonts w:cs="Times New Roman"/>
                <w:sz w:val="16"/>
                <w:szCs w:val="18"/>
              </w:rPr>
              <w:t>63 (52.50)</w:t>
            </w:r>
          </w:p>
        </w:tc>
        <w:tc>
          <w:tcPr>
            <w:tcW w:w="0" w:type="auto"/>
            <w:vAlign w:val="center"/>
          </w:tcPr>
          <w:p w14:paraId="704261F0"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3DB4343E" w14:textId="77777777" w:rsidR="00BB23C4" w:rsidRPr="001F505C" w:rsidRDefault="00BB23C4" w:rsidP="00CD63E1">
            <w:pPr>
              <w:rPr>
                <w:rFonts w:cs="Times New Roman"/>
                <w:sz w:val="16"/>
                <w:szCs w:val="18"/>
              </w:rPr>
            </w:pPr>
            <w:r w:rsidRPr="001F505C">
              <w:rPr>
                <w:rFonts w:cs="Times New Roman"/>
                <w:sz w:val="16"/>
                <w:szCs w:val="18"/>
              </w:rPr>
              <w:t>78 (65.00)</w:t>
            </w:r>
          </w:p>
        </w:tc>
        <w:tc>
          <w:tcPr>
            <w:tcW w:w="0" w:type="auto"/>
            <w:vAlign w:val="center"/>
          </w:tcPr>
          <w:p w14:paraId="45450943" w14:textId="77777777" w:rsidR="00BB23C4" w:rsidRPr="001F505C" w:rsidRDefault="00BB23C4" w:rsidP="00CD63E1">
            <w:pPr>
              <w:rPr>
                <w:rFonts w:cs="Times New Roman"/>
                <w:sz w:val="16"/>
                <w:szCs w:val="18"/>
              </w:rPr>
            </w:pPr>
            <w:r w:rsidRPr="001F505C">
              <w:rPr>
                <w:rFonts w:cs="Times New Roman"/>
                <w:sz w:val="16"/>
                <w:szCs w:val="18"/>
              </w:rPr>
              <w:t>93 (77.50)</w:t>
            </w:r>
          </w:p>
        </w:tc>
        <w:tc>
          <w:tcPr>
            <w:tcW w:w="0" w:type="auto"/>
            <w:vAlign w:val="center"/>
          </w:tcPr>
          <w:p w14:paraId="048127E9" w14:textId="77777777" w:rsidR="00BB23C4" w:rsidRPr="001F505C" w:rsidRDefault="00BB23C4" w:rsidP="00CD63E1">
            <w:pPr>
              <w:rPr>
                <w:rFonts w:cs="Times New Roman"/>
                <w:sz w:val="16"/>
                <w:szCs w:val="18"/>
              </w:rPr>
            </w:pPr>
            <w:r w:rsidRPr="001F505C">
              <w:rPr>
                <w:rFonts w:cs="Times New Roman"/>
                <w:sz w:val="16"/>
                <w:szCs w:val="18"/>
              </w:rPr>
              <w:t>89 (74.17)</w:t>
            </w:r>
          </w:p>
        </w:tc>
      </w:tr>
      <w:tr w:rsidR="00BB23C4" w:rsidRPr="001F505C" w14:paraId="616A21FA" w14:textId="77777777" w:rsidTr="00CD63E1">
        <w:tc>
          <w:tcPr>
            <w:tcW w:w="0" w:type="auto"/>
          </w:tcPr>
          <w:p w14:paraId="0749CFDB" w14:textId="77777777" w:rsidR="00BB23C4" w:rsidRPr="001F505C" w:rsidRDefault="00BB23C4" w:rsidP="00CD63E1">
            <w:pPr>
              <w:spacing w:line="360" w:lineRule="auto"/>
              <w:rPr>
                <w:rFonts w:cs="Times New Roman"/>
                <w:sz w:val="16"/>
                <w:szCs w:val="18"/>
              </w:rPr>
            </w:pPr>
            <w:r w:rsidRPr="001F505C">
              <w:rPr>
                <w:rFonts w:cs="Times New Roman"/>
                <w:sz w:val="16"/>
                <w:szCs w:val="18"/>
              </w:rPr>
              <w:t>(b)</w:t>
            </w:r>
          </w:p>
        </w:tc>
        <w:tc>
          <w:tcPr>
            <w:tcW w:w="0" w:type="auto"/>
            <w:gridSpan w:val="7"/>
          </w:tcPr>
          <w:p w14:paraId="35B7A60D" w14:textId="77777777" w:rsidR="00BB23C4" w:rsidRPr="001F505C" w:rsidRDefault="00BB23C4" w:rsidP="00CD63E1">
            <w:pPr>
              <w:spacing w:line="360" w:lineRule="auto"/>
              <w:rPr>
                <w:rFonts w:cs="Times New Roman"/>
                <w:sz w:val="16"/>
                <w:szCs w:val="18"/>
              </w:rPr>
            </w:pPr>
            <w:r w:rsidRPr="001F505C">
              <w:rPr>
                <w:rFonts w:cs="Times New Roman"/>
                <w:b/>
                <w:sz w:val="16"/>
                <w:szCs w:val="18"/>
              </w:rPr>
              <w:t>Cleaning/disinfection of utensils</w:t>
            </w:r>
          </w:p>
        </w:tc>
      </w:tr>
      <w:tr w:rsidR="00BB23C4" w:rsidRPr="001F505C" w14:paraId="43BCFF57" w14:textId="77777777" w:rsidTr="00CD63E1">
        <w:tc>
          <w:tcPr>
            <w:tcW w:w="0" w:type="auto"/>
          </w:tcPr>
          <w:p w14:paraId="3FA66B2E" w14:textId="77777777" w:rsidR="00BB23C4" w:rsidRPr="001F505C" w:rsidRDefault="00BB23C4" w:rsidP="00CD63E1">
            <w:pPr>
              <w:spacing w:line="360" w:lineRule="auto"/>
              <w:rPr>
                <w:rFonts w:cs="Times New Roman"/>
                <w:sz w:val="16"/>
                <w:szCs w:val="18"/>
              </w:rPr>
            </w:pPr>
          </w:p>
        </w:tc>
        <w:tc>
          <w:tcPr>
            <w:tcW w:w="0" w:type="auto"/>
          </w:tcPr>
          <w:p w14:paraId="6E6AAB1C"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0D33447D" w14:textId="77777777" w:rsidR="00BB23C4" w:rsidRPr="001F505C" w:rsidRDefault="00BB23C4" w:rsidP="00CD63E1">
            <w:pPr>
              <w:rPr>
                <w:rFonts w:cs="Times New Roman"/>
                <w:sz w:val="16"/>
                <w:szCs w:val="18"/>
              </w:rPr>
            </w:pPr>
            <w:r w:rsidRPr="001F505C">
              <w:rPr>
                <w:rFonts w:cs="Times New Roman"/>
                <w:sz w:val="16"/>
                <w:szCs w:val="18"/>
              </w:rPr>
              <w:t>76 (63.33)</w:t>
            </w:r>
          </w:p>
        </w:tc>
        <w:tc>
          <w:tcPr>
            <w:tcW w:w="0" w:type="auto"/>
            <w:vAlign w:val="center"/>
          </w:tcPr>
          <w:p w14:paraId="02D737DF" w14:textId="77777777" w:rsidR="00BB23C4" w:rsidRPr="001F505C" w:rsidRDefault="00BB23C4" w:rsidP="00CD63E1">
            <w:pPr>
              <w:rPr>
                <w:rFonts w:cs="Times New Roman"/>
                <w:sz w:val="16"/>
                <w:szCs w:val="18"/>
              </w:rPr>
            </w:pPr>
            <w:r w:rsidRPr="001F505C">
              <w:rPr>
                <w:rFonts w:cs="Times New Roman"/>
                <w:sz w:val="16"/>
                <w:szCs w:val="18"/>
              </w:rPr>
              <w:t>69 (57.50)</w:t>
            </w:r>
          </w:p>
        </w:tc>
        <w:tc>
          <w:tcPr>
            <w:tcW w:w="0" w:type="auto"/>
            <w:vAlign w:val="center"/>
          </w:tcPr>
          <w:p w14:paraId="15870BEE" w14:textId="77777777" w:rsidR="00BB23C4" w:rsidRPr="001F505C" w:rsidRDefault="00BB23C4" w:rsidP="00CD63E1">
            <w:pPr>
              <w:rPr>
                <w:rFonts w:cs="Times New Roman"/>
                <w:sz w:val="16"/>
                <w:szCs w:val="18"/>
              </w:rPr>
            </w:pPr>
            <w:r w:rsidRPr="001F505C">
              <w:rPr>
                <w:rFonts w:cs="Times New Roman"/>
                <w:sz w:val="16"/>
                <w:szCs w:val="18"/>
              </w:rPr>
              <w:t>81 (67.50)</w:t>
            </w:r>
          </w:p>
        </w:tc>
        <w:tc>
          <w:tcPr>
            <w:tcW w:w="0" w:type="auto"/>
            <w:vAlign w:val="center"/>
          </w:tcPr>
          <w:p w14:paraId="78E1597D" w14:textId="77777777" w:rsidR="00BB23C4" w:rsidRPr="001F505C" w:rsidRDefault="00BB23C4" w:rsidP="00CD63E1">
            <w:pPr>
              <w:rPr>
                <w:rFonts w:cs="Times New Roman"/>
                <w:sz w:val="16"/>
                <w:szCs w:val="18"/>
              </w:rPr>
            </w:pPr>
            <w:r w:rsidRPr="001F505C">
              <w:rPr>
                <w:rFonts w:cs="Times New Roman"/>
                <w:sz w:val="16"/>
                <w:szCs w:val="18"/>
              </w:rPr>
              <w:t>74 (61.67)</w:t>
            </w:r>
          </w:p>
        </w:tc>
        <w:tc>
          <w:tcPr>
            <w:tcW w:w="0" w:type="auto"/>
            <w:vAlign w:val="center"/>
          </w:tcPr>
          <w:p w14:paraId="783311CF" w14:textId="77777777" w:rsidR="00BB23C4" w:rsidRPr="001F505C" w:rsidRDefault="00BB23C4" w:rsidP="00CD63E1">
            <w:pPr>
              <w:rPr>
                <w:rFonts w:cs="Times New Roman"/>
                <w:sz w:val="16"/>
                <w:szCs w:val="18"/>
              </w:rPr>
            </w:pPr>
            <w:r w:rsidRPr="001F505C">
              <w:rPr>
                <w:rFonts w:cs="Times New Roman"/>
                <w:sz w:val="16"/>
                <w:szCs w:val="18"/>
              </w:rPr>
              <w:t>92 (76.67)</w:t>
            </w:r>
          </w:p>
        </w:tc>
        <w:tc>
          <w:tcPr>
            <w:tcW w:w="0" w:type="auto"/>
            <w:vAlign w:val="center"/>
          </w:tcPr>
          <w:p w14:paraId="5A3F26B6" w14:textId="77777777" w:rsidR="00BB23C4" w:rsidRPr="001F505C" w:rsidRDefault="00BB23C4" w:rsidP="00CD63E1">
            <w:pPr>
              <w:rPr>
                <w:rFonts w:cs="Times New Roman"/>
                <w:sz w:val="16"/>
                <w:szCs w:val="18"/>
              </w:rPr>
            </w:pPr>
            <w:r w:rsidRPr="001F505C">
              <w:rPr>
                <w:rFonts w:cs="Times New Roman"/>
                <w:sz w:val="16"/>
                <w:szCs w:val="18"/>
              </w:rPr>
              <w:t>86 (71.67)</w:t>
            </w:r>
          </w:p>
        </w:tc>
      </w:tr>
      <w:tr w:rsidR="00BB23C4" w:rsidRPr="001F505C" w14:paraId="2C204BAD" w14:textId="77777777" w:rsidTr="00CD63E1">
        <w:tc>
          <w:tcPr>
            <w:tcW w:w="0" w:type="auto"/>
          </w:tcPr>
          <w:p w14:paraId="449C83AC" w14:textId="77777777" w:rsidR="00BB23C4" w:rsidRPr="001F505C" w:rsidRDefault="00BB23C4" w:rsidP="00CD63E1">
            <w:pPr>
              <w:spacing w:line="360" w:lineRule="auto"/>
              <w:rPr>
                <w:rFonts w:cs="Times New Roman"/>
                <w:sz w:val="16"/>
                <w:szCs w:val="18"/>
              </w:rPr>
            </w:pPr>
          </w:p>
        </w:tc>
        <w:tc>
          <w:tcPr>
            <w:tcW w:w="0" w:type="auto"/>
          </w:tcPr>
          <w:p w14:paraId="437439DF"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5CDCF86D" w14:textId="77777777" w:rsidR="00BB23C4" w:rsidRPr="001F505C" w:rsidRDefault="00BB23C4" w:rsidP="00CD63E1">
            <w:pPr>
              <w:rPr>
                <w:rFonts w:cs="Times New Roman"/>
                <w:sz w:val="16"/>
                <w:szCs w:val="18"/>
              </w:rPr>
            </w:pPr>
            <w:r w:rsidRPr="001F505C">
              <w:rPr>
                <w:rFonts w:cs="Times New Roman"/>
                <w:sz w:val="16"/>
                <w:szCs w:val="18"/>
              </w:rPr>
              <w:t>44 (36.67)</w:t>
            </w:r>
          </w:p>
        </w:tc>
        <w:tc>
          <w:tcPr>
            <w:tcW w:w="0" w:type="auto"/>
            <w:vAlign w:val="center"/>
          </w:tcPr>
          <w:p w14:paraId="24335454" w14:textId="77777777" w:rsidR="00BB23C4" w:rsidRPr="001F505C" w:rsidRDefault="00BB23C4" w:rsidP="00CD63E1">
            <w:pPr>
              <w:rPr>
                <w:rFonts w:cs="Times New Roman"/>
                <w:sz w:val="16"/>
                <w:szCs w:val="18"/>
              </w:rPr>
            </w:pPr>
            <w:r w:rsidRPr="001F505C">
              <w:rPr>
                <w:rFonts w:cs="Times New Roman"/>
                <w:sz w:val="16"/>
                <w:szCs w:val="18"/>
              </w:rPr>
              <w:t>51 (42.50)</w:t>
            </w:r>
          </w:p>
        </w:tc>
        <w:tc>
          <w:tcPr>
            <w:tcW w:w="0" w:type="auto"/>
            <w:vAlign w:val="center"/>
          </w:tcPr>
          <w:p w14:paraId="6036CF1D" w14:textId="77777777" w:rsidR="00BB23C4" w:rsidRPr="001F505C" w:rsidRDefault="00BB23C4" w:rsidP="00CD63E1">
            <w:pPr>
              <w:rPr>
                <w:rFonts w:cs="Times New Roman"/>
                <w:sz w:val="16"/>
                <w:szCs w:val="18"/>
              </w:rPr>
            </w:pPr>
            <w:r w:rsidRPr="001F505C">
              <w:rPr>
                <w:rFonts w:cs="Times New Roman"/>
                <w:sz w:val="16"/>
                <w:szCs w:val="18"/>
              </w:rPr>
              <w:t>39 (32.50)</w:t>
            </w:r>
          </w:p>
        </w:tc>
        <w:tc>
          <w:tcPr>
            <w:tcW w:w="0" w:type="auto"/>
            <w:vAlign w:val="center"/>
          </w:tcPr>
          <w:p w14:paraId="31B47902" w14:textId="77777777" w:rsidR="00BB23C4" w:rsidRPr="001F505C" w:rsidRDefault="00BB23C4" w:rsidP="00CD63E1">
            <w:pPr>
              <w:rPr>
                <w:rFonts w:cs="Times New Roman"/>
                <w:sz w:val="16"/>
                <w:szCs w:val="18"/>
              </w:rPr>
            </w:pPr>
            <w:r w:rsidRPr="001F505C">
              <w:rPr>
                <w:rFonts w:cs="Times New Roman"/>
                <w:sz w:val="16"/>
                <w:szCs w:val="18"/>
              </w:rPr>
              <w:t>46 (38.33)</w:t>
            </w:r>
          </w:p>
        </w:tc>
        <w:tc>
          <w:tcPr>
            <w:tcW w:w="0" w:type="auto"/>
            <w:vAlign w:val="center"/>
          </w:tcPr>
          <w:p w14:paraId="739303A9" w14:textId="77777777" w:rsidR="00BB23C4" w:rsidRPr="001F505C" w:rsidRDefault="00BB23C4" w:rsidP="00CD63E1">
            <w:pPr>
              <w:rPr>
                <w:rFonts w:cs="Times New Roman"/>
                <w:sz w:val="16"/>
                <w:szCs w:val="18"/>
              </w:rPr>
            </w:pPr>
            <w:r w:rsidRPr="001F505C">
              <w:rPr>
                <w:rFonts w:cs="Times New Roman"/>
                <w:sz w:val="16"/>
                <w:szCs w:val="18"/>
              </w:rPr>
              <w:t>28 (23.33)</w:t>
            </w:r>
          </w:p>
        </w:tc>
        <w:tc>
          <w:tcPr>
            <w:tcW w:w="0" w:type="auto"/>
            <w:vAlign w:val="center"/>
          </w:tcPr>
          <w:p w14:paraId="6A00649A" w14:textId="77777777" w:rsidR="00BB23C4" w:rsidRPr="001F505C" w:rsidRDefault="00BB23C4" w:rsidP="00CD63E1">
            <w:pPr>
              <w:rPr>
                <w:rFonts w:cs="Times New Roman"/>
                <w:sz w:val="16"/>
                <w:szCs w:val="18"/>
              </w:rPr>
            </w:pPr>
            <w:r w:rsidRPr="001F505C">
              <w:rPr>
                <w:rFonts w:cs="Times New Roman"/>
                <w:sz w:val="16"/>
                <w:szCs w:val="18"/>
              </w:rPr>
              <w:t>34 (28.33)</w:t>
            </w:r>
          </w:p>
        </w:tc>
      </w:tr>
      <w:tr w:rsidR="00BB23C4" w:rsidRPr="001F505C" w14:paraId="3E37E75E" w14:textId="77777777" w:rsidTr="00CD63E1">
        <w:tc>
          <w:tcPr>
            <w:tcW w:w="0" w:type="auto"/>
          </w:tcPr>
          <w:p w14:paraId="6E03FC9E" w14:textId="77777777" w:rsidR="00BB23C4" w:rsidRPr="001F505C" w:rsidRDefault="00BB23C4" w:rsidP="00CD63E1">
            <w:pPr>
              <w:spacing w:line="360" w:lineRule="auto"/>
              <w:rPr>
                <w:rFonts w:cs="Times New Roman"/>
                <w:sz w:val="16"/>
                <w:szCs w:val="18"/>
              </w:rPr>
            </w:pPr>
            <w:r w:rsidRPr="001F505C">
              <w:rPr>
                <w:rFonts w:cs="Times New Roman"/>
                <w:sz w:val="16"/>
                <w:szCs w:val="18"/>
              </w:rPr>
              <w:t>(c)</w:t>
            </w:r>
          </w:p>
        </w:tc>
        <w:tc>
          <w:tcPr>
            <w:tcW w:w="0" w:type="auto"/>
            <w:gridSpan w:val="7"/>
          </w:tcPr>
          <w:p w14:paraId="29FF3242" w14:textId="77777777" w:rsidR="00BB23C4" w:rsidRPr="001F505C" w:rsidRDefault="00BB23C4" w:rsidP="00CD63E1">
            <w:pPr>
              <w:spacing w:line="360" w:lineRule="auto"/>
              <w:rPr>
                <w:rFonts w:cs="Times New Roman"/>
                <w:sz w:val="16"/>
                <w:szCs w:val="18"/>
              </w:rPr>
            </w:pPr>
            <w:r w:rsidRPr="001F505C">
              <w:rPr>
                <w:rFonts w:cs="Times New Roman"/>
                <w:b/>
                <w:sz w:val="16"/>
                <w:szCs w:val="18"/>
              </w:rPr>
              <w:t>Whitewashing of poultry house</w:t>
            </w:r>
          </w:p>
        </w:tc>
      </w:tr>
      <w:tr w:rsidR="00BB23C4" w:rsidRPr="001F505C" w14:paraId="74D1F9EF" w14:textId="77777777" w:rsidTr="00CD63E1">
        <w:tc>
          <w:tcPr>
            <w:tcW w:w="0" w:type="auto"/>
          </w:tcPr>
          <w:p w14:paraId="01B3CF61" w14:textId="77777777" w:rsidR="00BB23C4" w:rsidRPr="001F505C" w:rsidRDefault="00BB23C4" w:rsidP="00CD63E1">
            <w:pPr>
              <w:spacing w:line="360" w:lineRule="auto"/>
              <w:rPr>
                <w:rFonts w:cs="Times New Roman"/>
                <w:sz w:val="16"/>
                <w:szCs w:val="18"/>
              </w:rPr>
            </w:pPr>
          </w:p>
        </w:tc>
        <w:tc>
          <w:tcPr>
            <w:tcW w:w="0" w:type="auto"/>
          </w:tcPr>
          <w:p w14:paraId="6A2761A0"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03D92979" w14:textId="77777777" w:rsidR="00BB23C4" w:rsidRPr="001F505C" w:rsidRDefault="00BB23C4" w:rsidP="00CD63E1">
            <w:pPr>
              <w:rPr>
                <w:rFonts w:cs="Times New Roman"/>
                <w:sz w:val="16"/>
                <w:szCs w:val="18"/>
              </w:rPr>
            </w:pPr>
            <w:proofErr w:type="gramStart"/>
            <w:r w:rsidRPr="001F505C">
              <w:rPr>
                <w:rFonts w:cs="Times New Roman"/>
                <w:sz w:val="16"/>
                <w:szCs w:val="18"/>
              </w:rPr>
              <w:t>6  (</w:t>
            </w:r>
            <w:proofErr w:type="gramEnd"/>
            <w:r w:rsidRPr="001F505C">
              <w:rPr>
                <w:rFonts w:cs="Times New Roman"/>
                <w:sz w:val="16"/>
                <w:szCs w:val="18"/>
              </w:rPr>
              <w:t>5.00)</w:t>
            </w:r>
          </w:p>
        </w:tc>
        <w:tc>
          <w:tcPr>
            <w:tcW w:w="0" w:type="auto"/>
            <w:vAlign w:val="center"/>
          </w:tcPr>
          <w:p w14:paraId="3D18B21E" w14:textId="77777777"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14:paraId="7775F459" w14:textId="77777777" w:rsidR="00BB23C4" w:rsidRPr="001F505C" w:rsidRDefault="00BB23C4" w:rsidP="00CD63E1">
            <w:pPr>
              <w:rPr>
                <w:rFonts w:cs="Times New Roman"/>
                <w:sz w:val="16"/>
                <w:szCs w:val="18"/>
              </w:rPr>
            </w:pPr>
            <w:proofErr w:type="gramStart"/>
            <w:r w:rsidRPr="001F505C">
              <w:rPr>
                <w:rFonts w:cs="Times New Roman"/>
                <w:sz w:val="16"/>
                <w:szCs w:val="18"/>
              </w:rPr>
              <w:t>6  (</w:t>
            </w:r>
            <w:proofErr w:type="gramEnd"/>
            <w:r w:rsidRPr="001F505C">
              <w:rPr>
                <w:rFonts w:cs="Times New Roman"/>
                <w:sz w:val="16"/>
                <w:szCs w:val="18"/>
              </w:rPr>
              <w:t>5.00)</w:t>
            </w:r>
          </w:p>
        </w:tc>
        <w:tc>
          <w:tcPr>
            <w:tcW w:w="0" w:type="auto"/>
            <w:vAlign w:val="center"/>
          </w:tcPr>
          <w:p w14:paraId="032BF72B" w14:textId="77777777"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14:paraId="48B5D169" w14:textId="77777777" w:rsidR="00BB23C4" w:rsidRPr="001F505C" w:rsidRDefault="00BB23C4" w:rsidP="00CD63E1">
            <w:pPr>
              <w:rPr>
                <w:rFonts w:cs="Times New Roman"/>
                <w:sz w:val="16"/>
                <w:szCs w:val="18"/>
              </w:rPr>
            </w:pPr>
            <w:r w:rsidRPr="001F505C">
              <w:rPr>
                <w:rFonts w:cs="Times New Roman"/>
                <w:sz w:val="16"/>
                <w:szCs w:val="18"/>
              </w:rPr>
              <w:t>0 (0.00)</w:t>
            </w:r>
          </w:p>
        </w:tc>
        <w:tc>
          <w:tcPr>
            <w:tcW w:w="0" w:type="auto"/>
            <w:vAlign w:val="center"/>
          </w:tcPr>
          <w:p w14:paraId="022F8A1C" w14:textId="77777777" w:rsidR="00BB23C4" w:rsidRPr="001F505C" w:rsidRDefault="00BB23C4" w:rsidP="00CD63E1">
            <w:pPr>
              <w:rPr>
                <w:rFonts w:cs="Times New Roman"/>
                <w:sz w:val="16"/>
                <w:szCs w:val="18"/>
              </w:rPr>
            </w:pPr>
            <w:r w:rsidRPr="001F505C">
              <w:rPr>
                <w:rFonts w:cs="Times New Roman"/>
                <w:sz w:val="16"/>
                <w:szCs w:val="18"/>
              </w:rPr>
              <w:t>0 (0.00)</w:t>
            </w:r>
          </w:p>
        </w:tc>
      </w:tr>
      <w:tr w:rsidR="00BB23C4" w:rsidRPr="001F505C" w14:paraId="5C298C5D" w14:textId="77777777" w:rsidTr="00CD63E1">
        <w:tc>
          <w:tcPr>
            <w:tcW w:w="0" w:type="auto"/>
          </w:tcPr>
          <w:p w14:paraId="366E34A5" w14:textId="77777777" w:rsidR="00BB23C4" w:rsidRPr="001F505C" w:rsidRDefault="00BB23C4" w:rsidP="00CD63E1">
            <w:pPr>
              <w:spacing w:line="360" w:lineRule="auto"/>
              <w:rPr>
                <w:rFonts w:cs="Times New Roman"/>
                <w:sz w:val="16"/>
                <w:szCs w:val="18"/>
              </w:rPr>
            </w:pPr>
          </w:p>
        </w:tc>
        <w:tc>
          <w:tcPr>
            <w:tcW w:w="0" w:type="auto"/>
          </w:tcPr>
          <w:p w14:paraId="3CE68139"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71F83508" w14:textId="77777777" w:rsidR="00BB23C4" w:rsidRPr="001F505C" w:rsidRDefault="00BB23C4" w:rsidP="00CD63E1">
            <w:pPr>
              <w:rPr>
                <w:rFonts w:cs="Times New Roman"/>
                <w:sz w:val="16"/>
                <w:szCs w:val="18"/>
              </w:rPr>
            </w:pPr>
            <w:r w:rsidRPr="001F505C">
              <w:rPr>
                <w:rFonts w:cs="Times New Roman"/>
                <w:sz w:val="16"/>
                <w:szCs w:val="18"/>
              </w:rPr>
              <w:t>114 (95.00)</w:t>
            </w:r>
          </w:p>
        </w:tc>
        <w:tc>
          <w:tcPr>
            <w:tcW w:w="0" w:type="auto"/>
            <w:vAlign w:val="center"/>
          </w:tcPr>
          <w:p w14:paraId="5A175F21" w14:textId="77777777"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14:paraId="4DA94C21" w14:textId="77777777" w:rsidR="00BB23C4" w:rsidRPr="001F505C" w:rsidRDefault="00BB23C4" w:rsidP="00CD63E1">
            <w:pPr>
              <w:rPr>
                <w:rFonts w:cs="Times New Roman"/>
                <w:sz w:val="16"/>
                <w:szCs w:val="18"/>
              </w:rPr>
            </w:pPr>
            <w:r w:rsidRPr="001F505C">
              <w:rPr>
                <w:rFonts w:cs="Times New Roman"/>
                <w:sz w:val="16"/>
                <w:szCs w:val="18"/>
              </w:rPr>
              <w:t>114 (95.00)</w:t>
            </w:r>
          </w:p>
        </w:tc>
        <w:tc>
          <w:tcPr>
            <w:tcW w:w="0" w:type="auto"/>
            <w:vAlign w:val="center"/>
          </w:tcPr>
          <w:p w14:paraId="72DA7157" w14:textId="77777777"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14:paraId="413B1143" w14:textId="77777777" w:rsidR="00BB23C4" w:rsidRPr="001F505C" w:rsidRDefault="00BB23C4" w:rsidP="00CD63E1">
            <w:pPr>
              <w:rPr>
                <w:rFonts w:cs="Times New Roman"/>
                <w:sz w:val="16"/>
                <w:szCs w:val="18"/>
              </w:rPr>
            </w:pPr>
            <w:r w:rsidRPr="001F505C">
              <w:rPr>
                <w:rFonts w:cs="Times New Roman"/>
                <w:sz w:val="16"/>
                <w:szCs w:val="18"/>
              </w:rPr>
              <w:t>120 (100.00)</w:t>
            </w:r>
          </w:p>
        </w:tc>
        <w:tc>
          <w:tcPr>
            <w:tcW w:w="0" w:type="auto"/>
            <w:vAlign w:val="center"/>
          </w:tcPr>
          <w:p w14:paraId="12121E85" w14:textId="77777777" w:rsidR="00BB23C4" w:rsidRPr="001F505C" w:rsidRDefault="00BB23C4" w:rsidP="00CD63E1">
            <w:pPr>
              <w:rPr>
                <w:rFonts w:cs="Times New Roman"/>
                <w:sz w:val="16"/>
                <w:szCs w:val="18"/>
              </w:rPr>
            </w:pPr>
            <w:r w:rsidRPr="001F505C">
              <w:rPr>
                <w:rFonts w:cs="Times New Roman"/>
                <w:sz w:val="16"/>
                <w:szCs w:val="18"/>
              </w:rPr>
              <w:t>120 (100.00)</w:t>
            </w:r>
          </w:p>
        </w:tc>
      </w:tr>
      <w:tr w:rsidR="00BB23C4" w:rsidRPr="001F505C" w14:paraId="4E9396EF" w14:textId="77777777" w:rsidTr="00CD63E1">
        <w:tc>
          <w:tcPr>
            <w:tcW w:w="0" w:type="auto"/>
          </w:tcPr>
          <w:p w14:paraId="40FAA088" w14:textId="77777777" w:rsidR="00BB23C4" w:rsidRPr="001F505C" w:rsidRDefault="00BB23C4" w:rsidP="00CD63E1">
            <w:pPr>
              <w:spacing w:line="360" w:lineRule="auto"/>
              <w:rPr>
                <w:rFonts w:cs="Times New Roman"/>
                <w:sz w:val="16"/>
                <w:szCs w:val="18"/>
              </w:rPr>
            </w:pPr>
            <w:r w:rsidRPr="001F505C">
              <w:rPr>
                <w:rFonts w:cs="Times New Roman"/>
                <w:sz w:val="16"/>
                <w:szCs w:val="18"/>
              </w:rPr>
              <w:t>(d)</w:t>
            </w:r>
          </w:p>
        </w:tc>
        <w:tc>
          <w:tcPr>
            <w:tcW w:w="0" w:type="auto"/>
            <w:gridSpan w:val="7"/>
          </w:tcPr>
          <w:p w14:paraId="69ED4597" w14:textId="77777777" w:rsidR="00BB23C4" w:rsidRPr="001F505C" w:rsidRDefault="00BB23C4" w:rsidP="00CD63E1">
            <w:pPr>
              <w:spacing w:line="360" w:lineRule="auto"/>
              <w:rPr>
                <w:rFonts w:cs="Times New Roman"/>
                <w:sz w:val="16"/>
                <w:szCs w:val="18"/>
              </w:rPr>
            </w:pPr>
            <w:r w:rsidRPr="001F505C">
              <w:rPr>
                <w:rFonts w:cs="Times New Roman"/>
                <w:b/>
                <w:sz w:val="16"/>
                <w:szCs w:val="18"/>
              </w:rPr>
              <w:t>Fumigation of poultry shed</w:t>
            </w:r>
          </w:p>
        </w:tc>
      </w:tr>
      <w:tr w:rsidR="00BB23C4" w:rsidRPr="001F505C" w14:paraId="6E754000" w14:textId="77777777" w:rsidTr="00CD63E1">
        <w:tc>
          <w:tcPr>
            <w:tcW w:w="0" w:type="auto"/>
          </w:tcPr>
          <w:p w14:paraId="0F1229F1" w14:textId="77777777" w:rsidR="00BB23C4" w:rsidRPr="001F505C" w:rsidRDefault="00BB23C4" w:rsidP="00CD63E1">
            <w:pPr>
              <w:spacing w:line="360" w:lineRule="auto"/>
              <w:rPr>
                <w:rFonts w:cs="Times New Roman"/>
                <w:sz w:val="16"/>
                <w:szCs w:val="18"/>
              </w:rPr>
            </w:pPr>
          </w:p>
        </w:tc>
        <w:tc>
          <w:tcPr>
            <w:tcW w:w="0" w:type="auto"/>
          </w:tcPr>
          <w:p w14:paraId="46DFB13B"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57C2A5F" w14:textId="77777777" w:rsidTr="00CD63E1">
              <w:trPr>
                <w:tblCellSpacing w:w="15" w:type="dxa"/>
              </w:trPr>
              <w:tc>
                <w:tcPr>
                  <w:tcW w:w="0" w:type="auto"/>
                  <w:vAlign w:val="center"/>
                  <w:hideMark/>
                </w:tcPr>
                <w:p w14:paraId="0E9F047F" w14:textId="77777777" w:rsidR="00BB23C4" w:rsidRPr="001F505C" w:rsidRDefault="00BB23C4" w:rsidP="00CD63E1">
                  <w:pPr>
                    <w:rPr>
                      <w:rFonts w:cs="Times New Roman"/>
                      <w:sz w:val="16"/>
                      <w:szCs w:val="18"/>
                    </w:rPr>
                  </w:pPr>
                  <w:r w:rsidRPr="001F505C">
                    <w:rPr>
                      <w:rFonts w:cs="Times New Roman"/>
                      <w:sz w:val="16"/>
                      <w:szCs w:val="18"/>
                    </w:rPr>
                    <w:t>36 (30.00)</w:t>
                  </w:r>
                </w:p>
              </w:tc>
            </w:tr>
          </w:tbl>
          <w:p w14:paraId="077234C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A55E379" w14:textId="77777777" w:rsidTr="00CD63E1">
              <w:trPr>
                <w:tblCellSpacing w:w="15" w:type="dxa"/>
              </w:trPr>
              <w:tc>
                <w:tcPr>
                  <w:tcW w:w="0" w:type="auto"/>
                  <w:vAlign w:val="center"/>
                  <w:hideMark/>
                </w:tcPr>
                <w:p w14:paraId="435EE3CC" w14:textId="77777777" w:rsidR="00BB23C4" w:rsidRPr="001F505C" w:rsidRDefault="00BB23C4" w:rsidP="00CD63E1">
                  <w:pPr>
                    <w:rPr>
                      <w:rFonts w:cs="Times New Roman"/>
                      <w:sz w:val="16"/>
                      <w:szCs w:val="18"/>
                    </w:rPr>
                  </w:pPr>
                  <w:r w:rsidRPr="001F505C">
                    <w:rPr>
                      <w:rFonts w:cs="Times New Roman"/>
                      <w:sz w:val="16"/>
                      <w:szCs w:val="18"/>
                    </w:rPr>
                    <w:t>29 (24.17)</w:t>
                  </w:r>
                </w:p>
              </w:tc>
            </w:tr>
          </w:tbl>
          <w:p w14:paraId="3C04750B"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4C87B3C4" w14:textId="77777777" w:rsidTr="00CD63E1">
              <w:trPr>
                <w:tblCellSpacing w:w="15" w:type="dxa"/>
              </w:trPr>
              <w:tc>
                <w:tcPr>
                  <w:tcW w:w="0" w:type="auto"/>
                  <w:vAlign w:val="center"/>
                  <w:hideMark/>
                </w:tcPr>
                <w:p w14:paraId="120B09E8" w14:textId="77777777" w:rsidR="00BB23C4" w:rsidRPr="001F505C" w:rsidRDefault="00BB23C4" w:rsidP="00CD63E1">
                  <w:pPr>
                    <w:rPr>
                      <w:rFonts w:cs="Times New Roman"/>
                      <w:sz w:val="16"/>
                      <w:szCs w:val="18"/>
                    </w:rPr>
                  </w:pPr>
                  <w:r w:rsidRPr="001F505C">
                    <w:rPr>
                      <w:rFonts w:cs="Times New Roman"/>
                      <w:sz w:val="16"/>
                      <w:szCs w:val="18"/>
                    </w:rPr>
                    <w:t>36 (30.00)</w:t>
                  </w:r>
                </w:p>
              </w:tc>
            </w:tr>
          </w:tbl>
          <w:p w14:paraId="0D083FAC"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006BE310" w14:textId="77777777" w:rsidTr="00CD63E1">
              <w:trPr>
                <w:tblCellSpacing w:w="15" w:type="dxa"/>
              </w:trPr>
              <w:tc>
                <w:tcPr>
                  <w:tcW w:w="0" w:type="auto"/>
                  <w:vAlign w:val="center"/>
                  <w:hideMark/>
                </w:tcPr>
                <w:p w14:paraId="107F5851" w14:textId="77777777" w:rsidR="00BB23C4" w:rsidRPr="001F505C" w:rsidRDefault="00BB23C4" w:rsidP="00CD63E1">
                  <w:pPr>
                    <w:rPr>
                      <w:rFonts w:cs="Times New Roman"/>
                      <w:sz w:val="16"/>
                      <w:szCs w:val="18"/>
                    </w:rPr>
                  </w:pPr>
                  <w:r w:rsidRPr="001F505C">
                    <w:rPr>
                      <w:rFonts w:cs="Times New Roman"/>
                      <w:sz w:val="16"/>
                      <w:szCs w:val="18"/>
                    </w:rPr>
                    <w:t>29 (24.17)</w:t>
                  </w:r>
                </w:p>
              </w:tc>
            </w:tr>
          </w:tbl>
          <w:p w14:paraId="45F282CD"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6582101E" w14:textId="77777777" w:rsidTr="00CD63E1">
              <w:trPr>
                <w:tblCellSpacing w:w="15" w:type="dxa"/>
              </w:trPr>
              <w:tc>
                <w:tcPr>
                  <w:tcW w:w="0" w:type="auto"/>
                  <w:vAlign w:val="center"/>
                  <w:hideMark/>
                </w:tcPr>
                <w:p w14:paraId="0390CFD7" w14:textId="77777777" w:rsidR="00BB23C4" w:rsidRPr="001F505C" w:rsidRDefault="00BB23C4" w:rsidP="00CD63E1">
                  <w:pPr>
                    <w:rPr>
                      <w:rFonts w:cs="Times New Roman"/>
                      <w:sz w:val="16"/>
                      <w:szCs w:val="18"/>
                    </w:rPr>
                  </w:pPr>
                  <w:r w:rsidRPr="001F505C">
                    <w:rPr>
                      <w:rFonts w:cs="Times New Roman"/>
                      <w:sz w:val="16"/>
                      <w:szCs w:val="18"/>
                    </w:rPr>
                    <w:t>36 (30.00)</w:t>
                  </w:r>
                </w:p>
              </w:tc>
            </w:tr>
          </w:tbl>
          <w:p w14:paraId="49B144C3" w14:textId="77777777" w:rsidR="00BB23C4" w:rsidRPr="001F505C" w:rsidRDefault="00BB23C4"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B23C4" w:rsidRPr="001F505C" w14:paraId="2DE2C561" w14:textId="77777777" w:rsidTr="00CD63E1">
              <w:trPr>
                <w:tblCellSpacing w:w="15" w:type="dxa"/>
              </w:trPr>
              <w:tc>
                <w:tcPr>
                  <w:tcW w:w="0" w:type="auto"/>
                  <w:vAlign w:val="center"/>
                  <w:hideMark/>
                </w:tcPr>
                <w:p w14:paraId="30A7BBF7" w14:textId="77777777" w:rsidR="00BB23C4" w:rsidRPr="001F505C" w:rsidRDefault="00BB23C4" w:rsidP="00CD63E1">
                  <w:pPr>
                    <w:rPr>
                      <w:rFonts w:cs="Times New Roman"/>
                      <w:sz w:val="16"/>
                      <w:szCs w:val="18"/>
                    </w:rPr>
                  </w:pPr>
                  <w:r w:rsidRPr="001F505C">
                    <w:rPr>
                      <w:rFonts w:cs="Times New Roman"/>
                      <w:sz w:val="16"/>
                      <w:szCs w:val="18"/>
                    </w:rPr>
                    <w:t>29 (24.17)</w:t>
                  </w:r>
                </w:p>
              </w:tc>
            </w:tr>
          </w:tbl>
          <w:p w14:paraId="6FBADB20" w14:textId="77777777" w:rsidR="00BB23C4" w:rsidRPr="001F505C" w:rsidRDefault="00BB23C4" w:rsidP="00CD63E1">
            <w:pPr>
              <w:rPr>
                <w:rFonts w:cs="Times New Roman"/>
                <w:sz w:val="16"/>
                <w:szCs w:val="18"/>
              </w:rPr>
            </w:pPr>
          </w:p>
        </w:tc>
      </w:tr>
      <w:tr w:rsidR="00BB23C4" w:rsidRPr="001F505C" w14:paraId="43822EB7" w14:textId="77777777" w:rsidTr="00CD63E1">
        <w:tc>
          <w:tcPr>
            <w:tcW w:w="0" w:type="auto"/>
          </w:tcPr>
          <w:p w14:paraId="23253710" w14:textId="77777777" w:rsidR="00BB23C4" w:rsidRPr="001F505C" w:rsidRDefault="00BB23C4" w:rsidP="00CD63E1">
            <w:pPr>
              <w:spacing w:line="360" w:lineRule="auto"/>
              <w:rPr>
                <w:rFonts w:cs="Times New Roman"/>
                <w:sz w:val="16"/>
                <w:szCs w:val="18"/>
              </w:rPr>
            </w:pPr>
          </w:p>
        </w:tc>
        <w:tc>
          <w:tcPr>
            <w:tcW w:w="0" w:type="auto"/>
          </w:tcPr>
          <w:p w14:paraId="65BE2C6A"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4BBAC2E9"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56D44DC5" w14:textId="77777777" w:rsidR="00BB23C4" w:rsidRPr="001F505C" w:rsidRDefault="00BB23C4" w:rsidP="00CD63E1">
            <w:pPr>
              <w:rPr>
                <w:rFonts w:cs="Times New Roman"/>
                <w:sz w:val="16"/>
                <w:szCs w:val="18"/>
              </w:rPr>
            </w:pPr>
            <w:r w:rsidRPr="001F505C">
              <w:rPr>
                <w:rFonts w:cs="Times New Roman"/>
                <w:sz w:val="16"/>
                <w:szCs w:val="18"/>
              </w:rPr>
              <w:t>91 (75.83)</w:t>
            </w:r>
          </w:p>
        </w:tc>
        <w:tc>
          <w:tcPr>
            <w:tcW w:w="0" w:type="auto"/>
            <w:vAlign w:val="center"/>
          </w:tcPr>
          <w:p w14:paraId="29B85257"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1F3B89EE" w14:textId="77777777" w:rsidR="00BB23C4" w:rsidRPr="001F505C" w:rsidRDefault="00BB23C4" w:rsidP="00CD63E1">
            <w:pPr>
              <w:rPr>
                <w:rFonts w:cs="Times New Roman"/>
                <w:sz w:val="16"/>
                <w:szCs w:val="18"/>
              </w:rPr>
            </w:pPr>
            <w:r w:rsidRPr="001F505C">
              <w:rPr>
                <w:rFonts w:cs="Times New Roman"/>
                <w:sz w:val="16"/>
                <w:szCs w:val="18"/>
              </w:rPr>
              <w:t>91 (75.83)</w:t>
            </w:r>
          </w:p>
        </w:tc>
        <w:tc>
          <w:tcPr>
            <w:tcW w:w="0" w:type="auto"/>
            <w:vAlign w:val="center"/>
          </w:tcPr>
          <w:p w14:paraId="4A273D63" w14:textId="77777777" w:rsidR="00BB23C4" w:rsidRPr="001F505C" w:rsidRDefault="00BB23C4" w:rsidP="00CD63E1">
            <w:pPr>
              <w:rPr>
                <w:rFonts w:cs="Times New Roman"/>
                <w:sz w:val="16"/>
                <w:szCs w:val="18"/>
              </w:rPr>
            </w:pPr>
            <w:r w:rsidRPr="001F505C">
              <w:rPr>
                <w:rFonts w:cs="Times New Roman"/>
                <w:sz w:val="16"/>
                <w:szCs w:val="18"/>
              </w:rPr>
              <w:t>84 (70.00)</w:t>
            </w:r>
          </w:p>
        </w:tc>
        <w:tc>
          <w:tcPr>
            <w:tcW w:w="0" w:type="auto"/>
            <w:vAlign w:val="center"/>
          </w:tcPr>
          <w:p w14:paraId="5E6AD535" w14:textId="77777777" w:rsidR="00BB23C4" w:rsidRPr="001F505C" w:rsidRDefault="00BB23C4" w:rsidP="00CD63E1">
            <w:pPr>
              <w:rPr>
                <w:rFonts w:cs="Times New Roman"/>
                <w:sz w:val="16"/>
                <w:szCs w:val="18"/>
              </w:rPr>
            </w:pPr>
            <w:r w:rsidRPr="001F505C">
              <w:rPr>
                <w:rFonts w:cs="Times New Roman"/>
                <w:sz w:val="16"/>
                <w:szCs w:val="18"/>
              </w:rPr>
              <w:t>91 (75.83)</w:t>
            </w:r>
          </w:p>
        </w:tc>
      </w:tr>
      <w:tr w:rsidR="00BB23C4" w:rsidRPr="001F505C" w14:paraId="24F11109" w14:textId="77777777" w:rsidTr="00CD63E1">
        <w:tc>
          <w:tcPr>
            <w:tcW w:w="0" w:type="auto"/>
          </w:tcPr>
          <w:p w14:paraId="744701DC" w14:textId="77777777" w:rsidR="00BB23C4" w:rsidRPr="001F505C" w:rsidRDefault="00BB23C4" w:rsidP="00CD63E1">
            <w:pPr>
              <w:spacing w:line="360" w:lineRule="auto"/>
              <w:rPr>
                <w:rFonts w:cs="Times New Roman"/>
                <w:sz w:val="16"/>
                <w:szCs w:val="18"/>
              </w:rPr>
            </w:pPr>
            <w:r w:rsidRPr="001F505C">
              <w:rPr>
                <w:rFonts w:cs="Times New Roman"/>
                <w:sz w:val="16"/>
                <w:szCs w:val="18"/>
              </w:rPr>
              <w:t>(e)</w:t>
            </w:r>
          </w:p>
        </w:tc>
        <w:tc>
          <w:tcPr>
            <w:tcW w:w="0" w:type="auto"/>
          </w:tcPr>
          <w:p w14:paraId="631F5DE4" w14:textId="77777777" w:rsidR="00BB23C4" w:rsidRPr="001F505C" w:rsidRDefault="00BB23C4" w:rsidP="00CD63E1">
            <w:pPr>
              <w:spacing w:line="360" w:lineRule="auto"/>
              <w:rPr>
                <w:rFonts w:cs="Times New Roman"/>
                <w:sz w:val="16"/>
                <w:szCs w:val="18"/>
              </w:rPr>
            </w:pPr>
            <w:r w:rsidRPr="001F505C">
              <w:rPr>
                <w:rFonts w:cs="Times New Roman"/>
                <w:b/>
                <w:sz w:val="16"/>
                <w:szCs w:val="18"/>
              </w:rPr>
              <w:t>Ventilation management</w:t>
            </w:r>
          </w:p>
        </w:tc>
        <w:tc>
          <w:tcPr>
            <w:tcW w:w="0" w:type="auto"/>
          </w:tcPr>
          <w:p w14:paraId="4561CF2A" w14:textId="77777777" w:rsidR="00BB23C4" w:rsidRPr="001F505C" w:rsidRDefault="00BB23C4" w:rsidP="00CD63E1">
            <w:pPr>
              <w:spacing w:line="360" w:lineRule="auto"/>
              <w:rPr>
                <w:rFonts w:cs="Times New Roman"/>
                <w:sz w:val="16"/>
                <w:szCs w:val="18"/>
              </w:rPr>
            </w:pPr>
          </w:p>
        </w:tc>
        <w:tc>
          <w:tcPr>
            <w:tcW w:w="0" w:type="auto"/>
          </w:tcPr>
          <w:p w14:paraId="54556835" w14:textId="77777777" w:rsidR="00BB23C4" w:rsidRPr="001F505C" w:rsidRDefault="00BB23C4" w:rsidP="00CD63E1">
            <w:pPr>
              <w:spacing w:line="360" w:lineRule="auto"/>
              <w:rPr>
                <w:rFonts w:cs="Times New Roman"/>
                <w:sz w:val="16"/>
                <w:szCs w:val="18"/>
              </w:rPr>
            </w:pPr>
          </w:p>
        </w:tc>
        <w:tc>
          <w:tcPr>
            <w:tcW w:w="0" w:type="auto"/>
          </w:tcPr>
          <w:p w14:paraId="6B8B8CF2" w14:textId="77777777" w:rsidR="00BB23C4" w:rsidRPr="001F505C" w:rsidRDefault="00BB23C4" w:rsidP="00CD63E1">
            <w:pPr>
              <w:spacing w:line="360" w:lineRule="auto"/>
              <w:rPr>
                <w:rFonts w:cs="Times New Roman"/>
                <w:sz w:val="16"/>
                <w:szCs w:val="18"/>
              </w:rPr>
            </w:pPr>
          </w:p>
        </w:tc>
        <w:tc>
          <w:tcPr>
            <w:tcW w:w="0" w:type="auto"/>
          </w:tcPr>
          <w:p w14:paraId="63AB1BFE" w14:textId="77777777" w:rsidR="00BB23C4" w:rsidRPr="001F505C" w:rsidRDefault="00BB23C4" w:rsidP="00CD63E1">
            <w:pPr>
              <w:spacing w:line="360" w:lineRule="auto"/>
              <w:rPr>
                <w:rFonts w:cs="Times New Roman"/>
                <w:sz w:val="16"/>
                <w:szCs w:val="18"/>
              </w:rPr>
            </w:pPr>
          </w:p>
        </w:tc>
        <w:tc>
          <w:tcPr>
            <w:tcW w:w="0" w:type="auto"/>
          </w:tcPr>
          <w:p w14:paraId="365DD7AF" w14:textId="77777777" w:rsidR="00BB23C4" w:rsidRPr="001F505C" w:rsidRDefault="00BB23C4" w:rsidP="00CD63E1">
            <w:pPr>
              <w:spacing w:line="360" w:lineRule="auto"/>
              <w:rPr>
                <w:rFonts w:cs="Times New Roman"/>
                <w:sz w:val="16"/>
                <w:szCs w:val="18"/>
              </w:rPr>
            </w:pPr>
          </w:p>
        </w:tc>
        <w:tc>
          <w:tcPr>
            <w:tcW w:w="0" w:type="auto"/>
          </w:tcPr>
          <w:p w14:paraId="49282A71" w14:textId="77777777" w:rsidR="00BB23C4" w:rsidRPr="001F505C" w:rsidRDefault="00BB23C4" w:rsidP="00CD63E1">
            <w:pPr>
              <w:spacing w:line="360" w:lineRule="auto"/>
              <w:rPr>
                <w:rFonts w:cs="Times New Roman"/>
                <w:sz w:val="16"/>
                <w:szCs w:val="18"/>
              </w:rPr>
            </w:pPr>
          </w:p>
        </w:tc>
      </w:tr>
      <w:tr w:rsidR="00BB23C4" w:rsidRPr="001F505C" w14:paraId="397B84FD" w14:textId="77777777" w:rsidTr="00CD63E1">
        <w:tc>
          <w:tcPr>
            <w:tcW w:w="0" w:type="auto"/>
          </w:tcPr>
          <w:p w14:paraId="4F2753E5" w14:textId="77777777" w:rsidR="00BB23C4" w:rsidRPr="001F505C" w:rsidRDefault="00BB23C4" w:rsidP="00CD63E1">
            <w:pPr>
              <w:spacing w:line="360" w:lineRule="auto"/>
              <w:rPr>
                <w:rFonts w:cs="Times New Roman"/>
                <w:sz w:val="16"/>
                <w:szCs w:val="18"/>
              </w:rPr>
            </w:pPr>
          </w:p>
        </w:tc>
        <w:tc>
          <w:tcPr>
            <w:tcW w:w="0" w:type="auto"/>
          </w:tcPr>
          <w:p w14:paraId="32CA58ED"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17C242AF" w14:textId="77777777" w:rsidR="00BB23C4" w:rsidRPr="001F505C" w:rsidRDefault="00BB23C4" w:rsidP="00CD63E1">
            <w:pPr>
              <w:rPr>
                <w:rFonts w:cs="Times New Roman"/>
                <w:sz w:val="16"/>
                <w:szCs w:val="18"/>
              </w:rPr>
            </w:pPr>
            <w:r w:rsidRPr="001F505C">
              <w:rPr>
                <w:rFonts w:cs="Times New Roman"/>
                <w:sz w:val="16"/>
                <w:szCs w:val="18"/>
              </w:rPr>
              <w:t>102 (85.00)</w:t>
            </w:r>
          </w:p>
        </w:tc>
        <w:tc>
          <w:tcPr>
            <w:tcW w:w="0" w:type="auto"/>
            <w:vAlign w:val="center"/>
          </w:tcPr>
          <w:p w14:paraId="1284EB19" w14:textId="77777777" w:rsidR="00BB23C4" w:rsidRPr="001F505C" w:rsidRDefault="00BB23C4" w:rsidP="00CD63E1">
            <w:pPr>
              <w:rPr>
                <w:rFonts w:cs="Times New Roman"/>
                <w:sz w:val="16"/>
                <w:szCs w:val="18"/>
              </w:rPr>
            </w:pPr>
            <w:r w:rsidRPr="001F505C">
              <w:rPr>
                <w:rFonts w:cs="Times New Roman"/>
                <w:sz w:val="16"/>
                <w:szCs w:val="18"/>
              </w:rPr>
              <w:t>94 (78.33)</w:t>
            </w:r>
          </w:p>
        </w:tc>
        <w:tc>
          <w:tcPr>
            <w:tcW w:w="0" w:type="auto"/>
            <w:vAlign w:val="center"/>
          </w:tcPr>
          <w:p w14:paraId="103BE86A" w14:textId="77777777" w:rsidR="00BB23C4" w:rsidRPr="001F505C" w:rsidRDefault="00BB23C4" w:rsidP="00CD63E1">
            <w:pPr>
              <w:rPr>
                <w:rFonts w:cs="Times New Roman"/>
                <w:sz w:val="16"/>
                <w:szCs w:val="18"/>
              </w:rPr>
            </w:pPr>
            <w:r w:rsidRPr="001F505C">
              <w:rPr>
                <w:rFonts w:cs="Times New Roman"/>
                <w:sz w:val="16"/>
                <w:szCs w:val="18"/>
              </w:rPr>
              <w:t>61 (50.83)</w:t>
            </w:r>
          </w:p>
        </w:tc>
        <w:tc>
          <w:tcPr>
            <w:tcW w:w="0" w:type="auto"/>
            <w:vAlign w:val="center"/>
          </w:tcPr>
          <w:p w14:paraId="654FE52D" w14:textId="77777777" w:rsidR="00BB23C4" w:rsidRPr="001F505C" w:rsidRDefault="00BB23C4" w:rsidP="00CD63E1">
            <w:pPr>
              <w:rPr>
                <w:rFonts w:cs="Times New Roman"/>
                <w:sz w:val="16"/>
                <w:szCs w:val="18"/>
              </w:rPr>
            </w:pPr>
            <w:r w:rsidRPr="001F505C">
              <w:rPr>
                <w:rFonts w:cs="Times New Roman"/>
                <w:sz w:val="16"/>
                <w:szCs w:val="18"/>
              </w:rPr>
              <w:t>56 (46.67)</w:t>
            </w:r>
          </w:p>
        </w:tc>
        <w:tc>
          <w:tcPr>
            <w:tcW w:w="0" w:type="auto"/>
            <w:vAlign w:val="center"/>
          </w:tcPr>
          <w:p w14:paraId="4517D1CE" w14:textId="77777777" w:rsidR="00BB23C4" w:rsidRPr="001F505C" w:rsidRDefault="00BB23C4" w:rsidP="00CD63E1">
            <w:pPr>
              <w:rPr>
                <w:rFonts w:cs="Times New Roman"/>
                <w:sz w:val="16"/>
                <w:szCs w:val="18"/>
              </w:rPr>
            </w:pPr>
            <w:r w:rsidRPr="001F505C">
              <w:rPr>
                <w:rFonts w:cs="Times New Roman"/>
                <w:sz w:val="16"/>
                <w:szCs w:val="18"/>
              </w:rPr>
              <w:t>72 (60.00)</w:t>
            </w:r>
          </w:p>
        </w:tc>
        <w:tc>
          <w:tcPr>
            <w:tcW w:w="0" w:type="auto"/>
            <w:vAlign w:val="center"/>
          </w:tcPr>
          <w:p w14:paraId="3DD8993D" w14:textId="77777777" w:rsidR="00BB23C4" w:rsidRPr="001F505C" w:rsidRDefault="00BB23C4" w:rsidP="00CD63E1">
            <w:pPr>
              <w:rPr>
                <w:rFonts w:cs="Times New Roman"/>
                <w:sz w:val="16"/>
                <w:szCs w:val="18"/>
              </w:rPr>
            </w:pPr>
            <w:r w:rsidRPr="001F505C">
              <w:rPr>
                <w:rFonts w:cs="Times New Roman"/>
                <w:sz w:val="16"/>
                <w:szCs w:val="18"/>
              </w:rPr>
              <w:t>67 (55.83)</w:t>
            </w:r>
          </w:p>
        </w:tc>
      </w:tr>
      <w:tr w:rsidR="00BB23C4" w:rsidRPr="001F505C" w14:paraId="7E2EBEC5" w14:textId="77777777" w:rsidTr="00CD63E1">
        <w:tc>
          <w:tcPr>
            <w:tcW w:w="0" w:type="auto"/>
          </w:tcPr>
          <w:p w14:paraId="52A9B0DB" w14:textId="77777777" w:rsidR="00BB23C4" w:rsidRPr="001F505C" w:rsidRDefault="00BB23C4" w:rsidP="00CD63E1">
            <w:pPr>
              <w:spacing w:line="360" w:lineRule="auto"/>
              <w:rPr>
                <w:rFonts w:cs="Times New Roman"/>
                <w:sz w:val="16"/>
                <w:szCs w:val="18"/>
              </w:rPr>
            </w:pPr>
          </w:p>
        </w:tc>
        <w:tc>
          <w:tcPr>
            <w:tcW w:w="0" w:type="auto"/>
          </w:tcPr>
          <w:p w14:paraId="52F29E52"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40B084AF" w14:textId="77777777" w:rsidR="00BB23C4" w:rsidRPr="001F505C" w:rsidRDefault="00BB23C4" w:rsidP="00CD63E1">
            <w:pPr>
              <w:rPr>
                <w:rFonts w:cs="Times New Roman"/>
                <w:sz w:val="16"/>
                <w:szCs w:val="18"/>
              </w:rPr>
            </w:pPr>
            <w:r w:rsidRPr="001F505C">
              <w:rPr>
                <w:rFonts w:cs="Times New Roman"/>
                <w:sz w:val="16"/>
                <w:szCs w:val="18"/>
              </w:rPr>
              <w:t>18 (15.00)</w:t>
            </w:r>
          </w:p>
        </w:tc>
        <w:tc>
          <w:tcPr>
            <w:tcW w:w="0" w:type="auto"/>
            <w:vAlign w:val="center"/>
          </w:tcPr>
          <w:p w14:paraId="4EDEFFB2" w14:textId="77777777" w:rsidR="00BB23C4" w:rsidRPr="001F505C" w:rsidRDefault="00BB23C4" w:rsidP="00CD63E1">
            <w:pPr>
              <w:rPr>
                <w:rFonts w:cs="Times New Roman"/>
                <w:sz w:val="16"/>
                <w:szCs w:val="18"/>
              </w:rPr>
            </w:pPr>
            <w:r w:rsidRPr="001F505C">
              <w:rPr>
                <w:rFonts w:cs="Times New Roman"/>
                <w:sz w:val="16"/>
                <w:szCs w:val="18"/>
              </w:rPr>
              <w:t>26 (21.67)</w:t>
            </w:r>
          </w:p>
        </w:tc>
        <w:tc>
          <w:tcPr>
            <w:tcW w:w="0" w:type="auto"/>
            <w:vAlign w:val="center"/>
          </w:tcPr>
          <w:p w14:paraId="5C042C80" w14:textId="77777777" w:rsidR="00BB23C4" w:rsidRPr="001F505C" w:rsidRDefault="00BB23C4" w:rsidP="00CD63E1">
            <w:pPr>
              <w:rPr>
                <w:rFonts w:cs="Times New Roman"/>
                <w:sz w:val="16"/>
                <w:szCs w:val="18"/>
              </w:rPr>
            </w:pPr>
            <w:r w:rsidRPr="001F505C">
              <w:rPr>
                <w:rFonts w:cs="Times New Roman"/>
                <w:sz w:val="16"/>
                <w:szCs w:val="18"/>
              </w:rPr>
              <w:t>59 (49.17)</w:t>
            </w:r>
          </w:p>
        </w:tc>
        <w:tc>
          <w:tcPr>
            <w:tcW w:w="0" w:type="auto"/>
            <w:vAlign w:val="center"/>
          </w:tcPr>
          <w:p w14:paraId="272C065D" w14:textId="77777777" w:rsidR="00BB23C4" w:rsidRPr="001F505C" w:rsidRDefault="00BB23C4" w:rsidP="00CD63E1">
            <w:pPr>
              <w:rPr>
                <w:rFonts w:cs="Times New Roman"/>
                <w:sz w:val="16"/>
                <w:szCs w:val="18"/>
              </w:rPr>
            </w:pPr>
            <w:r w:rsidRPr="001F505C">
              <w:rPr>
                <w:rFonts w:cs="Times New Roman"/>
                <w:sz w:val="16"/>
                <w:szCs w:val="18"/>
              </w:rPr>
              <w:t>64 (53.33)</w:t>
            </w:r>
          </w:p>
        </w:tc>
        <w:tc>
          <w:tcPr>
            <w:tcW w:w="0" w:type="auto"/>
            <w:vAlign w:val="center"/>
          </w:tcPr>
          <w:p w14:paraId="5EFCEBC9" w14:textId="77777777" w:rsidR="00BB23C4" w:rsidRPr="001F505C" w:rsidRDefault="00BB23C4" w:rsidP="00CD63E1">
            <w:pPr>
              <w:rPr>
                <w:rFonts w:cs="Times New Roman"/>
                <w:sz w:val="16"/>
                <w:szCs w:val="18"/>
              </w:rPr>
            </w:pPr>
            <w:r w:rsidRPr="001F505C">
              <w:rPr>
                <w:rFonts w:cs="Times New Roman"/>
                <w:sz w:val="16"/>
                <w:szCs w:val="18"/>
              </w:rPr>
              <w:t>48 (40.00)</w:t>
            </w:r>
          </w:p>
        </w:tc>
        <w:tc>
          <w:tcPr>
            <w:tcW w:w="0" w:type="auto"/>
            <w:vAlign w:val="center"/>
          </w:tcPr>
          <w:p w14:paraId="27EE5B3B" w14:textId="77777777" w:rsidR="00BB23C4" w:rsidRPr="001F505C" w:rsidRDefault="00BB23C4" w:rsidP="00CD63E1">
            <w:pPr>
              <w:rPr>
                <w:rFonts w:cs="Times New Roman"/>
                <w:sz w:val="16"/>
                <w:szCs w:val="18"/>
              </w:rPr>
            </w:pPr>
            <w:r w:rsidRPr="001F505C">
              <w:rPr>
                <w:rFonts w:cs="Times New Roman"/>
                <w:sz w:val="16"/>
                <w:szCs w:val="18"/>
              </w:rPr>
              <w:t>53 (44.17)</w:t>
            </w:r>
          </w:p>
        </w:tc>
      </w:tr>
      <w:tr w:rsidR="00BB23C4" w:rsidRPr="001F505C" w14:paraId="530F28A7" w14:textId="77777777" w:rsidTr="00CD63E1">
        <w:tc>
          <w:tcPr>
            <w:tcW w:w="0" w:type="auto"/>
          </w:tcPr>
          <w:p w14:paraId="625991B0" w14:textId="77777777" w:rsidR="00BB23C4" w:rsidRPr="001F505C" w:rsidRDefault="00BB23C4" w:rsidP="00CD63E1">
            <w:pPr>
              <w:spacing w:line="360" w:lineRule="auto"/>
              <w:rPr>
                <w:rFonts w:cs="Times New Roman"/>
                <w:sz w:val="16"/>
                <w:szCs w:val="18"/>
              </w:rPr>
            </w:pPr>
            <w:r w:rsidRPr="001F505C">
              <w:rPr>
                <w:rFonts w:cs="Times New Roman"/>
                <w:sz w:val="16"/>
                <w:szCs w:val="18"/>
              </w:rPr>
              <w:t>(f)</w:t>
            </w:r>
          </w:p>
        </w:tc>
        <w:tc>
          <w:tcPr>
            <w:tcW w:w="0" w:type="auto"/>
            <w:gridSpan w:val="7"/>
          </w:tcPr>
          <w:p w14:paraId="2136EC2C" w14:textId="77777777" w:rsidR="00BB23C4" w:rsidRPr="001F505C" w:rsidRDefault="00BB23C4" w:rsidP="00CD63E1">
            <w:pPr>
              <w:spacing w:line="360" w:lineRule="auto"/>
              <w:rPr>
                <w:rFonts w:cs="Times New Roman"/>
                <w:sz w:val="16"/>
                <w:szCs w:val="18"/>
              </w:rPr>
            </w:pPr>
            <w:r w:rsidRPr="001F505C">
              <w:rPr>
                <w:rFonts w:cs="Times New Roman"/>
                <w:b/>
                <w:sz w:val="16"/>
                <w:szCs w:val="18"/>
              </w:rPr>
              <w:t>Electricity supply</w:t>
            </w:r>
          </w:p>
        </w:tc>
      </w:tr>
      <w:tr w:rsidR="00BB23C4" w:rsidRPr="001F505C" w14:paraId="66CFDFE6" w14:textId="77777777" w:rsidTr="00CD63E1">
        <w:tc>
          <w:tcPr>
            <w:tcW w:w="0" w:type="auto"/>
          </w:tcPr>
          <w:p w14:paraId="07977240" w14:textId="77777777" w:rsidR="00BB23C4" w:rsidRPr="001F505C" w:rsidRDefault="00BB23C4" w:rsidP="00CD63E1">
            <w:pPr>
              <w:spacing w:line="360" w:lineRule="auto"/>
              <w:rPr>
                <w:rFonts w:cs="Times New Roman"/>
                <w:sz w:val="16"/>
                <w:szCs w:val="18"/>
              </w:rPr>
            </w:pPr>
          </w:p>
        </w:tc>
        <w:tc>
          <w:tcPr>
            <w:tcW w:w="0" w:type="auto"/>
          </w:tcPr>
          <w:p w14:paraId="5806C416"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169D5ABC" w14:textId="77777777" w:rsidR="00BB23C4" w:rsidRPr="001F505C" w:rsidRDefault="00BB23C4" w:rsidP="00CD63E1">
            <w:pPr>
              <w:rPr>
                <w:rFonts w:cs="Times New Roman"/>
                <w:sz w:val="16"/>
                <w:szCs w:val="18"/>
              </w:rPr>
            </w:pPr>
            <w:r w:rsidRPr="001F505C">
              <w:rPr>
                <w:rFonts w:cs="Times New Roman"/>
                <w:sz w:val="16"/>
                <w:szCs w:val="18"/>
              </w:rPr>
              <w:t>47 (39.17)</w:t>
            </w:r>
          </w:p>
        </w:tc>
        <w:tc>
          <w:tcPr>
            <w:tcW w:w="0" w:type="auto"/>
            <w:vAlign w:val="center"/>
          </w:tcPr>
          <w:p w14:paraId="2DAE9080" w14:textId="77777777" w:rsidR="00BB23C4" w:rsidRPr="001F505C" w:rsidRDefault="00BB23C4" w:rsidP="00CD63E1">
            <w:pPr>
              <w:rPr>
                <w:rFonts w:cs="Times New Roman"/>
                <w:sz w:val="16"/>
                <w:szCs w:val="18"/>
              </w:rPr>
            </w:pPr>
            <w:r w:rsidRPr="001F505C">
              <w:rPr>
                <w:rFonts w:cs="Times New Roman"/>
                <w:sz w:val="16"/>
                <w:szCs w:val="18"/>
              </w:rPr>
              <w:t>56 (46.67)</w:t>
            </w:r>
          </w:p>
        </w:tc>
        <w:tc>
          <w:tcPr>
            <w:tcW w:w="0" w:type="auto"/>
            <w:vAlign w:val="center"/>
          </w:tcPr>
          <w:p w14:paraId="1CEA4CCD" w14:textId="77777777" w:rsidR="00BB23C4" w:rsidRPr="001F505C" w:rsidRDefault="00BB23C4" w:rsidP="00CD63E1">
            <w:pPr>
              <w:rPr>
                <w:rFonts w:cs="Times New Roman"/>
                <w:sz w:val="16"/>
                <w:szCs w:val="18"/>
              </w:rPr>
            </w:pPr>
            <w:r w:rsidRPr="001F505C">
              <w:rPr>
                <w:rFonts w:cs="Times New Roman"/>
                <w:sz w:val="16"/>
                <w:szCs w:val="18"/>
              </w:rPr>
              <w:t>41 (34.17)</w:t>
            </w:r>
          </w:p>
        </w:tc>
        <w:tc>
          <w:tcPr>
            <w:tcW w:w="0" w:type="auto"/>
            <w:vAlign w:val="center"/>
          </w:tcPr>
          <w:p w14:paraId="63912731" w14:textId="77777777" w:rsidR="00BB23C4" w:rsidRPr="001F505C" w:rsidRDefault="00BB23C4" w:rsidP="00CD63E1">
            <w:pPr>
              <w:rPr>
                <w:rFonts w:cs="Times New Roman"/>
                <w:sz w:val="16"/>
                <w:szCs w:val="18"/>
              </w:rPr>
            </w:pPr>
            <w:r w:rsidRPr="001F505C">
              <w:rPr>
                <w:rFonts w:cs="Times New Roman"/>
                <w:sz w:val="16"/>
                <w:szCs w:val="18"/>
              </w:rPr>
              <w:t>49 (40.83)</w:t>
            </w:r>
          </w:p>
        </w:tc>
        <w:tc>
          <w:tcPr>
            <w:tcW w:w="0" w:type="auto"/>
            <w:vAlign w:val="center"/>
          </w:tcPr>
          <w:p w14:paraId="52997105" w14:textId="77777777" w:rsidR="00BB23C4" w:rsidRPr="001F505C" w:rsidRDefault="00BB23C4" w:rsidP="00CD63E1">
            <w:pPr>
              <w:rPr>
                <w:rFonts w:cs="Times New Roman"/>
                <w:sz w:val="16"/>
                <w:szCs w:val="18"/>
              </w:rPr>
            </w:pPr>
            <w:r w:rsidRPr="001F505C">
              <w:rPr>
                <w:rFonts w:cs="Times New Roman"/>
                <w:sz w:val="16"/>
                <w:szCs w:val="18"/>
              </w:rPr>
              <w:t>48 (40.00)</w:t>
            </w:r>
          </w:p>
        </w:tc>
        <w:tc>
          <w:tcPr>
            <w:tcW w:w="0" w:type="auto"/>
            <w:vAlign w:val="center"/>
          </w:tcPr>
          <w:p w14:paraId="6391AE12" w14:textId="77777777" w:rsidR="00BB23C4" w:rsidRPr="001F505C" w:rsidRDefault="00BB23C4" w:rsidP="00CD63E1">
            <w:pPr>
              <w:rPr>
                <w:rFonts w:cs="Times New Roman"/>
                <w:sz w:val="16"/>
                <w:szCs w:val="18"/>
              </w:rPr>
            </w:pPr>
            <w:r w:rsidRPr="001F505C">
              <w:rPr>
                <w:rFonts w:cs="Times New Roman"/>
                <w:sz w:val="16"/>
                <w:szCs w:val="18"/>
              </w:rPr>
              <w:t>54 (45.00)</w:t>
            </w:r>
          </w:p>
        </w:tc>
      </w:tr>
      <w:tr w:rsidR="00BB23C4" w:rsidRPr="001F505C" w14:paraId="331AB0EC" w14:textId="77777777" w:rsidTr="00CD63E1">
        <w:tc>
          <w:tcPr>
            <w:tcW w:w="0" w:type="auto"/>
          </w:tcPr>
          <w:p w14:paraId="4FCD61F5" w14:textId="77777777" w:rsidR="00BB23C4" w:rsidRPr="001F505C" w:rsidRDefault="00BB23C4" w:rsidP="00CD63E1">
            <w:pPr>
              <w:spacing w:line="360" w:lineRule="auto"/>
              <w:rPr>
                <w:rFonts w:cs="Times New Roman"/>
                <w:sz w:val="16"/>
                <w:szCs w:val="18"/>
              </w:rPr>
            </w:pPr>
          </w:p>
        </w:tc>
        <w:tc>
          <w:tcPr>
            <w:tcW w:w="0" w:type="auto"/>
          </w:tcPr>
          <w:p w14:paraId="1533C0F5"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7D7E3F62" w14:textId="77777777" w:rsidR="00BB23C4" w:rsidRPr="001F505C" w:rsidRDefault="00BB23C4" w:rsidP="00CD63E1">
            <w:pPr>
              <w:rPr>
                <w:rFonts w:cs="Times New Roman"/>
                <w:sz w:val="16"/>
                <w:szCs w:val="18"/>
              </w:rPr>
            </w:pPr>
            <w:r w:rsidRPr="001F505C">
              <w:rPr>
                <w:rFonts w:cs="Times New Roman"/>
                <w:sz w:val="16"/>
                <w:szCs w:val="18"/>
              </w:rPr>
              <w:t>73 (60.83)</w:t>
            </w:r>
          </w:p>
        </w:tc>
        <w:tc>
          <w:tcPr>
            <w:tcW w:w="0" w:type="auto"/>
            <w:vAlign w:val="center"/>
          </w:tcPr>
          <w:p w14:paraId="6F527E45" w14:textId="77777777" w:rsidR="00BB23C4" w:rsidRPr="001F505C" w:rsidRDefault="00BB23C4" w:rsidP="00CD63E1">
            <w:pPr>
              <w:rPr>
                <w:rFonts w:cs="Times New Roman"/>
                <w:sz w:val="16"/>
                <w:szCs w:val="18"/>
              </w:rPr>
            </w:pPr>
            <w:r w:rsidRPr="001F505C">
              <w:rPr>
                <w:rFonts w:cs="Times New Roman"/>
                <w:sz w:val="16"/>
                <w:szCs w:val="18"/>
              </w:rPr>
              <w:t>64 (53.33)</w:t>
            </w:r>
          </w:p>
        </w:tc>
        <w:tc>
          <w:tcPr>
            <w:tcW w:w="0" w:type="auto"/>
            <w:vAlign w:val="center"/>
          </w:tcPr>
          <w:p w14:paraId="4AC31E05" w14:textId="77777777" w:rsidR="00BB23C4" w:rsidRPr="001F505C" w:rsidRDefault="00BB23C4" w:rsidP="00CD63E1">
            <w:pPr>
              <w:rPr>
                <w:rFonts w:cs="Times New Roman"/>
                <w:sz w:val="16"/>
                <w:szCs w:val="18"/>
              </w:rPr>
            </w:pPr>
            <w:r w:rsidRPr="001F505C">
              <w:rPr>
                <w:rFonts w:cs="Times New Roman"/>
                <w:sz w:val="16"/>
                <w:szCs w:val="18"/>
              </w:rPr>
              <w:t>79 (65.83)</w:t>
            </w:r>
          </w:p>
        </w:tc>
        <w:tc>
          <w:tcPr>
            <w:tcW w:w="0" w:type="auto"/>
            <w:vAlign w:val="center"/>
          </w:tcPr>
          <w:p w14:paraId="3A637085" w14:textId="77777777" w:rsidR="00BB23C4" w:rsidRPr="001F505C" w:rsidRDefault="00BB23C4" w:rsidP="00CD63E1">
            <w:pPr>
              <w:rPr>
                <w:rFonts w:cs="Times New Roman"/>
                <w:sz w:val="16"/>
                <w:szCs w:val="18"/>
              </w:rPr>
            </w:pPr>
            <w:r w:rsidRPr="001F505C">
              <w:rPr>
                <w:rFonts w:cs="Times New Roman"/>
                <w:sz w:val="16"/>
                <w:szCs w:val="18"/>
              </w:rPr>
              <w:t>71 (59.17)</w:t>
            </w:r>
          </w:p>
        </w:tc>
        <w:tc>
          <w:tcPr>
            <w:tcW w:w="0" w:type="auto"/>
            <w:vAlign w:val="center"/>
          </w:tcPr>
          <w:p w14:paraId="13E07BD4" w14:textId="77777777" w:rsidR="00BB23C4" w:rsidRPr="001F505C" w:rsidRDefault="00BB23C4" w:rsidP="00CD63E1">
            <w:pPr>
              <w:rPr>
                <w:rFonts w:cs="Times New Roman"/>
                <w:sz w:val="16"/>
                <w:szCs w:val="18"/>
              </w:rPr>
            </w:pPr>
            <w:r w:rsidRPr="001F505C">
              <w:rPr>
                <w:rFonts w:cs="Times New Roman"/>
                <w:sz w:val="16"/>
                <w:szCs w:val="18"/>
              </w:rPr>
              <w:t>72 (60.00)</w:t>
            </w:r>
          </w:p>
        </w:tc>
        <w:tc>
          <w:tcPr>
            <w:tcW w:w="0" w:type="auto"/>
            <w:vAlign w:val="center"/>
          </w:tcPr>
          <w:p w14:paraId="25FB41DE" w14:textId="77777777" w:rsidR="00BB23C4" w:rsidRPr="001F505C" w:rsidRDefault="00BB23C4" w:rsidP="00CD63E1">
            <w:pPr>
              <w:rPr>
                <w:rFonts w:cs="Times New Roman"/>
                <w:sz w:val="16"/>
                <w:szCs w:val="18"/>
              </w:rPr>
            </w:pPr>
            <w:r w:rsidRPr="001F505C">
              <w:rPr>
                <w:rFonts w:cs="Times New Roman"/>
                <w:sz w:val="16"/>
                <w:szCs w:val="18"/>
              </w:rPr>
              <w:t>66 (55.00)</w:t>
            </w:r>
          </w:p>
        </w:tc>
      </w:tr>
      <w:tr w:rsidR="00BB23C4" w:rsidRPr="001F505C" w14:paraId="4B2B6073" w14:textId="77777777" w:rsidTr="00CD63E1">
        <w:tc>
          <w:tcPr>
            <w:tcW w:w="0" w:type="auto"/>
          </w:tcPr>
          <w:p w14:paraId="22022E52" w14:textId="77777777" w:rsidR="00BB23C4" w:rsidRPr="001F505C" w:rsidRDefault="00BB23C4" w:rsidP="00CD63E1">
            <w:pPr>
              <w:spacing w:line="360" w:lineRule="auto"/>
              <w:rPr>
                <w:rFonts w:cs="Times New Roman"/>
                <w:sz w:val="16"/>
                <w:szCs w:val="18"/>
              </w:rPr>
            </w:pPr>
            <w:r w:rsidRPr="001F505C">
              <w:rPr>
                <w:rFonts w:cs="Times New Roman"/>
                <w:sz w:val="16"/>
                <w:szCs w:val="18"/>
              </w:rPr>
              <w:t>(g)</w:t>
            </w:r>
          </w:p>
        </w:tc>
        <w:tc>
          <w:tcPr>
            <w:tcW w:w="0" w:type="auto"/>
            <w:gridSpan w:val="7"/>
          </w:tcPr>
          <w:p w14:paraId="48B7B86F" w14:textId="77777777" w:rsidR="00BB23C4" w:rsidRPr="001F505C" w:rsidRDefault="00BB23C4" w:rsidP="00CD63E1">
            <w:pPr>
              <w:spacing w:line="360" w:lineRule="auto"/>
              <w:rPr>
                <w:rFonts w:cs="Times New Roman"/>
                <w:sz w:val="16"/>
                <w:szCs w:val="18"/>
              </w:rPr>
            </w:pPr>
            <w:r w:rsidRPr="001F505C">
              <w:rPr>
                <w:rFonts w:cs="Times New Roman"/>
                <w:b/>
                <w:sz w:val="16"/>
                <w:szCs w:val="18"/>
              </w:rPr>
              <w:t>Provision of free-range area</w:t>
            </w:r>
          </w:p>
        </w:tc>
      </w:tr>
      <w:tr w:rsidR="00BB23C4" w:rsidRPr="001F505C" w14:paraId="2C5C5B27" w14:textId="77777777" w:rsidTr="00CD63E1">
        <w:tc>
          <w:tcPr>
            <w:tcW w:w="0" w:type="auto"/>
          </w:tcPr>
          <w:p w14:paraId="5A200BB8" w14:textId="77777777" w:rsidR="00BB23C4" w:rsidRPr="001F505C" w:rsidRDefault="00BB23C4" w:rsidP="00CD63E1">
            <w:pPr>
              <w:spacing w:line="360" w:lineRule="auto"/>
              <w:rPr>
                <w:rFonts w:cs="Times New Roman"/>
                <w:sz w:val="16"/>
                <w:szCs w:val="18"/>
              </w:rPr>
            </w:pPr>
          </w:p>
        </w:tc>
        <w:tc>
          <w:tcPr>
            <w:tcW w:w="0" w:type="auto"/>
          </w:tcPr>
          <w:p w14:paraId="1A6E79EC"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p w14:paraId="1B4811AD"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36DAE381"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0656948C"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428D79AE"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4881D23D"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376B59AF"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r>
      <w:tr w:rsidR="00BB23C4" w:rsidRPr="001F505C" w14:paraId="5051E049" w14:textId="77777777" w:rsidTr="00CD63E1">
        <w:tc>
          <w:tcPr>
            <w:tcW w:w="0" w:type="auto"/>
          </w:tcPr>
          <w:p w14:paraId="6E21B311" w14:textId="77777777" w:rsidR="00BB23C4" w:rsidRPr="001F505C" w:rsidRDefault="00BB23C4" w:rsidP="00CD63E1">
            <w:pPr>
              <w:spacing w:line="360" w:lineRule="auto"/>
              <w:rPr>
                <w:rFonts w:cs="Times New Roman"/>
                <w:sz w:val="16"/>
                <w:szCs w:val="18"/>
              </w:rPr>
            </w:pPr>
          </w:p>
        </w:tc>
        <w:tc>
          <w:tcPr>
            <w:tcW w:w="0" w:type="auto"/>
          </w:tcPr>
          <w:p w14:paraId="1DDF9375"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tcPr>
          <w:p w14:paraId="2528A1C8"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22D34AED"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1EEE34B3"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33687F42"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4AE6E4B6"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16E0FCE0"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r>
      <w:tr w:rsidR="00BB23C4" w:rsidRPr="001F505C" w14:paraId="560729B4" w14:textId="77777777" w:rsidTr="00CD63E1">
        <w:tc>
          <w:tcPr>
            <w:tcW w:w="0" w:type="auto"/>
          </w:tcPr>
          <w:p w14:paraId="70163239" w14:textId="77777777" w:rsidR="00BB23C4" w:rsidRPr="001F505C" w:rsidRDefault="00BB23C4" w:rsidP="00CD63E1">
            <w:pPr>
              <w:spacing w:line="360" w:lineRule="auto"/>
              <w:rPr>
                <w:rFonts w:cs="Times New Roman"/>
                <w:sz w:val="16"/>
                <w:szCs w:val="18"/>
              </w:rPr>
            </w:pPr>
            <w:r w:rsidRPr="001F505C">
              <w:rPr>
                <w:rFonts w:cs="Times New Roman"/>
                <w:sz w:val="16"/>
                <w:szCs w:val="18"/>
              </w:rPr>
              <w:t>(h)</w:t>
            </w:r>
          </w:p>
        </w:tc>
        <w:tc>
          <w:tcPr>
            <w:tcW w:w="0" w:type="auto"/>
            <w:gridSpan w:val="7"/>
          </w:tcPr>
          <w:p w14:paraId="1E91AF84" w14:textId="77777777" w:rsidR="00BB23C4" w:rsidRPr="001F505C" w:rsidRDefault="00BB23C4" w:rsidP="00CD63E1">
            <w:pPr>
              <w:spacing w:line="360" w:lineRule="auto"/>
              <w:rPr>
                <w:rFonts w:cs="Times New Roman"/>
                <w:sz w:val="16"/>
                <w:szCs w:val="18"/>
              </w:rPr>
            </w:pPr>
            <w:r w:rsidRPr="001F505C">
              <w:rPr>
                <w:rFonts w:cs="Times New Roman"/>
                <w:b/>
                <w:sz w:val="16"/>
                <w:szCs w:val="18"/>
              </w:rPr>
              <w:t>Provision of laying boxes</w:t>
            </w:r>
          </w:p>
        </w:tc>
      </w:tr>
      <w:tr w:rsidR="00BB23C4" w:rsidRPr="001F505C" w14:paraId="4A493D89" w14:textId="77777777" w:rsidTr="00CD63E1">
        <w:tc>
          <w:tcPr>
            <w:tcW w:w="0" w:type="auto"/>
          </w:tcPr>
          <w:p w14:paraId="6BD7B48E" w14:textId="77777777" w:rsidR="00BB23C4" w:rsidRPr="001F505C" w:rsidRDefault="00BB23C4" w:rsidP="00CD63E1">
            <w:pPr>
              <w:spacing w:line="360" w:lineRule="auto"/>
              <w:rPr>
                <w:rFonts w:cs="Times New Roman"/>
                <w:sz w:val="16"/>
                <w:szCs w:val="18"/>
              </w:rPr>
            </w:pPr>
          </w:p>
        </w:tc>
        <w:tc>
          <w:tcPr>
            <w:tcW w:w="0" w:type="auto"/>
          </w:tcPr>
          <w:p w14:paraId="4D36A771"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vAlign w:val="center"/>
          </w:tcPr>
          <w:p w14:paraId="44C27DA1" w14:textId="77777777" w:rsidR="00BB23C4" w:rsidRPr="001F505C" w:rsidRDefault="00BB23C4" w:rsidP="00CD63E1">
            <w:pPr>
              <w:rPr>
                <w:rFonts w:cs="Times New Roman"/>
                <w:sz w:val="16"/>
                <w:szCs w:val="18"/>
              </w:rPr>
            </w:pPr>
            <w:r w:rsidRPr="001F505C">
              <w:rPr>
                <w:rFonts w:cs="Times New Roman"/>
                <w:sz w:val="16"/>
                <w:szCs w:val="18"/>
              </w:rPr>
              <w:t>38 (31.67)</w:t>
            </w:r>
          </w:p>
        </w:tc>
        <w:tc>
          <w:tcPr>
            <w:tcW w:w="0" w:type="auto"/>
            <w:vAlign w:val="center"/>
          </w:tcPr>
          <w:p w14:paraId="745A72AF" w14:textId="77777777" w:rsidR="00BB23C4" w:rsidRPr="001F505C" w:rsidRDefault="00BB23C4" w:rsidP="00CD63E1">
            <w:pPr>
              <w:rPr>
                <w:rFonts w:cs="Times New Roman"/>
                <w:sz w:val="16"/>
                <w:szCs w:val="18"/>
              </w:rPr>
            </w:pPr>
            <w:r w:rsidRPr="001F505C">
              <w:rPr>
                <w:rFonts w:cs="Times New Roman"/>
                <w:sz w:val="16"/>
                <w:szCs w:val="18"/>
              </w:rPr>
              <w:t>34 (28.33)</w:t>
            </w:r>
          </w:p>
        </w:tc>
        <w:tc>
          <w:tcPr>
            <w:tcW w:w="0" w:type="auto"/>
            <w:vAlign w:val="center"/>
          </w:tcPr>
          <w:p w14:paraId="4CEEA4AD" w14:textId="77777777" w:rsidR="00BB23C4" w:rsidRPr="001F505C" w:rsidRDefault="00BB23C4" w:rsidP="00CD63E1">
            <w:pPr>
              <w:rPr>
                <w:rFonts w:cs="Times New Roman"/>
                <w:sz w:val="16"/>
                <w:szCs w:val="18"/>
              </w:rPr>
            </w:pPr>
            <w:r w:rsidRPr="001F505C">
              <w:rPr>
                <w:rFonts w:cs="Times New Roman"/>
                <w:sz w:val="16"/>
                <w:szCs w:val="18"/>
              </w:rPr>
              <w:t>46 (38.33)</w:t>
            </w:r>
          </w:p>
        </w:tc>
        <w:tc>
          <w:tcPr>
            <w:tcW w:w="0" w:type="auto"/>
            <w:vAlign w:val="center"/>
          </w:tcPr>
          <w:p w14:paraId="7A30597C" w14:textId="77777777" w:rsidR="00BB23C4" w:rsidRPr="001F505C" w:rsidRDefault="00BB23C4" w:rsidP="00CD63E1">
            <w:pPr>
              <w:rPr>
                <w:rFonts w:cs="Times New Roman"/>
                <w:sz w:val="16"/>
                <w:szCs w:val="18"/>
              </w:rPr>
            </w:pPr>
            <w:r w:rsidRPr="001F505C">
              <w:rPr>
                <w:rFonts w:cs="Times New Roman"/>
                <w:sz w:val="16"/>
                <w:szCs w:val="18"/>
              </w:rPr>
              <w:t>41 (34.17)</w:t>
            </w:r>
          </w:p>
        </w:tc>
        <w:tc>
          <w:tcPr>
            <w:tcW w:w="0" w:type="auto"/>
            <w:vAlign w:val="center"/>
          </w:tcPr>
          <w:p w14:paraId="2BE5E5AE" w14:textId="77777777" w:rsidR="00BB23C4" w:rsidRPr="001F505C" w:rsidRDefault="00BB23C4" w:rsidP="00CD63E1">
            <w:pPr>
              <w:rPr>
                <w:rFonts w:cs="Times New Roman"/>
                <w:sz w:val="16"/>
                <w:szCs w:val="18"/>
              </w:rPr>
            </w:pPr>
            <w:r w:rsidRPr="001F505C">
              <w:rPr>
                <w:rFonts w:cs="Times New Roman"/>
                <w:sz w:val="16"/>
                <w:szCs w:val="18"/>
              </w:rPr>
              <w:t>43 (35.83)</w:t>
            </w:r>
          </w:p>
        </w:tc>
        <w:tc>
          <w:tcPr>
            <w:tcW w:w="0" w:type="auto"/>
            <w:vAlign w:val="center"/>
          </w:tcPr>
          <w:p w14:paraId="2DA912F6" w14:textId="77777777" w:rsidR="00BB23C4" w:rsidRPr="001F505C" w:rsidRDefault="00BB23C4" w:rsidP="00CD63E1">
            <w:pPr>
              <w:rPr>
                <w:rFonts w:cs="Times New Roman"/>
                <w:sz w:val="16"/>
                <w:szCs w:val="18"/>
              </w:rPr>
            </w:pPr>
            <w:r w:rsidRPr="001F505C">
              <w:rPr>
                <w:rFonts w:cs="Times New Roman"/>
                <w:sz w:val="16"/>
                <w:szCs w:val="18"/>
              </w:rPr>
              <w:t>39 (32.50)</w:t>
            </w:r>
          </w:p>
        </w:tc>
      </w:tr>
      <w:tr w:rsidR="00BB23C4" w:rsidRPr="001F505C" w14:paraId="17926022" w14:textId="77777777" w:rsidTr="00CD63E1">
        <w:tc>
          <w:tcPr>
            <w:tcW w:w="0" w:type="auto"/>
          </w:tcPr>
          <w:p w14:paraId="76CA8642" w14:textId="77777777" w:rsidR="00BB23C4" w:rsidRPr="001F505C" w:rsidRDefault="00BB23C4" w:rsidP="00CD63E1">
            <w:pPr>
              <w:spacing w:line="360" w:lineRule="auto"/>
              <w:rPr>
                <w:rFonts w:cs="Times New Roman"/>
                <w:sz w:val="16"/>
                <w:szCs w:val="18"/>
              </w:rPr>
            </w:pPr>
          </w:p>
        </w:tc>
        <w:tc>
          <w:tcPr>
            <w:tcW w:w="0" w:type="auto"/>
          </w:tcPr>
          <w:p w14:paraId="528D9BD8"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vAlign w:val="center"/>
          </w:tcPr>
          <w:p w14:paraId="1DA08FB4" w14:textId="77777777" w:rsidR="00BB23C4" w:rsidRPr="001F505C" w:rsidRDefault="00BB23C4" w:rsidP="00CD63E1">
            <w:pPr>
              <w:rPr>
                <w:rFonts w:cs="Times New Roman"/>
                <w:sz w:val="16"/>
                <w:szCs w:val="18"/>
              </w:rPr>
            </w:pPr>
            <w:r w:rsidRPr="001F505C">
              <w:rPr>
                <w:rFonts w:cs="Times New Roman"/>
                <w:sz w:val="16"/>
                <w:szCs w:val="18"/>
              </w:rPr>
              <w:t>82 (68.33)</w:t>
            </w:r>
          </w:p>
        </w:tc>
        <w:tc>
          <w:tcPr>
            <w:tcW w:w="0" w:type="auto"/>
            <w:vAlign w:val="center"/>
          </w:tcPr>
          <w:p w14:paraId="33B5A4E3" w14:textId="77777777" w:rsidR="00BB23C4" w:rsidRPr="001F505C" w:rsidRDefault="00BB23C4" w:rsidP="00CD63E1">
            <w:pPr>
              <w:rPr>
                <w:rFonts w:cs="Times New Roman"/>
                <w:sz w:val="16"/>
                <w:szCs w:val="18"/>
              </w:rPr>
            </w:pPr>
            <w:r w:rsidRPr="001F505C">
              <w:rPr>
                <w:rFonts w:cs="Times New Roman"/>
                <w:sz w:val="16"/>
                <w:szCs w:val="18"/>
              </w:rPr>
              <w:t>86 (71.67)</w:t>
            </w:r>
          </w:p>
        </w:tc>
        <w:tc>
          <w:tcPr>
            <w:tcW w:w="0" w:type="auto"/>
            <w:vAlign w:val="center"/>
          </w:tcPr>
          <w:p w14:paraId="5A8370A7" w14:textId="77777777" w:rsidR="00BB23C4" w:rsidRPr="001F505C" w:rsidRDefault="00BB23C4" w:rsidP="00CD63E1">
            <w:pPr>
              <w:rPr>
                <w:rFonts w:cs="Times New Roman"/>
                <w:sz w:val="16"/>
                <w:szCs w:val="18"/>
              </w:rPr>
            </w:pPr>
            <w:r w:rsidRPr="001F505C">
              <w:rPr>
                <w:rFonts w:cs="Times New Roman"/>
                <w:sz w:val="16"/>
                <w:szCs w:val="18"/>
              </w:rPr>
              <w:t>74 (61.67)</w:t>
            </w:r>
          </w:p>
        </w:tc>
        <w:tc>
          <w:tcPr>
            <w:tcW w:w="0" w:type="auto"/>
            <w:vAlign w:val="center"/>
          </w:tcPr>
          <w:p w14:paraId="7F85AED9" w14:textId="77777777" w:rsidR="00BB23C4" w:rsidRPr="001F505C" w:rsidRDefault="00BB23C4" w:rsidP="00CD63E1">
            <w:pPr>
              <w:rPr>
                <w:rFonts w:cs="Times New Roman"/>
                <w:sz w:val="16"/>
                <w:szCs w:val="18"/>
              </w:rPr>
            </w:pPr>
            <w:r w:rsidRPr="001F505C">
              <w:rPr>
                <w:rFonts w:cs="Times New Roman"/>
                <w:sz w:val="16"/>
                <w:szCs w:val="18"/>
              </w:rPr>
              <w:t>79 (65.83)</w:t>
            </w:r>
          </w:p>
        </w:tc>
        <w:tc>
          <w:tcPr>
            <w:tcW w:w="0" w:type="auto"/>
            <w:vAlign w:val="center"/>
          </w:tcPr>
          <w:p w14:paraId="4691C885" w14:textId="77777777" w:rsidR="00BB23C4" w:rsidRPr="001F505C" w:rsidRDefault="00BB23C4" w:rsidP="00CD63E1">
            <w:pPr>
              <w:rPr>
                <w:rFonts w:cs="Times New Roman"/>
                <w:sz w:val="16"/>
                <w:szCs w:val="18"/>
              </w:rPr>
            </w:pPr>
            <w:r w:rsidRPr="001F505C">
              <w:rPr>
                <w:rFonts w:cs="Times New Roman"/>
                <w:sz w:val="16"/>
                <w:szCs w:val="18"/>
              </w:rPr>
              <w:t>77 (64.17)</w:t>
            </w:r>
          </w:p>
        </w:tc>
        <w:tc>
          <w:tcPr>
            <w:tcW w:w="0" w:type="auto"/>
            <w:vAlign w:val="center"/>
          </w:tcPr>
          <w:p w14:paraId="61C682BC" w14:textId="77777777" w:rsidR="00BB23C4" w:rsidRPr="001F505C" w:rsidRDefault="00BB23C4" w:rsidP="00CD63E1">
            <w:pPr>
              <w:rPr>
                <w:rFonts w:cs="Times New Roman"/>
                <w:sz w:val="16"/>
                <w:szCs w:val="18"/>
              </w:rPr>
            </w:pPr>
            <w:r w:rsidRPr="001F505C">
              <w:rPr>
                <w:rFonts w:cs="Times New Roman"/>
                <w:sz w:val="16"/>
                <w:szCs w:val="18"/>
              </w:rPr>
              <w:t>81 (67.50)</w:t>
            </w:r>
          </w:p>
        </w:tc>
      </w:tr>
      <w:tr w:rsidR="00BB23C4" w:rsidRPr="001F505C" w14:paraId="0F469ADE" w14:textId="77777777" w:rsidTr="00CD63E1">
        <w:tc>
          <w:tcPr>
            <w:tcW w:w="0" w:type="auto"/>
          </w:tcPr>
          <w:p w14:paraId="657EB92A" w14:textId="77777777" w:rsidR="00BB23C4" w:rsidRPr="001F505C" w:rsidRDefault="00BB23C4" w:rsidP="00CD63E1">
            <w:pPr>
              <w:spacing w:line="360" w:lineRule="auto"/>
              <w:rPr>
                <w:rFonts w:cs="Times New Roman"/>
                <w:sz w:val="16"/>
                <w:szCs w:val="18"/>
              </w:rPr>
            </w:pPr>
            <w:r w:rsidRPr="001F505C">
              <w:rPr>
                <w:rFonts w:cs="Times New Roman"/>
                <w:sz w:val="16"/>
                <w:szCs w:val="18"/>
              </w:rPr>
              <w:t>(</w:t>
            </w:r>
            <w:proofErr w:type="spellStart"/>
            <w:r w:rsidRPr="001F505C">
              <w:rPr>
                <w:rFonts w:cs="Times New Roman"/>
                <w:sz w:val="16"/>
                <w:szCs w:val="18"/>
              </w:rPr>
              <w:t>i</w:t>
            </w:r>
            <w:proofErr w:type="spellEnd"/>
            <w:r w:rsidRPr="001F505C">
              <w:rPr>
                <w:rFonts w:cs="Times New Roman"/>
                <w:sz w:val="16"/>
                <w:szCs w:val="18"/>
              </w:rPr>
              <w:t>)</w:t>
            </w:r>
          </w:p>
        </w:tc>
        <w:tc>
          <w:tcPr>
            <w:tcW w:w="0" w:type="auto"/>
            <w:gridSpan w:val="7"/>
          </w:tcPr>
          <w:p w14:paraId="49925EAB" w14:textId="77777777" w:rsidR="00BB23C4" w:rsidRPr="001F505C" w:rsidRDefault="00BB23C4" w:rsidP="00CD63E1">
            <w:pPr>
              <w:spacing w:line="360" w:lineRule="auto"/>
              <w:rPr>
                <w:rFonts w:cs="Times New Roman"/>
                <w:sz w:val="16"/>
                <w:szCs w:val="18"/>
              </w:rPr>
            </w:pPr>
            <w:r w:rsidRPr="001F505C">
              <w:rPr>
                <w:rFonts w:cs="Times New Roman"/>
                <w:b/>
                <w:sz w:val="16"/>
                <w:szCs w:val="18"/>
              </w:rPr>
              <w:t>Brooding used</w:t>
            </w:r>
          </w:p>
        </w:tc>
      </w:tr>
      <w:tr w:rsidR="00BB23C4" w:rsidRPr="001F505C" w14:paraId="2A442F77" w14:textId="77777777" w:rsidTr="00CD63E1">
        <w:tc>
          <w:tcPr>
            <w:tcW w:w="0" w:type="auto"/>
          </w:tcPr>
          <w:p w14:paraId="22AFFAD6" w14:textId="77777777" w:rsidR="00BB23C4" w:rsidRPr="001F505C" w:rsidRDefault="00BB23C4" w:rsidP="00CD63E1">
            <w:pPr>
              <w:spacing w:line="360" w:lineRule="auto"/>
              <w:rPr>
                <w:rFonts w:cs="Times New Roman"/>
                <w:sz w:val="16"/>
                <w:szCs w:val="18"/>
              </w:rPr>
            </w:pPr>
          </w:p>
        </w:tc>
        <w:tc>
          <w:tcPr>
            <w:tcW w:w="0" w:type="auto"/>
          </w:tcPr>
          <w:p w14:paraId="5436A275" w14:textId="77777777" w:rsidR="00BB23C4" w:rsidRPr="001F505C" w:rsidRDefault="00BB23C4" w:rsidP="00CD63E1">
            <w:pPr>
              <w:spacing w:line="360" w:lineRule="auto"/>
              <w:rPr>
                <w:rFonts w:cs="Times New Roman"/>
                <w:sz w:val="16"/>
                <w:szCs w:val="18"/>
              </w:rPr>
            </w:pPr>
            <w:r w:rsidRPr="001F505C">
              <w:rPr>
                <w:rFonts w:cs="Times New Roman"/>
                <w:sz w:val="16"/>
                <w:szCs w:val="18"/>
              </w:rPr>
              <w:t>Yes</w:t>
            </w:r>
          </w:p>
        </w:tc>
        <w:tc>
          <w:tcPr>
            <w:tcW w:w="0" w:type="auto"/>
          </w:tcPr>
          <w:p w14:paraId="4F033D9E"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4A5FAB71"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5340EE1C"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7CFB7CC3"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56EE47D0"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c>
          <w:tcPr>
            <w:tcW w:w="0" w:type="auto"/>
          </w:tcPr>
          <w:p w14:paraId="0E45E3E3" w14:textId="77777777" w:rsidR="00BB23C4" w:rsidRPr="001F505C" w:rsidRDefault="00BB23C4" w:rsidP="00CD63E1">
            <w:pPr>
              <w:spacing w:line="360" w:lineRule="auto"/>
              <w:rPr>
                <w:rFonts w:cs="Times New Roman"/>
                <w:sz w:val="16"/>
                <w:szCs w:val="18"/>
              </w:rPr>
            </w:pPr>
            <w:r w:rsidRPr="001F505C">
              <w:rPr>
                <w:rFonts w:cs="Times New Roman"/>
                <w:sz w:val="16"/>
                <w:szCs w:val="18"/>
              </w:rPr>
              <w:t>0 (0.00)</w:t>
            </w:r>
          </w:p>
        </w:tc>
      </w:tr>
      <w:tr w:rsidR="00BB23C4" w:rsidRPr="001F505C" w14:paraId="1EEFDDBF" w14:textId="77777777" w:rsidTr="00CD63E1">
        <w:tc>
          <w:tcPr>
            <w:tcW w:w="0" w:type="auto"/>
          </w:tcPr>
          <w:p w14:paraId="14DDC452" w14:textId="77777777" w:rsidR="00BB23C4" w:rsidRPr="001F505C" w:rsidRDefault="00BB23C4" w:rsidP="00CD63E1">
            <w:pPr>
              <w:spacing w:line="360" w:lineRule="auto"/>
              <w:rPr>
                <w:rFonts w:cs="Times New Roman"/>
                <w:sz w:val="16"/>
                <w:szCs w:val="18"/>
              </w:rPr>
            </w:pPr>
          </w:p>
        </w:tc>
        <w:tc>
          <w:tcPr>
            <w:tcW w:w="0" w:type="auto"/>
          </w:tcPr>
          <w:p w14:paraId="1AC13A55" w14:textId="77777777" w:rsidR="00BB23C4" w:rsidRPr="001F505C" w:rsidRDefault="00BB23C4" w:rsidP="00CD63E1">
            <w:pPr>
              <w:spacing w:line="360" w:lineRule="auto"/>
              <w:rPr>
                <w:rFonts w:cs="Times New Roman"/>
                <w:sz w:val="16"/>
                <w:szCs w:val="18"/>
              </w:rPr>
            </w:pPr>
            <w:r w:rsidRPr="001F505C">
              <w:rPr>
                <w:rFonts w:cs="Times New Roman"/>
                <w:sz w:val="16"/>
                <w:szCs w:val="18"/>
              </w:rPr>
              <w:t>No</w:t>
            </w:r>
          </w:p>
        </w:tc>
        <w:tc>
          <w:tcPr>
            <w:tcW w:w="0" w:type="auto"/>
          </w:tcPr>
          <w:p w14:paraId="01E79FBB"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2DE77C09"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248E3A78"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7F65C5DD"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7E6498EE"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c>
          <w:tcPr>
            <w:tcW w:w="0" w:type="auto"/>
          </w:tcPr>
          <w:p w14:paraId="744BE728" w14:textId="77777777" w:rsidR="00BB23C4" w:rsidRPr="001F505C" w:rsidRDefault="00BB23C4" w:rsidP="00CD63E1">
            <w:pPr>
              <w:spacing w:line="360" w:lineRule="auto"/>
              <w:rPr>
                <w:rFonts w:cs="Times New Roman"/>
                <w:sz w:val="16"/>
                <w:szCs w:val="18"/>
              </w:rPr>
            </w:pPr>
            <w:r w:rsidRPr="001F505C">
              <w:rPr>
                <w:rFonts w:cs="Times New Roman"/>
                <w:sz w:val="16"/>
                <w:szCs w:val="18"/>
              </w:rPr>
              <w:t>120 (100.00)</w:t>
            </w:r>
          </w:p>
        </w:tc>
      </w:tr>
    </w:tbl>
    <w:p w14:paraId="731AB7BC" w14:textId="77777777" w:rsidR="00BB23C4" w:rsidRPr="006231A2" w:rsidRDefault="006231A2">
      <w:pPr>
        <w:jc w:val="both"/>
        <w:rPr>
          <w:sz w:val="18"/>
        </w:rPr>
      </w:pPr>
      <w:r w:rsidRPr="006231A2">
        <w:rPr>
          <w:rFonts w:cs="Times New Roman"/>
          <w:sz w:val="20"/>
          <w:szCs w:val="24"/>
        </w:rPr>
        <w:t>(Figure in Parenthesis indicate percentage), EP – Eastern Plain, NEP – North Eastern Plain</w:t>
      </w:r>
      <w:r w:rsidR="002C37B7">
        <w:rPr>
          <w:rFonts w:cs="Times New Roman"/>
          <w:sz w:val="20"/>
          <w:szCs w:val="24"/>
        </w:rPr>
        <w:t>, n- No of respondents</w:t>
      </w:r>
    </w:p>
    <w:p w14:paraId="63078ED9" w14:textId="77777777" w:rsidR="0062046C" w:rsidRDefault="00CD63E1">
      <w:r>
        <w:rPr>
          <w:b/>
        </w:rPr>
        <w:t>3.2 Feeding and watering practices</w:t>
      </w:r>
    </w:p>
    <w:p w14:paraId="33FFF5DF" w14:textId="77777777" w:rsidR="0062046C" w:rsidRDefault="00CD63E1">
      <w:pPr>
        <w:jc w:val="both"/>
      </w:pPr>
      <w:r>
        <w:t>The majority of respondents in both zones depended on scavenging supplemented with home-grown feed or kitchen waste during all three seasons. Very few respondents used commercial feed, and none of them depended completely on scavenging alone. Most respondents fed their birds twice daily, especially during winter. Special supplementation was not practiced by any respondent in either zone in any season.</w:t>
      </w:r>
      <w:r w:rsidR="0036771F">
        <w:t xml:space="preserve"> </w:t>
      </w:r>
      <w:r>
        <w:t>Tap water was the main source of drinking water in both regions, although some farmers in the North Eastern Plain also used stagnant or sewage water, which is undesirable. Watering frequency varied with season. In summer and rainy season, many farmers provided water ad libitum, while in winter, watering was more often done twice daily. Plastic drinkers and feeders were the most commonly used, although earthen pots and metal utensils were also used. In summer, feed was more often thrown on the ground, whereas in winter and rainy season feeding in utensils increased. The use of moisture-protected feed storage during the rainy season was very low. Grit feeding and provision of warm water were completely absent. Most respondents allowed birds to scavenge for 6–10 hours per day.</w:t>
      </w:r>
      <w:r w:rsidR="0036771F">
        <w:t xml:space="preserve"> </w:t>
      </w:r>
      <w:r>
        <w:t xml:space="preserve">These findings are in close agreement with Mandal et al. (2006) and </w:t>
      </w:r>
      <w:proofErr w:type="spellStart"/>
      <w:r>
        <w:t>Khandait</w:t>
      </w:r>
      <w:proofErr w:type="spellEnd"/>
      <w:r>
        <w:t xml:space="preserve"> (2008), who also reported dependence on scavenging with household supplementation. The predominance of twice-daily feeding agrees with Sisay et al. (2018), </w:t>
      </w:r>
      <w:proofErr w:type="spellStart"/>
      <w:r>
        <w:t>Bugalia</w:t>
      </w:r>
      <w:proofErr w:type="spellEnd"/>
      <w:r>
        <w:t xml:space="preserve"> and Kumar (2021), and Singh et al. (2021). The use of tap water as the principal source also agrees with Dinka et al. (2010a) and </w:t>
      </w:r>
      <w:proofErr w:type="spellStart"/>
      <w:r>
        <w:t>Weyuma</w:t>
      </w:r>
      <w:proofErr w:type="spellEnd"/>
      <w:r>
        <w:t xml:space="preserve"> et al. (2015). However, the poor use of moisture-safe feed storage in the rainy season differs from Meena et al. (2022). Overall, feeding and watering in the study area remained practical but mostly traditional.</w:t>
      </w:r>
    </w:p>
    <w:p w14:paraId="7D883A15" w14:textId="77777777" w:rsidR="002C37B7" w:rsidRDefault="002C37B7">
      <w:pPr>
        <w:jc w:val="both"/>
        <w:rPr>
          <w:b/>
        </w:rPr>
      </w:pPr>
    </w:p>
    <w:p w14:paraId="6E29422B" w14:textId="77777777" w:rsidR="00BB23C4" w:rsidRDefault="00BB23C4">
      <w:pPr>
        <w:jc w:val="both"/>
        <w:rPr>
          <w:b/>
        </w:rPr>
      </w:pPr>
      <w:r w:rsidRPr="00BB23C4">
        <w:rPr>
          <w:b/>
        </w:rPr>
        <w:t>Table</w:t>
      </w:r>
      <w:r>
        <w:rPr>
          <w:b/>
        </w:rPr>
        <w:t xml:space="preserve"> 2. </w:t>
      </w:r>
      <w:r w:rsidRPr="00BB23C4">
        <w:rPr>
          <w:b/>
        </w:rPr>
        <w:t>Feeding and watering management practices adopted by backyard poultry farmers in different seasons</w:t>
      </w:r>
    </w:p>
    <w:tbl>
      <w:tblPr>
        <w:tblStyle w:val="TableGrid"/>
        <w:tblW w:w="5000" w:type="pct"/>
        <w:tblLook w:val="04A0" w:firstRow="1" w:lastRow="0" w:firstColumn="1" w:lastColumn="0" w:noHBand="0" w:noVBand="1"/>
      </w:tblPr>
      <w:tblGrid>
        <w:gridCol w:w="511"/>
        <w:gridCol w:w="1909"/>
        <w:gridCol w:w="1116"/>
        <w:gridCol w:w="1261"/>
        <w:gridCol w:w="1158"/>
        <w:gridCol w:w="1257"/>
        <w:gridCol w:w="1267"/>
        <w:gridCol w:w="1385"/>
      </w:tblGrid>
      <w:tr w:rsidR="006231A2" w:rsidRPr="006231A2" w14:paraId="51163BA3" w14:textId="77777777" w:rsidTr="006231A2">
        <w:tc>
          <w:tcPr>
            <w:tcW w:w="259" w:type="pct"/>
          </w:tcPr>
          <w:p w14:paraId="3FDC6647"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 xml:space="preserve">S. </w:t>
            </w:r>
            <w:r w:rsidRPr="006231A2">
              <w:rPr>
                <w:rFonts w:cs="Times New Roman"/>
                <w:b/>
                <w:sz w:val="20"/>
                <w:szCs w:val="20"/>
              </w:rPr>
              <w:lastRenderedPageBreak/>
              <w:t>No.</w:t>
            </w:r>
          </w:p>
        </w:tc>
        <w:tc>
          <w:tcPr>
            <w:tcW w:w="968" w:type="pct"/>
          </w:tcPr>
          <w:p w14:paraId="054C98F9" w14:textId="77777777" w:rsidR="006231A2" w:rsidRPr="006231A2" w:rsidRDefault="006231A2" w:rsidP="00CD63E1">
            <w:pPr>
              <w:spacing w:line="360" w:lineRule="auto"/>
              <w:jc w:val="center"/>
              <w:rPr>
                <w:rFonts w:cs="Times New Roman"/>
                <w:b/>
                <w:sz w:val="20"/>
                <w:szCs w:val="20"/>
              </w:rPr>
            </w:pPr>
            <w:r w:rsidRPr="006231A2">
              <w:rPr>
                <w:rFonts w:cs="Times New Roman"/>
                <w:b/>
                <w:bCs/>
                <w:sz w:val="20"/>
                <w:szCs w:val="20"/>
              </w:rPr>
              <w:lastRenderedPageBreak/>
              <w:t xml:space="preserve">Feeding and </w:t>
            </w:r>
            <w:r w:rsidRPr="006231A2">
              <w:rPr>
                <w:rFonts w:cs="Times New Roman"/>
                <w:b/>
                <w:bCs/>
                <w:sz w:val="20"/>
                <w:szCs w:val="20"/>
              </w:rPr>
              <w:lastRenderedPageBreak/>
              <w:t>watering practice</w:t>
            </w:r>
          </w:p>
        </w:tc>
        <w:tc>
          <w:tcPr>
            <w:tcW w:w="1204" w:type="pct"/>
            <w:gridSpan w:val="2"/>
          </w:tcPr>
          <w:p w14:paraId="66954080"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lastRenderedPageBreak/>
              <w:t>Summer</w:t>
            </w:r>
          </w:p>
        </w:tc>
        <w:tc>
          <w:tcPr>
            <w:tcW w:w="1224" w:type="pct"/>
            <w:gridSpan w:val="2"/>
          </w:tcPr>
          <w:p w14:paraId="06D8699C"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Winter</w:t>
            </w:r>
          </w:p>
        </w:tc>
        <w:tc>
          <w:tcPr>
            <w:tcW w:w="1345" w:type="pct"/>
            <w:gridSpan w:val="2"/>
          </w:tcPr>
          <w:p w14:paraId="375849DC"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Rain</w:t>
            </w:r>
          </w:p>
        </w:tc>
      </w:tr>
      <w:tr w:rsidR="006231A2" w:rsidRPr="006231A2" w14:paraId="7AA2BFAE" w14:textId="77777777" w:rsidTr="006231A2">
        <w:tc>
          <w:tcPr>
            <w:tcW w:w="259" w:type="pct"/>
          </w:tcPr>
          <w:p w14:paraId="5CFAB754" w14:textId="77777777" w:rsidR="006231A2" w:rsidRPr="006231A2" w:rsidRDefault="006231A2" w:rsidP="00CD63E1">
            <w:pPr>
              <w:spacing w:line="360" w:lineRule="auto"/>
              <w:jc w:val="center"/>
              <w:rPr>
                <w:rFonts w:cs="Times New Roman"/>
                <w:b/>
                <w:sz w:val="20"/>
                <w:szCs w:val="20"/>
              </w:rPr>
            </w:pPr>
          </w:p>
        </w:tc>
        <w:tc>
          <w:tcPr>
            <w:tcW w:w="968" w:type="pct"/>
          </w:tcPr>
          <w:p w14:paraId="1957E690" w14:textId="77777777" w:rsidR="006231A2" w:rsidRPr="006231A2" w:rsidRDefault="006231A2" w:rsidP="00CD63E1">
            <w:pPr>
              <w:spacing w:line="360" w:lineRule="auto"/>
              <w:jc w:val="center"/>
              <w:rPr>
                <w:rFonts w:cs="Times New Roman"/>
                <w:b/>
                <w:sz w:val="20"/>
                <w:szCs w:val="20"/>
              </w:rPr>
            </w:pPr>
          </w:p>
        </w:tc>
        <w:tc>
          <w:tcPr>
            <w:tcW w:w="566" w:type="pct"/>
          </w:tcPr>
          <w:p w14:paraId="5C34DC02"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639" w:type="pct"/>
          </w:tcPr>
          <w:p w14:paraId="72E90D51"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c>
          <w:tcPr>
            <w:tcW w:w="587" w:type="pct"/>
          </w:tcPr>
          <w:p w14:paraId="71B0DF66"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637" w:type="pct"/>
          </w:tcPr>
          <w:p w14:paraId="29773960"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c>
          <w:tcPr>
            <w:tcW w:w="642" w:type="pct"/>
          </w:tcPr>
          <w:p w14:paraId="5DE0F250"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EP</w:t>
            </w:r>
          </w:p>
        </w:tc>
        <w:tc>
          <w:tcPr>
            <w:tcW w:w="703" w:type="pct"/>
          </w:tcPr>
          <w:p w14:paraId="19BCCA1F" w14:textId="77777777" w:rsidR="006231A2" w:rsidRPr="006231A2" w:rsidRDefault="006231A2" w:rsidP="00CD63E1">
            <w:pPr>
              <w:spacing w:line="360" w:lineRule="auto"/>
              <w:jc w:val="center"/>
              <w:rPr>
                <w:rFonts w:cs="Times New Roman"/>
                <w:b/>
                <w:sz w:val="20"/>
                <w:szCs w:val="20"/>
              </w:rPr>
            </w:pPr>
            <w:r w:rsidRPr="006231A2">
              <w:rPr>
                <w:rFonts w:cs="Times New Roman"/>
                <w:b/>
                <w:sz w:val="20"/>
                <w:szCs w:val="20"/>
              </w:rPr>
              <w:t>NEP</w:t>
            </w:r>
          </w:p>
        </w:tc>
      </w:tr>
      <w:tr w:rsidR="002C37B7" w:rsidRPr="006231A2" w14:paraId="1C9E49B6" w14:textId="77777777" w:rsidTr="006231A2">
        <w:tc>
          <w:tcPr>
            <w:tcW w:w="259" w:type="pct"/>
          </w:tcPr>
          <w:p w14:paraId="50A06DCC" w14:textId="77777777" w:rsidR="002C37B7" w:rsidRPr="006231A2" w:rsidRDefault="002C37B7" w:rsidP="00CD63E1">
            <w:pPr>
              <w:spacing w:line="360" w:lineRule="auto"/>
              <w:jc w:val="center"/>
              <w:rPr>
                <w:rFonts w:cs="Times New Roman"/>
                <w:b/>
                <w:sz w:val="20"/>
                <w:szCs w:val="20"/>
              </w:rPr>
            </w:pPr>
          </w:p>
        </w:tc>
        <w:tc>
          <w:tcPr>
            <w:tcW w:w="968" w:type="pct"/>
          </w:tcPr>
          <w:p w14:paraId="35A1010E" w14:textId="77777777" w:rsidR="002C37B7" w:rsidRPr="006231A2" w:rsidRDefault="002C37B7" w:rsidP="00CD63E1">
            <w:pPr>
              <w:spacing w:line="360" w:lineRule="auto"/>
              <w:jc w:val="center"/>
              <w:rPr>
                <w:rFonts w:cs="Times New Roman"/>
                <w:b/>
                <w:sz w:val="20"/>
                <w:szCs w:val="20"/>
              </w:rPr>
            </w:pPr>
          </w:p>
        </w:tc>
        <w:tc>
          <w:tcPr>
            <w:tcW w:w="566" w:type="pct"/>
          </w:tcPr>
          <w:p w14:paraId="7CB236AC"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39" w:type="pct"/>
          </w:tcPr>
          <w:p w14:paraId="5BE8545A"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587" w:type="pct"/>
          </w:tcPr>
          <w:p w14:paraId="7AF8E1E0"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37" w:type="pct"/>
          </w:tcPr>
          <w:p w14:paraId="38FE3EC5"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642" w:type="pct"/>
          </w:tcPr>
          <w:p w14:paraId="0CBAD0BB"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c>
          <w:tcPr>
            <w:tcW w:w="703" w:type="pct"/>
          </w:tcPr>
          <w:p w14:paraId="75E63C25" w14:textId="77777777" w:rsidR="002C37B7" w:rsidRPr="0022412A" w:rsidRDefault="002C37B7" w:rsidP="00CD63E1">
            <w:pPr>
              <w:spacing w:line="360" w:lineRule="auto"/>
              <w:jc w:val="center"/>
              <w:rPr>
                <w:rFonts w:cs="Times New Roman"/>
                <w:b/>
                <w:sz w:val="20"/>
                <w:szCs w:val="20"/>
              </w:rPr>
            </w:pPr>
            <w:r w:rsidRPr="0022412A">
              <w:rPr>
                <w:rFonts w:cs="Times New Roman"/>
                <w:b/>
                <w:sz w:val="20"/>
                <w:szCs w:val="18"/>
              </w:rPr>
              <w:t>n- 120</w:t>
            </w:r>
          </w:p>
        </w:tc>
      </w:tr>
      <w:tr w:rsidR="006231A2" w:rsidRPr="006231A2" w14:paraId="1B90FE00" w14:textId="77777777" w:rsidTr="006231A2">
        <w:tc>
          <w:tcPr>
            <w:tcW w:w="259" w:type="pct"/>
          </w:tcPr>
          <w:p w14:paraId="7F7E7EBD"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w:t>
            </w:r>
          </w:p>
        </w:tc>
        <w:tc>
          <w:tcPr>
            <w:tcW w:w="4741" w:type="pct"/>
            <w:gridSpan w:val="7"/>
          </w:tcPr>
          <w:p w14:paraId="32D11EA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 xml:space="preserve">Type of feeding material offered </w:t>
            </w:r>
          </w:p>
        </w:tc>
      </w:tr>
      <w:tr w:rsidR="006231A2" w:rsidRPr="006231A2" w14:paraId="3E4DC145" w14:textId="77777777" w:rsidTr="006231A2">
        <w:tc>
          <w:tcPr>
            <w:tcW w:w="259" w:type="pct"/>
          </w:tcPr>
          <w:p w14:paraId="246D14FA" w14:textId="77777777" w:rsidR="006231A2" w:rsidRPr="006231A2" w:rsidRDefault="006231A2" w:rsidP="00CD63E1">
            <w:pPr>
              <w:spacing w:line="360" w:lineRule="auto"/>
              <w:rPr>
                <w:rFonts w:cs="Times New Roman"/>
                <w:b/>
                <w:sz w:val="20"/>
                <w:szCs w:val="20"/>
              </w:rPr>
            </w:pPr>
          </w:p>
        </w:tc>
        <w:tc>
          <w:tcPr>
            <w:tcW w:w="968" w:type="pct"/>
          </w:tcPr>
          <w:p w14:paraId="07CA7F89" w14:textId="77777777" w:rsidR="006231A2" w:rsidRPr="006231A2" w:rsidRDefault="006231A2" w:rsidP="00CD63E1">
            <w:pPr>
              <w:spacing w:line="360" w:lineRule="auto"/>
              <w:rPr>
                <w:rFonts w:cs="Times New Roman"/>
                <w:sz w:val="20"/>
                <w:szCs w:val="20"/>
              </w:rPr>
            </w:pPr>
            <w:r w:rsidRPr="006231A2">
              <w:rPr>
                <w:rFonts w:cs="Times New Roman"/>
                <w:sz w:val="20"/>
                <w:szCs w:val="20"/>
              </w:rPr>
              <w:t>Scavenging only</w:t>
            </w:r>
          </w:p>
        </w:tc>
        <w:tc>
          <w:tcPr>
            <w:tcW w:w="566" w:type="pct"/>
            <w:tcBorders>
              <w:bottom w:val="nil"/>
            </w:tcBorders>
          </w:tcPr>
          <w:p w14:paraId="7E8B4D88"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 (0.00)</w:t>
            </w:r>
          </w:p>
        </w:tc>
        <w:tc>
          <w:tcPr>
            <w:tcW w:w="639" w:type="pct"/>
          </w:tcPr>
          <w:p w14:paraId="412A6566" w14:textId="77777777" w:rsidR="006231A2" w:rsidRPr="006231A2" w:rsidRDefault="006231A2" w:rsidP="00CD63E1">
            <w:pPr>
              <w:rPr>
                <w:sz w:val="20"/>
                <w:szCs w:val="20"/>
              </w:rPr>
            </w:pPr>
            <w:r w:rsidRPr="006231A2">
              <w:rPr>
                <w:rFonts w:cs="Times New Roman"/>
                <w:sz w:val="20"/>
                <w:szCs w:val="20"/>
              </w:rPr>
              <w:t>0 (0.00)</w:t>
            </w:r>
          </w:p>
        </w:tc>
        <w:tc>
          <w:tcPr>
            <w:tcW w:w="587" w:type="pct"/>
            <w:tcBorders>
              <w:bottom w:val="nil"/>
            </w:tcBorders>
          </w:tcPr>
          <w:p w14:paraId="1280D1CC" w14:textId="77777777" w:rsidR="006231A2" w:rsidRPr="006231A2" w:rsidRDefault="006231A2" w:rsidP="00CD63E1">
            <w:pPr>
              <w:rPr>
                <w:sz w:val="20"/>
                <w:szCs w:val="20"/>
              </w:rPr>
            </w:pPr>
            <w:r w:rsidRPr="006231A2">
              <w:rPr>
                <w:rFonts w:cs="Times New Roman"/>
                <w:sz w:val="20"/>
                <w:szCs w:val="20"/>
              </w:rPr>
              <w:t>0 (0.00)</w:t>
            </w:r>
          </w:p>
        </w:tc>
        <w:tc>
          <w:tcPr>
            <w:tcW w:w="637" w:type="pct"/>
          </w:tcPr>
          <w:p w14:paraId="72FD4D7B" w14:textId="77777777" w:rsidR="006231A2" w:rsidRPr="006231A2" w:rsidRDefault="006231A2" w:rsidP="00CD63E1">
            <w:pPr>
              <w:rPr>
                <w:sz w:val="20"/>
                <w:szCs w:val="20"/>
              </w:rPr>
            </w:pPr>
            <w:r w:rsidRPr="006231A2">
              <w:rPr>
                <w:rFonts w:cs="Times New Roman"/>
                <w:sz w:val="20"/>
                <w:szCs w:val="20"/>
              </w:rPr>
              <w:t>0 (0.00)</w:t>
            </w:r>
          </w:p>
        </w:tc>
        <w:tc>
          <w:tcPr>
            <w:tcW w:w="642" w:type="pct"/>
          </w:tcPr>
          <w:p w14:paraId="7A9267BC" w14:textId="77777777" w:rsidR="006231A2" w:rsidRPr="006231A2" w:rsidRDefault="006231A2" w:rsidP="00CD63E1">
            <w:pPr>
              <w:rPr>
                <w:sz w:val="20"/>
                <w:szCs w:val="20"/>
              </w:rPr>
            </w:pPr>
            <w:r w:rsidRPr="006231A2">
              <w:rPr>
                <w:rFonts w:cs="Times New Roman"/>
                <w:sz w:val="20"/>
                <w:szCs w:val="20"/>
              </w:rPr>
              <w:t>0 (0.00)</w:t>
            </w:r>
          </w:p>
        </w:tc>
        <w:tc>
          <w:tcPr>
            <w:tcW w:w="703" w:type="pct"/>
          </w:tcPr>
          <w:p w14:paraId="5DA28178" w14:textId="77777777" w:rsidR="006231A2" w:rsidRPr="006231A2" w:rsidRDefault="006231A2" w:rsidP="00CD63E1">
            <w:pPr>
              <w:rPr>
                <w:sz w:val="20"/>
                <w:szCs w:val="20"/>
              </w:rPr>
            </w:pPr>
            <w:r w:rsidRPr="006231A2">
              <w:rPr>
                <w:rFonts w:cs="Times New Roman"/>
                <w:sz w:val="20"/>
                <w:szCs w:val="20"/>
              </w:rPr>
              <w:t>0 (0.00)</w:t>
            </w:r>
          </w:p>
        </w:tc>
      </w:tr>
      <w:tr w:rsidR="006231A2" w:rsidRPr="006231A2" w14:paraId="2D058315" w14:textId="77777777" w:rsidTr="006231A2">
        <w:tc>
          <w:tcPr>
            <w:tcW w:w="259" w:type="pct"/>
          </w:tcPr>
          <w:p w14:paraId="47FC4464" w14:textId="77777777" w:rsidR="006231A2" w:rsidRPr="006231A2" w:rsidRDefault="006231A2" w:rsidP="00CD63E1">
            <w:pPr>
              <w:spacing w:line="360" w:lineRule="auto"/>
              <w:rPr>
                <w:rFonts w:cs="Times New Roman"/>
                <w:sz w:val="20"/>
                <w:szCs w:val="20"/>
              </w:rPr>
            </w:pPr>
          </w:p>
        </w:tc>
        <w:tc>
          <w:tcPr>
            <w:tcW w:w="968" w:type="pct"/>
          </w:tcPr>
          <w:p w14:paraId="33D87F61" w14:textId="77777777" w:rsidR="006231A2" w:rsidRPr="006231A2" w:rsidRDefault="006231A2" w:rsidP="00CD63E1">
            <w:pPr>
              <w:spacing w:line="360" w:lineRule="auto"/>
              <w:rPr>
                <w:rFonts w:cs="Times New Roman"/>
                <w:sz w:val="20"/>
                <w:szCs w:val="20"/>
              </w:rPr>
            </w:pPr>
            <w:r w:rsidRPr="006231A2">
              <w:rPr>
                <w:rFonts w:cs="Times New Roman"/>
                <w:sz w:val="20"/>
                <w:szCs w:val="20"/>
              </w:rPr>
              <w:t>Scavenging + home-grown feed or kitchen waste</w:t>
            </w:r>
          </w:p>
        </w:tc>
        <w:tc>
          <w:tcPr>
            <w:tcW w:w="566" w:type="pct"/>
          </w:tcPr>
          <w:p w14:paraId="139B77EB"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639" w:type="pct"/>
          </w:tcPr>
          <w:p w14:paraId="4E543761"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113 (94.17)</w:t>
            </w:r>
          </w:p>
        </w:tc>
        <w:tc>
          <w:tcPr>
            <w:tcW w:w="587" w:type="pct"/>
          </w:tcPr>
          <w:p w14:paraId="0FDD693F"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637" w:type="pct"/>
          </w:tcPr>
          <w:p w14:paraId="3C1B43AB"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113 (94.17)</w:t>
            </w:r>
          </w:p>
        </w:tc>
        <w:tc>
          <w:tcPr>
            <w:tcW w:w="642" w:type="pct"/>
          </w:tcPr>
          <w:p w14:paraId="7CFFD048"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109 (90.83)</w:t>
            </w:r>
          </w:p>
        </w:tc>
        <w:tc>
          <w:tcPr>
            <w:tcW w:w="703" w:type="pct"/>
          </w:tcPr>
          <w:p w14:paraId="7CE66033" w14:textId="77777777" w:rsidR="006231A2" w:rsidRPr="006231A2" w:rsidRDefault="006231A2" w:rsidP="00CD63E1">
            <w:pPr>
              <w:spacing w:line="360" w:lineRule="auto"/>
              <w:rPr>
                <w:rFonts w:cs="Times New Roman"/>
                <w:sz w:val="20"/>
                <w:szCs w:val="20"/>
              </w:rPr>
            </w:pPr>
            <w:r w:rsidRPr="006231A2">
              <w:rPr>
                <w:rFonts w:cs="Times New Roman"/>
                <w:sz w:val="20"/>
                <w:szCs w:val="20"/>
              </w:rPr>
              <w:t>113 (94.17)</w:t>
            </w:r>
          </w:p>
        </w:tc>
      </w:tr>
      <w:tr w:rsidR="006231A2" w:rsidRPr="006231A2" w14:paraId="1FC7C23B" w14:textId="77777777" w:rsidTr="006231A2">
        <w:tc>
          <w:tcPr>
            <w:tcW w:w="259" w:type="pct"/>
          </w:tcPr>
          <w:p w14:paraId="47828E87" w14:textId="77777777" w:rsidR="006231A2" w:rsidRPr="006231A2" w:rsidRDefault="006231A2" w:rsidP="00CD63E1">
            <w:pPr>
              <w:spacing w:line="360" w:lineRule="auto"/>
              <w:rPr>
                <w:rFonts w:cs="Times New Roman"/>
                <w:sz w:val="20"/>
                <w:szCs w:val="20"/>
              </w:rPr>
            </w:pPr>
          </w:p>
        </w:tc>
        <w:tc>
          <w:tcPr>
            <w:tcW w:w="968" w:type="pct"/>
          </w:tcPr>
          <w:p w14:paraId="76A298F9" w14:textId="77777777" w:rsidR="006231A2" w:rsidRPr="006231A2" w:rsidRDefault="006231A2" w:rsidP="00CD63E1">
            <w:pPr>
              <w:spacing w:line="360" w:lineRule="auto"/>
              <w:rPr>
                <w:rFonts w:cs="Times New Roman"/>
                <w:sz w:val="20"/>
                <w:szCs w:val="20"/>
              </w:rPr>
            </w:pPr>
            <w:r w:rsidRPr="006231A2">
              <w:rPr>
                <w:rFonts w:cs="Times New Roman"/>
                <w:sz w:val="20"/>
                <w:szCs w:val="20"/>
              </w:rPr>
              <w:t>Commercial feed</w:t>
            </w:r>
          </w:p>
        </w:tc>
        <w:tc>
          <w:tcPr>
            <w:tcW w:w="566" w:type="pct"/>
          </w:tcPr>
          <w:p w14:paraId="56D370AE"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639" w:type="pct"/>
          </w:tcPr>
          <w:p w14:paraId="0896B687"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c>
          <w:tcPr>
            <w:tcW w:w="587" w:type="pct"/>
          </w:tcPr>
          <w:p w14:paraId="18E5216D"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637" w:type="pct"/>
          </w:tcPr>
          <w:p w14:paraId="294017E8"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c>
          <w:tcPr>
            <w:tcW w:w="642" w:type="pct"/>
          </w:tcPr>
          <w:p w14:paraId="1AE1F9CC"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11 (9.17)</w:t>
            </w:r>
          </w:p>
        </w:tc>
        <w:tc>
          <w:tcPr>
            <w:tcW w:w="703" w:type="pct"/>
          </w:tcPr>
          <w:p w14:paraId="6A38CAC4" w14:textId="77777777" w:rsidR="006231A2" w:rsidRPr="006231A2" w:rsidRDefault="006231A2" w:rsidP="00CD63E1">
            <w:pPr>
              <w:spacing w:line="360" w:lineRule="auto"/>
              <w:rPr>
                <w:rFonts w:cs="Times New Roman"/>
                <w:vanish/>
                <w:sz w:val="20"/>
                <w:szCs w:val="20"/>
              </w:rPr>
            </w:pPr>
            <w:r w:rsidRPr="006231A2">
              <w:rPr>
                <w:rFonts w:cs="Times New Roman"/>
                <w:sz w:val="20"/>
                <w:szCs w:val="20"/>
              </w:rPr>
              <w:t>07 (5.83)</w:t>
            </w:r>
          </w:p>
        </w:tc>
      </w:tr>
      <w:tr w:rsidR="006231A2" w:rsidRPr="006231A2" w14:paraId="712CB4DC" w14:textId="77777777" w:rsidTr="006231A2">
        <w:tc>
          <w:tcPr>
            <w:tcW w:w="259" w:type="pct"/>
          </w:tcPr>
          <w:p w14:paraId="4D732308"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2.</w:t>
            </w:r>
          </w:p>
        </w:tc>
        <w:tc>
          <w:tcPr>
            <w:tcW w:w="4741" w:type="pct"/>
            <w:gridSpan w:val="7"/>
          </w:tcPr>
          <w:p w14:paraId="5513BC54" w14:textId="77777777" w:rsidR="006231A2" w:rsidRPr="006231A2" w:rsidRDefault="006231A2" w:rsidP="00CD63E1">
            <w:pPr>
              <w:rPr>
                <w:rFonts w:cs="Times New Roman"/>
                <w:b/>
                <w:sz w:val="20"/>
                <w:szCs w:val="20"/>
              </w:rPr>
            </w:pPr>
            <w:r w:rsidRPr="006231A2">
              <w:rPr>
                <w:rFonts w:cs="Times New Roman"/>
                <w:b/>
                <w:sz w:val="20"/>
                <w:szCs w:val="20"/>
              </w:rPr>
              <w:t>Frequency of feeding</w:t>
            </w:r>
          </w:p>
        </w:tc>
      </w:tr>
      <w:tr w:rsidR="006231A2" w:rsidRPr="006231A2" w14:paraId="4505554D" w14:textId="77777777" w:rsidTr="006231A2">
        <w:tc>
          <w:tcPr>
            <w:tcW w:w="259" w:type="pct"/>
          </w:tcPr>
          <w:p w14:paraId="5B234DA9" w14:textId="77777777" w:rsidR="006231A2" w:rsidRPr="006231A2" w:rsidRDefault="006231A2" w:rsidP="00CD63E1">
            <w:pPr>
              <w:spacing w:line="360" w:lineRule="auto"/>
              <w:rPr>
                <w:rFonts w:cs="Times New Roman"/>
                <w:b/>
                <w:sz w:val="20"/>
                <w:szCs w:val="20"/>
              </w:rPr>
            </w:pPr>
          </w:p>
        </w:tc>
        <w:tc>
          <w:tcPr>
            <w:tcW w:w="968" w:type="pct"/>
          </w:tcPr>
          <w:p w14:paraId="74674267" w14:textId="77777777" w:rsidR="006231A2" w:rsidRPr="006231A2" w:rsidRDefault="006231A2" w:rsidP="00CD63E1">
            <w:pPr>
              <w:spacing w:line="480" w:lineRule="auto"/>
              <w:rPr>
                <w:rFonts w:cs="Times New Roman"/>
                <w:sz w:val="20"/>
                <w:szCs w:val="20"/>
              </w:rPr>
            </w:pPr>
            <w:r w:rsidRPr="006231A2">
              <w:rPr>
                <w:rFonts w:cs="Times New Roman"/>
                <w:sz w:val="20"/>
                <w:szCs w:val="20"/>
              </w:rPr>
              <w:t>One time</w:t>
            </w:r>
          </w:p>
        </w:tc>
        <w:tc>
          <w:tcPr>
            <w:tcW w:w="566" w:type="pct"/>
            <w:vAlign w:val="center"/>
          </w:tcPr>
          <w:p w14:paraId="386B6CD8" w14:textId="77777777" w:rsidR="006231A2" w:rsidRPr="006231A2" w:rsidRDefault="006231A2" w:rsidP="00CD63E1">
            <w:pPr>
              <w:rPr>
                <w:rFonts w:cs="Times New Roman"/>
                <w:sz w:val="20"/>
                <w:szCs w:val="20"/>
              </w:rPr>
            </w:pPr>
            <w:r w:rsidRPr="006231A2">
              <w:rPr>
                <w:rFonts w:cs="Times New Roman"/>
                <w:sz w:val="20"/>
                <w:szCs w:val="20"/>
              </w:rPr>
              <w:t>43 (35.83)</w:t>
            </w:r>
          </w:p>
        </w:tc>
        <w:tc>
          <w:tcPr>
            <w:tcW w:w="639" w:type="pct"/>
            <w:vAlign w:val="center"/>
          </w:tcPr>
          <w:p w14:paraId="0C3B6507" w14:textId="77777777" w:rsidR="006231A2" w:rsidRPr="006231A2" w:rsidRDefault="006231A2" w:rsidP="00CD63E1">
            <w:pPr>
              <w:rPr>
                <w:rFonts w:cs="Times New Roman"/>
                <w:sz w:val="20"/>
                <w:szCs w:val="20"/>
              </w:rPr>
            </w:pPr>
            <w:r w:rsidRPr="006231A2">
              <w:rPr>
                <w:rFonts w:cs="Times New Roman"/>
                <w:sz w:val="20"/>
                <w:szCs w:val="20"/>
              </w:rPr>
              <w:t>49 (40.83)</w:t>
            </w:r>
          </w:p>
        </w:tc>
        <w:tc>
          <w:tcPr>
            <w:tcW w:w="587" w:type="pct"/>
            <w:vAlign w:val="center"/>
          </w:tcPr>
          <w:p w14:paraId="5D9F66C1" w14:textId="77777777" w:rsidR="006231A2" w:rsidRPr="006231A2" w:rsidRDefault="006231A2" w:rsidP="00CD63E1">
            <w:pPr>
              <w:rPr>
                <w:rFonts w:cs="Times New Roman"/>
                <w:sz w:val="20"/>
                <w:szCs w:val="20"/>
              </w:rPr>
            </w:pPr>
            <w:r w:rsidRPr="006231A2">
              <w:rPr>
                <w:rFonts w:cs="Times New Roman"/>
                <w:sz w:val="20"/>
                <w:szCs w:val="20"/>
              </w:rPr>
              <w:t>31 (25.83)</w:t>
            </w:r>
          </w:p>
        </w:tc>
        <w:tc>
          <w:tcPr>
            <w:tcW w:w="637" w:type="pct"/>
            <w:vAlign w:val="center"/>
          </w:tcPr>
          <w:p w14:paraId="4735D035" w14:textId="77777777" w:rsidR="006231A2" w:rsidRPr="006231A2" w:rsidRDefault="006231A2" w:rsidP="00CD63E1">
            <w:pPr>
              <w:rPr>
                <w:rFonts w:cs="Times New Roman"/>
                <w:sz w:val="20"/>
                <w:szCs w:val="20"/>
              </w:rPr>
            </w:pPr>
            <w:r w:rsidRPr="006231A2">
              <w:rPr>
                <w:rFonts w:cs="Times New Roman"/>
                <w:sz w:val="20"/>
                <w:szCs w:val="20"/>
              </w:rPr>
              <w:t>36 (30.00)</w:t>
            </w:r>
          </w:p>
        </w:tc>
        <w:tc>
          <w:tcPr>
            <w:tcW w:w="642" w:type="pct"/>
            <w:vAlign w:val="center"/>
          </w:tcPr>
          <w:p w14:paraId="76814FC7" w14:textId="77777777" w:rsidR="006231A2" w:rsidRPr="006231A2" w:rsidRDefault="006231A2" w:rsidP="00CD63E1">
            <w:pPr>
              <w:rPr>
                <w:rFonts w:cs="Times New Roman"/>
                <w:sz w:val="20"/>
                <w:szCs w:val="20"/>
              </w:rPr>
            </w:pPr>
            <w:r w:rsidRPr="006231A2">
              <w:rPr>
                <w:rFonts w:cs="Times New Roman"/>
                <w:sz w:val="20"/>
                <w:szCs w:val="20"/>
              </w:rPr>
              <w:t>39 (32.50)</w:t>
            </w:r>
          </w:p>
        </w:tc>
        <w:tc>
          <w:tcPr>
            <w:tcW w:w="703" w:type="pct"/>
            <w:vAlign w:val="center"/>
          </w:tcPr>
          <w:p w14:paraId="59DE6CEB" w14:textId="77777777" w:rsidR="006231A2" w:rsidRPr="006231A2" w:rsidRDefault="006231A2" w:rsidP="00CD63E1">
            <w:pPr>
              <w:rPr>
                <w:rFonts w:cs="Times New Roman"/>
                <w:sz w:val="20"/>
                <w:szCs w:val="20"/>
              </w:rPr>
            </w:pPr>
            <w:r w:rsidRPr="006231A2">
              <w:rPr>
                <w:rFonts w:cs="Times New Roman"/>
                <w:sz w:val="20"/>
                <w:szCs w:val="20"/>
              </w:rPr>
              <w:t>44 (36.67)</w:t>
            </w:r>
          </w:p>
        </w:tc>
      </w:tr>
      <w:tr w:rsidR="006231A2" w:rsidRPr="006231A2" w14:paraId="632E1B8A" w14:textId="77777777" w:rsidTr="006231A2">
        <w:tc>
          <w:tcPr>
            <w:tcW w:w="259" w:type="pct"/>
          </w:tcPr>
          <w:p w14:paraId="78A65452" w14:textId="77777777" w:rsidR="006231A2" w:rsidRPr="006231A2" w:rsidRDefault="006231A2" w:rsidP="00CD63E1">
            <w:pPr>
              <w:spacing w:line="360" w:lineRule="auto"/>
              <w:rPr>
                <w:rFonts w:cs="Times New Roman"/>
                <w:sz w:val="20"/>
                <w:szCs w:val="20"/>
              </w:rPr>
            </w:pPr>
          </w:p>
        </w:tc>
        <w:tc>
          <w:tcPr>
            <w:tcW w:w="968" w:type="pct"/>
          </w:tcPr>
          <w:p w14:paraId="1FFDB677" w14:textId="77777777" w:rsidR="006231A2" w:rsidRPr="006231A2" w:rsidRDefault="006231A2" w:rsidP="00CD63E1">
            <w:pPr>
              <w:spacing w:line="480" w:lineRule="auto"/>
              <w:rPr>
                <w:rFonts w:cs="Times New Roman"/>
                <w:sz w:val="20"/>
                <w:szCs w:val="20"/>
              </w:rPr>
            </w:pPr>
            <w:r w:rsidRPr="006231A2">
              <w:rPr>
                <w:rFonts w:cs="Times New Roman"/>
                <w:sz w:val="20"/>
                <w:szCs w:val="20"/>
              </w:rPr>
              <w:t>Two times</w:t>
            </w:r>
          </w:p>
        </w:tc>
        <w:tc>
          <w:tcPr>
            <w:tcW w:w="566" w:type="pct"/>
            <w:vAlign w:val="center"/>
          </w:tcPr>
          <w:p w14:paraId="634DC3A0" w14:textId="77777777" w:rsidR="006231A2" w:rsidRPr="006231A2" w:rsidRDefault="006231A2" w:rsidP="00CD63E1">
            <w:pPr>
              <w:rPr>
                <w:rFonts w:cs="Times New Roman"/>
                <w:sz w:val="20"/>
                <w:szCs w:val="20"/>
              </w:rPr>
            </w:pPr>
            <w:r w:rsidRPr="006231A2">
              <w:rPr>
                <w:rFonts w:cs="Times New Roman"/>
                <w:sz w:val="20"/>
                <w:szCs w:val="20"/>
              </w:rPr>
              <w:t>77 (64.17)</w:t>
            </w:r>
          </w:p>
        </w:tc>
        <w:tc>
          <w:tcPr>
            <w:tcW w:w="639" w:type="pct"/>
            <w:vAlign w:val="center"/>
          </w:tcPr>
          <w:p w14:paraId="3956CD82" w14:textId="77777777" w:rsidR="006231A2" w:rsidRPr="006231A2" w:rsidRDefault="006231A2" w:rsidP="00CD63E1">
            <w:pPr>
              <w:rPr>
                <w:rFonts w:cs="Times New Roman"/>
                <w:sz w:val="20"/>
                <w:szCs w:val="20"/>
              </w:rPr>
            </w:pPr>
            <w:r w:rsidRPr="006231A2">
              <w:rPr>
                <w:rFonts w:cs="Times New Roman"/>
                <w:sz w:val="20"/>
                <w:szCs w:val="20"/>
              </w:rPr>
              <w:t>71 (59.17)</w:t>
            </w:r>
          </w:p>
        </w:tc>
        <w:tc>
          <w:tcPr>
            <w:tcW w:w="587" w:type="pct"/>
            <w:vAlign w:val="center"/>
          </w:tcPr>
          <w:p w14:paraId="5216BBC8" w14:textId="77777777" w:rsidR="006231A2" w:rsidRPr="006231A2" w:rsidRDefault="006231A2" w:rsidP="00CD63E1">
            <w:pPr>
              <w:rPr>
                <w:rFonts w:cs="Times New Roman"/>
                <w:sz w:val="20"/>
                <w:szCs w:val="20"/>
              </w:rPr>
            </w:pPr>
            <w:r w:rsidRPr="006231A2">
              <w:rPr>
                <w:rFonts w:cs="Times New Roman"/>
                <w:sz w:val="20"/>
                <w:szCs w:val="20"/>
              </w:rPr>
              <w:t>89 (74.17)</w:t>
            </w:r>
          </w:p>
        </w:tc>
        <w:tc>
          <w:tcPr>
            <w:tcW w:w="637" w:type="pct"/>
            <w:vAlign w:val="center"/>
          </w:tcPr>
          <w:p w14:paraId="4D2ED367" w14:textId="77777777" w:rsidR="006231A2" w:rsidRPr="006231A2" w:rsidRDefault="006231A2" w:rsidP="00CD63E1">
            <w:pPr>
              <w:rPr>
                <w:rFonts w:cs="Times New Roman"/>
                <w:sz w:val="20"/>
                <w:szCs w:val="20"/>
              </w:rPr>
            </w:pPr>
            <w:r w:rsidRPr="006231A2">
              <w:rPr>
                <w:rFonts w:cs="Times New Roman"/>
                <w:sz w:val="20"/>
                <w:szCs w:val="20"/>
              </w:rPr>
              <w:t>84 (70.00)</w:t>
            </w:r>
          </w:p>
        </w:tc>
        <w:tc>
          <w:tcPr>
            <w:tcW w:w="642" w:type="pct"/>
            <w:vAlign w:val="center"/>
          </w:tcPr>
          <w:p w14:paraId="1870F7E7" w14:textId="77777777" w:rsidR="006231A2" w:rsidRPr="006231A2" w:rsidRDefault="006231A2" w:rsidP="00CD63E1">
            <w:pPr>
              <w:rPr>
                <w:rFonts w:cs="Times New Roman"/>
                <w:sz w:val="20"/>
                <w:szCs w:val="20"/>
              </w:rPr>
            </w:pPr>
            <w:r w:rsidRPr="006231A2">
              <w:rPr>
                <w:rFonts w:cs="Times New Roman"/>
                <w:sz w:val="20"/>
                <w:szCs w:val="20"/>
              </w:rPr>
              <w:t>81 (67.50)</w:t>
            </w:r>
          </w:p>
        </w:tc>
        <w:tc>
          <w:tcPr>
            <w:tcW w:w="703" w:type="pct"/>
            <w:vAlign w:val="center"/>
          </w:tcPr>
          <w:p w14:paraId="40E31875" w14:textId="77777777" w:rsidR="006231A2" w:rsidRPr="006231A2" w:rsidRDefault="006231A2" w:rsidP="00CD63E1">
            <w:pPr>
              <w:rPr>
                <w:rFonts w:cs="Times New Roman"/>
                <w:sz w:val="20"/>
                <w:szCs w:val="20"/>
              </w:rPr>
            </w:pPr>
            <w:r w:rsidRPr="006231A2">
              <w:rPr>
                <w:rFonts w:cs="Times New Roman"/>
                <w:sz w:val="20"/>
                <w:szCs w:val="20"/>
              </w:rPr>
              <w:t>76 (63.33)</w:t>
            </w:r>
          </w:p>
        </w:tc>
      </w:tr>
      <w:tr w:rsidR="006231A2" w:rsidRPr="006231A2" w14:paraId="55F582A3" w14:textId="77777777" w:rsidTr="006231A2">
        <w:tc>
          <w:tcPr>
            <w:tcW w:w="259" w:type="pct"/>
          </w:tcPr>
          <w:p w14:paraId="7AE37191"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3.</w:t>
            </w:r>
          </w:p>
        </w:tc>
        <w:tc>
          <w:tcPr>
            <w:tcW w:w="4741" w:type="pct"/>
            <w:gridSpan w:val="7"/>
          </w:tcPr>
          <w:p w14:paraId="0288D239"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Supplementation provided</w:t>
            </w:r>
          </w:p>
        </w:tc>
      </w:tr>
      <w:tr w:rsidR="006231A2" w:rsidRPr="006231A2" w14:paraId="0DB2500B" w14:textId="77777777" w:rsidTr="006231A2">
        <w:tc>
          <w:tcPr>
            <w:tcW w:w="259" w:type="pct"/>
          </w:tcPr>
          <w:p w14:paraId="46A18E52" w14:textId="77777777" w:rsidR="006231A2" w:rsidRPr="006231A2" w:rsidRDefault="006231A2" w:rsidP="00CD63E1">
            <w:pPr>
              <w:spacing w:line="360" w:lineRule="auto"/>
              <w:rPr>
                <w:rFonts w:cs="Times New Roman"/>
                <w:sz w:val="20"/>
                <w:szCs w:val="20"/>
              </w:rPr>
            </w:pPr>
          </w:p>
        </w:tc>
        <w:tc>
          <w:tcPr>
            <w:tcW w:w="968" w:type="pct"/>
          </w:tcPr>
          <w:p w14:paraId="3EDDA7DF"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14:paraId="587DE5CF"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14:paraId="70E62132"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14:paraId="479463B0"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14:paraId="22C13FC4"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14:paraId="6AB7FA19"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14:paraId="2F027E41" w14:textId="77777777"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14:paraId="21FEDD38" w14:textId="77777777" w:rsidTr="006231A2">
        <w:tc>
          <w:tcPr>
            <w:tcW w:w="259" w:type="pct"/>
          </w:tcPr>
          <w:p w14:paraId="0CB573F7" w14:textId="77777777" w:rsidR="006231A2" w:rsidRPr="006231A2" w:rsidRDefault="006231A2" w:rsidP="00CD63E1">
            <w:pPr>
              <w:spacing w:line="360" w:lineRule="auto"/>
              <w:rPr>
                <w:rFonts w:cs="Times New Roman"/>
                <w:sz w:val="20"/>
                <w:szCs w:val="20"/>
              </w:rPr>
            </w:pPr>
          </w:p>
        </w:tc>
        <w:tc>
          <w:tcPr>
            <w:tcW w:w="968" w:type="pct"/>
          </w:tcPr>
          <w:p w14:paraId="282E8686"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14:paraId="1BEB9A93"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14:paraId="3895AF5A"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14:paraId="6174E124"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14:paraId="5BEE0CED"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14:paraId="5672BAAF"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14:paraId="0A70BC92" w14:textId="77777777" w:rsidR="006231A2" w:rsidRPr="006231A2" w:rsidRDefault="006231A2" w:rsidP="00CD63E1">
            <w:pPr>
              <w:rPr>
                <w:rFonts w:cs="Times New Roman"/>
                <w:vanish/>
                <w:sz w:val="20"/>
                <w:szCs w:val="20"/>
              </w:rPr>
            </w:pPr>
            <w:r w:rsidRPr="006231A2">
              <w:rPr>
                <w:rFonts w:cs="Times New Roman"/>
                <w:sz w:val="20"/>
                <w:szCs w:val="20"/>
              </w:rPr>
              <w:t>120 (100.00)</w:t>
            </w:r>
          </w:p>
        </w:tc>
      </w:tr>
      <w:tr w:rsidR="006231A2" w:rsidRPr="006231A2" w14:paraId="4B3CF542" w14:textId="77777777" w:rsidTr="006231A2">
        <w:tc>
          <w:tcPr>
            <w:tcW w:w="259" w:type="pct"/>
          </w:tcPr>
          <w:p w14:paraId="49797F51"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4.</w:t>
            </w:r>
          </w:p>
        </w:tc>
        <w:tc>
          <w:tcPr>
            <w:tcW w:w="4741" w:type="pct"/>
            <w:gridSpan w:val="7"/>
          </w:tcPr>
          <w:p w14:paraId="5516155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Source of drinking water</w:t>
            </w:r>
          </w:p>
        </w:tc>
      </w:tr>
      <w:tr w:rsidR="006231A2" w:rsidRPr="006231A2" w14:paraId="2297D024" w14:textId="77777777" w:rsidTr="006231A2">
        <w:tc>
          <w:tcPr>
            <w:tcW w:w="259" w:type="pct"/>
          </w:tcPr>
          <w:p w14:paraId="7C99B239" w14:textId="77777777" w:rsidR="006231A2" w:rsidRPr="006231A2" w:rsidRDefault="006231A2" w:rsidP="00CD63E1">
            <w:pPr>
              <w:spacing w:line="360" w:lineRule="auto"/>
              <w:rPr>
                <w:rFonts w:cs="Times New Roman"/>
                <w:sz w:val="20"/>
                <w:szCs w:val="20"/>
              </w:rPr>
            </w:pPr>
          </w:p>
        </w:tc>
        <w:tc>
          <w:tcPr>
            <w:tcW w:w="968" w:type="pct"/>
          </w:tcPr>
          <w:p w14:paraId="2F573F53" w14:textId="77777777" w:rsidR="006231A2" w:rsidRPr="006231A2" w:rsidRDefault="006231A2" w:rsidP="00CD63E1">
            <w:pPr>
              <w:spacing w:line="360" w:lineRule="auto"/>
              <w:rPr>
                <w:rFonts w:cs="Times New Roman"/>
                <w:sz w:val="20"/>
                <w:szCs w:val="20"/>
              </w:rPr>
            </w:pPr>
            <w:r w:rsidRPr="006231A2">
              <w:rPr>
                <w:rFonts w:cs="Times New Roman"/>
                <w:sz w:val="20"/>
                <w:szCs w:val="20"/>
              </w:rPr>
              <w:t>Tap water</w:t>
            </w:r>
          </w:p>
        </w:tc>
        <w:tc>
          <w:tcPr>
            <w:tcW w:w="566" w:type="pct"/>
          </w:tcPr>
          <w:p w14:paraId="41252E7D" w14:textId="77777777" w:rsidR="006231A2" w:rsidRPr="006231A2" w:rsidRDefault="006231A2" w:rsidP="00CD63E1">
            <w:pPr>
              <w:rPr>
                <w:rFonts w:cs="Times New Roman"/>
                <w:vanish/>
                <w:sz w:val="20"/>
                <w:szCs w:val="20"/>
              </w:rPr>
            </w:pPr>
            <w:r w:rsidRPr="006231A2">
              <w:rPr>
                <w:rFonts w:cs="Times New Roman"/>
                <w:sz w:val="20"/>
                <w:szCs w:val="20"/>
              </w:rPr>
              <w:t>94 (78.33)</w:t>
            </w:r>
          </w:p>
        </w:tc>
        <w:tc>
          <w:tcPr>
            <w:tcW w:w="639" w:type="pct"/>
          </w:tcPr>
          <w:p w14:paraId="4A755B5C" w14:textId="77777777" w:rsidR="006231A2" w:rsidRPr="006231A2" w:rsidRDefault="006231A2" w:rsidP="00CD63E1">
            <w:pPr>
              <w:rPr>
                <w:rFonts w:cs="Times New Roman"/>
                <w:vanish/>
                <w:sz w:val="20"/>
                <w:szCs w:val="20"/>
              </w:rPr>
            </w:pPr>
            <w:r w:rsidRPr="006231A2">
              <w:rPr>
                <w:rFonts w:cs="Times New Roman"/>
                <w:sz w:val="20"/>
                <w:szCs w:val="20"/>
              </w:rPr>
              <w:t>87 (72.50)</w:t>
            </w:r>
          </w:p>
        </w:tc>
        <w:tc>
          <w:tcPr>
            <w:tcW w:w="587" w:type="pct"/>
          </w:tcPr>
          <w:p w14:paraId="133EAC1F" w14:textId="77777777" w:rsidR="006231A2" w:rsidRPr="006231A2" w:rsidRDefault="006231A2" w:rsidP="00CD63E1">
            <w:pPr>
              <w:rPr>
                <w:rFonts w:cs="Times New Roman"/>
                <w:vanish/>
                <w:sz w:val="20"/>
                <w:szCs w:val="20"/>
              </w:rPr>
            </w:pPr>
            <w:r w:rsidRPr="006231A2">
              <w:rPr>
                <w:rFonts w:cs="Times New Roman"/>
                <w:sz w:val="20"/>
                <w:szCs w:val="20"/>
              </w:rPr>
              <w:t>94 (78.33)</w:t>
            </w:r>
          </w:p>
        </w:tc>
        <w:tc>
          <w:tcPr>
            <w:tcW w:w="637" w:type="pct"/>
          </w:tcPr>
          <w:p w14:paraId="665DD09D" w14:textId="77777777" w:rsidR="006231A2" w:rsidRPr="006231A2" w:rsidRDefault="006231A2" w:rsidP="00CD63E1">
            <w:pPr>
              <w:rPr>
                <w:rFonts w:cs="Times New Roman"/>
                <w:vanish/>
                <w:sz w:val="20"/>
                <w:szCs w:val="20"/>
              </w:rPr>
            </w:pPr>
            <w:r w:rsidRPr="006231A2">
              <w:rPr>
                <w:rFonts w:cs="Times New Roman"/>
                <w:sz w:val="20"/>
                <w:szCs w:val="20"/>
              </w:rPr>
              <w:t>87 (72.50)</w:t>
            </w:r>
          </w:p>
        </w:tc>
        <w:tc>
          <w:tcPr>
            <w:tcW w:w="642" w:type="pct"/>
          </w:tcPr>
          <w:p w14:paraId="38190F72" w14:textId="77777777" w:rsidR="006231A2" w:rsidRPr="006231A2" w:rsidRDefault="006231A2" w:rsidP="00CD63E1">
            <w:pPr>
              <w:rPr>
                <w:rFonts w:cs="Times New Roman"/>
                <w:vanish/>
                <w:sz w:val="20"/>
                <w:szCs w:val="20"/>
              </w:rPr>
            </w:pPr>
            <w:r w:rsidRPr="006231A2">
              <w:rPr>
                <w:rFonts w:cs="Times New Roman"/>
                <w:sz w:val="20"/>
                <w:szCs w:val="20"/>
              </w:rPr>
              <w:t>94 (78.33)</w:t>
            </w:r>
          </w:p>
        </w:tc>
        <w:tc>
          <w:tcPr>
            <w:tcW w:w="703" w:type="pct"/>
          </w:tcPr>
          <w:p w14:paraId="34725E48" w14:textId="77777777" w:rsidR="006231A2" w:rsidRPr="006231A2" w:rsidRDefault="006231A2" w:rsidP="00CD63E1">
            <w:pPr>
              <w:rPr>
                <w:rFonts w:cs="Times New Roman"/>
                <w:vanish/>
                <w:sz w:val="20"/>
                <w:szCs w:val="20"/>
              </w:rPr>
            </w:pPr>
            <w:r w:rsidRPr="006231A2">
              <w:rPr>
                <w:rFonts w:cs="Times New Roman"/>
                <w:sz w:val="20"/>
                <w:szCs w:val="20"/>
              </w:rPr>
              <w:t>87 (72.50)</w:t>
            </w:r>
          </w:p>
        </w:tc>
      </w:tr>
      <w:tr w:rsidR="006231A2" w:rsidRPr="006231A2" w14:paraId="22CD9CEA" w14:textId="77777777" w:rsidTr="006231A2">
        <w:tc>
          <w:tcPr>
            <w:tcW w:w="259" w:type="pct"/>
          </w:tcPr>
          <w:p w14:paraId="3518C2B4" w14:textId="77777777" w:rsidR="006231A2" w:rsidRPr="006231A2" w:rsidRDefault="006231A2" w:rsidP="00CD63E1">
            <w:pPr>
              <w:spacing w:line="360" w:lineRule="auto"/>
              <w:rPr>
                <w:rFonts w:cs="Times New Roman"/>
                <w:sz w:val="20"/>
                <w:szCs w:val="20"/>
              </w:rPr>
            </w:pPr>
          </w:p>
        </w:tc>
        <w:tc>
          <w:tcPr>
            <w:tcW w:w="968" w:type="pct"/>
          </w:tcPr>
          <w:p w14:paraId="11F25420" w14:textId="77777777" w:rsidR="006231A2" w:rsidRPr="006231A2" w:rsidRDefault="006231A2" w:rsidP="00CD63E1">
            <w:pPr>
              <w:spacing w:line="360" w:lineRule="auto"/>
              <w:rPr>
                <w:rFonts w:cs="Times New Roman"/>
                <w:sz w:val="20"/>
                <w:szCs w:val="20"/>
              </w:rPr>
            </w:pPr>
            <w:r w:rsidRPr="006231A2">
              <w:rPr>
                <w:rFonts w:cs="Times New Roman"/>
                <w:sz w:val="20"/>
                <w:szCs w:val="20"/>
              </w:rPr>
              <w:t>Stagnant or sewage water</w:t>
            </w:r>
          </w:p>
        </w:tc>
        <w:tc>
          <w:tcPr>
            <w:tcW w:w="566" w:type="pct"/>
          </w:tcPr>
          <w:p w14:paraId="18921636" w14:textId="77777777" w:rsidR="006231A2" w:rsidRPr="006231A2" w:rsidRDefault="006231A2" w:rsidP="00CD63E1">
            <w:pPr>
              <w:rPr>
                <w:rFonts w:cs="Times New Roman"/>
                <w:vanish/>
                <w:sz w:val="20"/>
                <w:szCs w:val="20"/>
              </w:rPr>
            </w:pPr>
            <w:r w:rsidRPr="006231A2">
              <w:rPr>
                <w:rFonts w:cs="Times New Roman"/>
                <w:sz w:val="20"/>
                <w:szCs w:val="20"/>
              </w:rPr>
              <w:t>8 (6.67)</w:t>
            </w:r>
          </w:p>
        </w:tc>
        <w:tc>
          <w:tcPr>
            <w:tcW w:w="639" w:type="pct"/>
          </w:tcPr>
          <w:p w14:paraId="376ACD24" w14:textId="77777777" w:rsidR="006231A2" w:rsidRPr="006231A2" w:rsidRDefault="006231A2" w:rsidP="00CD63E1">
            <w:pPr>
              <w:rPr>
                <w:rFonts w:cs="Times New Roman"/>
                <w:vanish/>
                <w:sz w:val="20"/>
                <w:szCs w:val="20"/>
              </w:rPr>
            </w:pPr>
            <w:r w:rsidRPr="006231A2">
              <w:rPr>
                <w:rFonts w:cs="Times New Roman"/>
                <w:sz w:val="20"/>
                <w:szCs w:val="20"/>
              </w:rPr>
              <w:t>23 (19.17)</w:t>
            </w:r>
          </w:p>
        </w:tc>
        <w:tc>
          <w:tcPr>
            <w:tcW w:w="587" w:type="pct"/>
          </w:tcPr>
          <w:p w14:paraId="174CA869" w14:textId="77777777" w:rsidR="006231A2" w:rsidRPr="006231A2" w:rsidRDefault="006231A2" w:rsidP="00CD63E1">
            <w:pPr>
              <w:rPr>
                <w:rFonts w:cs="Times New Roman"/>
                <w:vanish/>
                <w:sz w:val="20"/>
                <w:szCs w:val="20"/>
              </w:rPr>
            </w:pPr>
            <w:r w:rsidRPr="006231A2">
              <w:rPr>
                <w:rFonts w:cs="Times New Roman"/>
                <w:sz w:val="20"/>
                <w:szCs w:val="20"/>
              </w:rPr>
              <w:t>8 (6.67)</w:t>
            </w:r>
          </w:p>
        </w:tc>
        <w:tc>
          <w:tcPr>
            <w:tcW w:w="637" w:type="pct"/>
          </w:tcPr>
          <w:p w14:paraId="72E57ED0" w14:textId="77777777" w:rsidR="006231A2" w:rsidRPr="006231A2" w:rsidRDefault="006231A2" w:rsidP="00CD63E1">
            <w:pPr>
              <w:rPr>
                <w:rFonts w:cs="Times New Roman"/>
                <w:vanish/>
                <w:sz w:val="20"/>
                <w:szCs w:val="20"/>
              </w:rPr>
            </w:pPr>
            <w:r w:rsidRPr="006231A2">
              <w:rPr>
                <w:rFonts w:cs="Times New Roman"/>
                <w:sz w:val="20"/>
                <w:szCs w:val="20"/>
              </w:rPr>
              <w:t>23 (19.17)</w:t>
            </w:r>
          </w:p>
        </w:tc>
        <w:tc>
          <w:tcPr>
            <w:tcW w:w="642" w:type="pct"/>
          </w:tcPr>
          <w:p w14:paraId="693ED404" w14:textId="77777777" w:rsidR="006231A2" w:rsidRPr="006231A2" w:rsidRDefault="006231A2" w:rsidP="00CD63E1">
            <w:pPr>
              <w:rPr>
                <w:rFonts w:cs="Times New Roman"/>
                <w:vanish/>
                <w:sz w:val="20"/>
                <w:szCs w:val="20"/>
              </w:rPr>
            </w:pPr>
            <w:r w:rsidRPr="006231A2">
              <w:rPr>
                <w:rFonts w:cs="Times New Roman"/>
                <w:sz w:val="20"/>
                <w:szCs w:val="20"/>
              </w:rPr>
              <w:t>8 (6.67)</w:t>
            </w:r>
          </w:p>
        </w:tc>
        <w:tc>
          <w:tcPr>
            <w:tcW w:w="703" w:type="pct"/>
          </w:tcPr>
          <w:p w14:paraId="2A58915E" w14:textId="77777777" w:rsidR="006231A2" w:rsidRPr="006231A2" w:rsidRDefault="006231A2" w:rsidP="00CD63E1">
            <w:pPr>
              <w:rPr>
                <w:rFonts w:cs="Times New Roman"/>
                <w:vanish/>
                <w:sz w:val="20"/>
                <w:szCs w:val="20"/>
              </w:rPr>
            </w:pPr>
            <w:r w:rsidRPr="006231A2">
              <w:rPr>
                <w:rFonts w:cs="Times New Roman"/>
                <w:sz w:val="20"/>
                <w:szCs w:val="20"/>
              </w:rPr>
              <w:t>23 (19.17)</w:t>
            </w:r>
          </w:p>
        </w:tc>
      </w:tr>
      <w:tr w:rsidR="006231A2" w:rsidRPr="006231A2" w14:paraId="6F7D67BC" w14:textId="77777777" w:rsidTr="006231A2">
        <w:tc>
          <w:tcPr>
            <w:tcW w:w="259" w:type="pct"/>
          </w:tcPr>
          <w:p w14:paraId="450987B6" w14:textId="77777777" w:rsidR="006231A2" w:rsidRPr="006231A2" w:rsidRDefault="006231A2" w:rsidP="00CD63E1">
            <w:pPr>
              <w:spacing w:line="360" w:lineRule="auto"/>
              <w:rPr>
                <w:rFonts w:cs="Times New Roman"/>
                <w:sz w:val="20"/>
                <w:szCs w:val="20"/>
              </w:rPr>
            </w:pPr>
          </w:p>
        </w:tc>
        <w:tc>
          <w:tcPr>
            <w:tcW w:w="968" w:type="pct"/>
          </w:tcPr>
          <w:p w14:paraId="19A82EA1" w14:textId="77777777" w:rsidR="006231A2" w:rsidRPr="006231A2" w:rsidRDefault="006231A2" w:rsidP="00CD63E1">
            <w:pPr>
              <w:spacing w:line="360" w:lineRule="auto"/>
              <w:rPr>
                <w:rFonts w:cs="Times New Roman"/>
                <w:sz w:val="20"/>
                <w:szCs w:val="20"/>
              </w:rPr>
            </w:pPr>
            <w:r w:rsidRPr="006231A2">
              <w:rPr>
                <w:rFonts w:cs="Times New Roman"/>
                <w:sz w:val="20"/>
                <w:szCs w:val="20"/>
              </w:rPr>
              <w:t>Well water</w:t>
            </w:r>
          </w:p>
        </w:tc>
        <w:tc>
          <w:tcPr>
            <w:tcW w:w="566" w:type="pct"/>
          </w:tcPr>
          <w:p w14:paraId="6411A456" w14:textId="77777777" w:rsidR="006231A2" w:rsidRPr="006231A2" w:rsidRDefault="006231A2" w:rsidP="00CD63E1">
            <w:pPr>
              <w:rPr>
                <w:rFonts w:cs="Times New Roman"/>
                <w:vanish/>
                <w:sz w:val="20"/>
                <w:szCs w:val="20"/>
              </w:rPr>
            </w:pPr>
            <w:r w:rsidRPr="006231A2">
              <w:rPr>
                <w:rFonts w:cs="Times New Roman"/>
                <w:sz w:val="20"/>
                <w:szCs w:val="20"/>
              </w:rPr>
              <w:t>18 (15.00)</w:t>
            </w:r>
          </w:p>
        </w:tc>
        <w:tc>
          <w:tcPr>
            <w:tcW w:w="639" w:type="pct"/>
          </w:tcPr>
          <w:p w14:paraId="13DA6CE2" w14:textId="77777777" w:rsidR="006231A2" w:rsidRPr="006231A2" w:rsidRDefault="006231A2" w:rsidP="00CD63E1">
            <w:pPr>
              <w:rPr>
                <w:rFonts w:cs="Times New Roman"/>
                <w:vanish/>
                <w:sz w:val="20"/>
                <w:szCs w:val="20"/>
              </w:rPr>
            </w:pPr>
            <w:r w:rsidRPr="006231A2">
              <w:rPr>
                <w:rFonts w:cs="Times New Roman"/>
                <w:sz w:val="20"/>
                <w:szCs w:val="20"/>
              </w:rPr>
              <w:t>10 (8.33)</w:t>
            </w:r>
          </w:p>
        </w:tc>
        <w:tc>
          <w:tcPr>
            <w:tcW w:w="587" w:type="pct"/>
          </w:tcPr>
          <w:p w14:paraId="3D8FD452" w14:textId="77777777" w:rsidR="006231A2" w:rsidRPr="006231A2" w:rsidRDefault="006231A2" w:rsidP="00CD63E1">
            <w:pPr>
              <w:rPr>
                <w:rFonts w:cs="Times New Roman"/>
                <w:vanish/>
                <w:sz w:val="20"/>
                <w:szCs w:val="20"/>
              </w:rPr>
            </w:pPr>
            <w:r w:rsidRPr="006231A2">
              <w:rPr>
                <w:rFonts w:cs="Times New Roman"/>
                <w:sz w:val="20"/>
                <w:szCs w:val="20"/>
              </w:rPr>
              <w:t>18 (15.00)</w:t>
            </w:r>
          </w:p>
        </w:tc>
        <w:tc>
          <w:tcPr>
            <w:tcW w:w="637" w:type="pct"/>
          </w:tcPr>
          <w:p w14:paraId="51D12CCC" w14:textId="77777777" w:rsidR="006231A2" w:rsidRPr="006231A2" w:rsidRDefault="006231A2" w:rsidP="00CD63E1">
            <w:pPr>
              <w:rPr>
                <w:rFonts w:cs="Times New Roman"/>
                <w:vanish/>
                <w:sz w:val="20"/>
                <w:szCs w:val="20"/>
              </w:rPr>
            </w:pPr>
            <w:r w:rsidRPr="006231A2">
              <w:rPr>
                <w:rFonts w:cs="Times New Roman"/>
                <w:sz w:val="20"/>
                <w:szCs w:val="20"/>
              </w:rPr>
              <w:t>10 (8.33)</w:t>
            </w:r>
          </w:p>
        </w:tc>
        <w:tc>
          <w:tcPr>
            <w:tcW w:w="642" w:type="pct"/>
          </w:tcPr>
          <w:p w14:paraId="60B0743C" w14:textId="77777777" w:rsidR="006231A2" w:rsidRPr="006231A2" w:rsidRDefault="006231A2" w:rsidP="00CD63E1">
            <w:pPr>
              <w:rPr>
                <w:rFonts w:cs="Times New Roman"/>
                <w:vanish/>
                <w:sz w:val="20"/>
                <w:szCs w:val="20"/>
              </w:rPr>
            </w:pPr>
            <w:r w:rsidRPr="006231A2">
              <w:rPr>
                <w:rFonts w:cs="Times New Roman"/>
                <w:sz w:val="20"/>
                <w:szCs w:val="20"/>
              </w:rPr>
              <w:t>18 (15.00)</w:t>
            </w:r>
          </w:p>
        </w:tc>
        <w:tc>
          <w:tcPr>
            <w:tcW w:w="703" w:type="pct"/>
          </w:tcPr>
          <w:p w14:paraId="6C6811BD" w14:textId="77777777" w:rsidR="006231A2" w:rsidRPr="006231A2" w:rsidRDefault="006231A2" w:rsidP="00CD63E1">
            <w:pPr>
              <w:rPr>
                <w:rFonts w:cs="Times New Roman"/>
                <w:vanish/>
                <w:sz w:val="20"/>
                <w:szCs w:val="20"/>
              </w:rPr>
            </w:pPr>
            <w:r w:rsidRPr="006231A2">
              <w:rPr>
                <w:rFonts w:cs="Times New Roman"/>
                <w:sz w:val="20"/>
                <w:szCs w:val="20"/>
              </w:rPr>
              <w:t>10 (8.33)</w:t>
            </w:r>
          </w:p>
        </w:tc>
      </w:tr>
      <w:tr w:rsidR="006231A2" w:rsidRPr="006231A2" w14:paraId="16F8CB64" w14:textId="77777777" w:rsidTr="006231A2">
        <w:tc>
          <w:tcPr>
            <w:tcW w:w="259" w:type="pct"/>
          </w:tcPr>
          <w:p w14:paraId="39017CAD"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5.</w:t>
            </w:r>
          </w:p>
        </w:tc>
        <w:tc>
          <w:tcPr>
            <w:tcW w:w="4741" w:type="pct"/>
            <w:gridSpan w:val="7"/>
          </w:tcPr>
          <w:p w14:paraId="0918C98D"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Watering frequency</w:t>
            </w:r>
          </w:p>
        </w:tc>
      </w:tr>
      <w:tr w:rsidR="006231A2" w:rsidRPr="006231A2" w14:paraId="61D65A46" w14:textId="77777777" w:rsidTr="006231A2">
        <w:tc>
          <w:tcPr>
            <w:tcW w:w="259" w:type="pct"/>
          </w:tcPr>
          <w:p w14:paraId="619F7266" w14:textId="77777777" w:rsidR="006231A2" w:rsidRPr="006231A2" w:rsidRDefault="006231A2" w:rsidP="00CD63E1">
            <w:pPr>
              <w:spacing w:line="360" w:lineRule="auto"/>
              <w:rPr>
                <w:rFonts w:cs="Times New Roman"/>
                <w:sz w:val="20"/>
                <w:szCs w:val="20"/>
              </w:rPr>
            </w:pPr>
          </w:p>
        </w:tc>
        <w:tc>
          <w:tcPr>
            <w:tcW w:w="968" w:type="pct"/>
          </w:tcPr>
          <w:p w14:paraId="3CF4A04D" w14:textId="77777777" w:rsidR="006231A2" w:rsidRPr="006231A2" w:rsidRDefault="006231A2" w:rsidP="00CD63E1">
            <w:pPr>
              <w:spacing w:line="360" w:lineRule="auto"/>
              <w:rPr>
                <w:rFonts w:cs="Times New Roman"/>
                <w:sz w:val="20"/>
                <w:szCs w:val="20"/>
              </w:rPr>
            </w:pPr>
            <w:r w:rsidRPr="006231A2">
              <w:rPr>
                <w:rFonts w:cs="Times New Roman"/>
                <w:sz w:val="20"/>
                <w:szCs w:val="20"/>
              </w:rPr>
              <w:t>Once daily</w:t>
            </w:r>
          </w:p>
        </w:tc>
        <w:tc>
          <w:tcPr>
            <w:tcW w:w="566" w:type="pct"/>
            <w:vAlign w:val="center"/>
          </w:tcPr>
          <w:p w14:paraId="0FB67D5F" w14:textId="77777777" w:rsidR="006231A2" w:rsidRPr="006231A2" w:rsidRDefault="006231A2" w:rsidP="00CD63E1">
            <w:pPr>
              <w:rPr>
                <w:rFonts w:cs="Times New Roman"/>
                <w:sz w:val="20"/>
                <w:szCs w:val="20"/>
              </w:rPr>
            </w:pPr>
            <w:r w:rsidRPr="006231A2">
              <w:rPr>
                <w:rFonts w:cs="Times New Roman"/>
                <w:sz w:val="20"/>
                <w:szCs w:val="20"/>
              </w:rPr>
              <w:t>9 (7.50)</w:t>
            </w:r>
          </w:p>
        </w:tc>
        <w:tc>
          <w:tcPr>
            <w:tcW w:w="639" w:type="pct"/>
            <w:vAlign w:val="center"/>
          </w:tcPr>
          <w:p w14:paraId="66F45F5B" w14:textId="77777777" w:rsidR="006231A2" w:rsidRPr="006231A2" w:rsidRDefault="006231A2" w:rsidP="00CD63E1">
            <w:pPr>
              <w:rPr>
                <w:rFonts w:cs="Times New Roman"/>
                <w:sz w:val="20"/>
                <w:szCs w:val="20"/>
              </w:rPr>
            </w:pPr>
            <w:r w:rsidRPr="006231A2">
              <w:rPr>
                <w:rFonts w:cs="Times New Roman"/>
                <w:sz w:val="20"/>
                <w:szCs w:val="20"/>
              </w:rPr>
              <w:t>14 (11.67)</w:t>
            </w:r>
          </w:p>
        </w:tc>
        <w:tc>
          <w:tcPr>
            <w:tcW w:w="587" w:type="pct"/>
            <w:vAlign w:val="center"/>
          </w:tcPr>
          <w:p w14:paraId="47FB0897" w14:textId="77777777" w:rsidR="006231A2" w:rsidRPr="006231A2" w:rsidRDefault="006231A2" w:rsidP="00CD63E1">
            <w:pPr>
              <w:rPr>
                <w:rFonts w:cs="Times New Roman"/>
                <w:sz w:val="20"/>
                <w:szCs w:val="20"/>
              </w:rPr>
            </w:pPr>
            <w:r w:rsidRPr="006231A2">
              <w:rPr>
                <w:rFonts w:cs="Times New Roman"/>
                <w:sz w:val="20"/>
                <w:szCs w:val="20"/>
              </w:rPr>
              <w:t>18 (15.00)</w:t>
            </w:r>
          </w:p>
        </w:tc>
        <w:tc>
          <w:tcPr>
            <w:tcW w:w="637" w:type="pct"/>
            <w:vAlign w:val="center"/>
          </w:tcPr>
          <w:p w14:paraId="04855D3B" w14:textId="77777777" w:rsidR="006231A2" w:rsidRPr="006231A2" w:rsidRDefault="006231A2" w:rsidP="00CD63E1">
            <w:pPr>
              <w:rPr>
                <w:rFonts w:cs="Times New Roman"/>
                <w:sz w:val="20"/>
                <w:szCs w:val="20"/>
              </w:rPr>
            </w:pPr>
            <w:r w:rsidRPr="006231A2">
              <w:rPr>
                <w:rFonts w:cs="Times New Roman"/>
                <w:sz w:val="20"/>
                <w:szCs w:val="20"/>
              </w:rPr>
              <w:t>23 (19.17)</w:t>
            </w:r>
          </w:p>
        </w:tc>
        <w:tc>
          <w:tcPr>
            <w:tcW w:w="642" w:type="pct"/>
            <w:vAlign w:val="center"/>
          </w:tcPr>
          <w:p w14:paraId="0B5641C8" w14:textId="77777777" w:rsidR="006231A2" w:rsidRPr="006231A2" w:rsidRDefault="006231A2" w:rsidP="00CD63E1">
            <w:pPr>
              <w:rPr>
                <w:rFonts w:cs="Times New Roman"/>
                <w:sz w:val="20"/>
                <w:szCs w:val="20"/>
              </w:rPr>
            </w:pPr>
            <w:r w:rsidRPr="006231A2">
              <w:rPr>
                <w:rFonts w:cs="Times New Roman"/>
                <w:sz w:val="20"/>
                <w:szCs w:val="20"/>
              </w:rPr>
              <w:t>13 (10.83)</w:t>
            </w:r>
          </w:p>
        </w:tc>
        <w:tc>
          <w:tcPr>
            <w:tcW w:w="703" w:type="pct"/>
            <w:vAlign w:val="center"/>
          </w:tcPr>
          <w:p w14:paraId="0726429E" w14:textId="77777777" w:rsidR="006231A2" w:rsidRPr="006231A2" w:rsidRDefault="006231A2" w:rsidP="00CD63E1">
            <w:pPr>
              <w:rPr>
                <w:rFonts w:cs="Times New Roman"/>
                <w:sz w:val="20"/>
                <w:szCs w:val="20"/>
              </w:rPr>
            </w:pPr>
            <w:r w:rsidRPr="006231A2">
              <w:rPr>
                <w:rFonts w:cs="Times New Roman"/>
                <w:sz w:val="20"/>
                <w:szCs w:val="20"/>
              </w:rPr>
              <w:t>18 (15.00)</w:t>
            </w:r>
          </w:p>
        </w:tc>
      </w:tr>
      <w:tr w:rsidR="006231A2" w:rsidRPr="006231A2" w14:paraId="7A183EA6" w14:textId="77777777" w:rsidTr="006231A2">
        <w:tc>
          <w:tcPr>
            <w:tcW w:w="259" w:type="pct"/>
          </w:tcPr>
          <w:p w14:paraId="77521614" w14:textId="77777777" w:rsidR="006231A2" w:rsidRPr="006231A2" w:rsidRDefault="006231A2" w:rsidP="00CD63E1">
            <w:pPr>
              <w:spacing w:line="360" w:lineRule="auto"/>
              <w:rPr>
                <w:rFonts w:cs="Times New Roman"/>
                <w:sz w:val="20"/>
                <w:szCs w:val="20"/>
              </w:rPr>
            </w:pPr>
          </w:p>
        </w:tc>
        <w:tc>
          <w:tcPr>
            <w:tcW w:w="968" w:type="pct"/>
          </w:tcPr>
          <w:p w14:paraId="2325F7A0" w14:textId="77777777" w:rsidR="006231A2" w:rsidRPr="006231A2" w:rsidRDefault="006231A2" w:rsidP="00CD63E1">
            <w:pPr>
              <w:spacing w:line="360" w:lineRule="auto"/>
              <w:rPr>
                <w:rFonts w:cs="Times New Roman"/>
                <w:sz w:val="20"/>
                <w:szCs w:val="20"/>
              </w:rPr>
            </w:pPr>
            <w:r w:rsidRPr="006231A2">
              <w:rPr>
                <w:rFonts w:cs="Times New Roman"/>
                <w:sz w:val="20"/>
                <w:szCs w:val="20"/>
              </w:rPr>
              <w:t>Twice daily</w:t>
            </w:r>
          </w:p>
        </w:tc>
        <w:tc>
          <w:tcPr>
            <w:tcW w:w="566" w:type="pct"/>
            <w:vAlign w:val="center"/>
          </w:tcPr>
          <w:p w14:paraId="0299806F" w14:textId="77777777" w:rsidR="006231A2" w:rsidRPr="006231A2" w:rsidRDefault="006231A2" w:rsidP="00CD63E1">
            <w:pPr>
              <w:rPr>
                <w:rFonts w:cs="Times New Roman"/>
                <w:sz w:val="20"/>
                <w:szCs w:val="20"/>
              </w:rPr>
            </w:pPr>
            <w:r w:rsidRPr="006231A2">
              <w:rPr>
                <w:rFonts w:cs="Times New Roman"/>
                <w:sz w:val="20"/>
                <w:szCs w:val="20"/>
              </w:rPr>
              <w:t>26 (21.67)</w:t>
            </w:r>
          </w:p>
        </w:tc>
        <w:tc>
          <w:tcPr>
            <w:tcW w:w="639" w:type="pct"/>
            <w:vAlign w:val="center"/>
          </w:tcPr>
          <w:p w14:paraId="55E0C47E" w14:textId="77777777" w:rsidR="006231A2" w:rsidRPr="006231A2" w:rsidRDefault="006231A2" w:rsidP="00CD63E1">
            <w:pPr>
              <w:rPr>
                <w:rFonts w:cs="Times New Roman"/>
                <w:sz w:val="20"/>
                <w:szCs w:val="20"/>
              </w:rPr>
            </w:pPr>
            <w:r w:rsidRPr="006231A2">
              <w:rPr>
                <w:rFonts w:cs="Times New Roman"/>
                <w:sz w:val="20"/>
                <w:szCs w:val="20"/>
              </w:rPr>
              <w:t>31 (25.83)</w:t>
            </w:r>
          </w:p>
        </w:tc>
        <w:tc>
          <w:tcPr>
            <w:tcW w:w="587" w:type="pct"/>
            <w:vAlign w:val="center"/>
          </w:tcPr>
          <w:p w14:paraId="2ADEE906" w14:textId="77777777" w:rsidR="006231A2" w:rsidRPr="006231A2" w:rsidRDefault="006231A2" w:rsidP="00CD63E1">
            <w:pPr>
              <w:rPr>
                <w:rFonts w:cs="Times New Roman"/>
                <w:sz w:val="20"/>
                <w:szCs w:val="20"/>
              </w:rPr>
            </w:pPr>
            <w:r w:rsidRPr="006231A2">
              <w:rPr>
                <w:rFonts w:cs="Times New Roman"/>
                <w:sz w:val="20"/>
                <w:szCs w:val="20"/>
              </w:rPr>
              <w:t>39 (32.50)</w:t>
            </w:r>
          </w:p>
        </w:tc>
        <w:tc>
          <w:tcPr>
            <w:tcW w:w="637" w:type="pct"/>
            <w:vAlign w:val="center"/>
          </w:tcPr>
          <w:p w14:paraId="449E4E17" w14:textId="77777777" w:rsidR="006231A2" w:rsidRPr="006231A2" w:rsidRDefault="006231A2" w:rsidP="00CD63E1">
            <w:pPr>
              <w:rPr>
                <w:rFonts w:cs="Times New Roman"/>
                <w:sz w:val="20"/>
                <w:szCs w:val="20"/>
              </w:rPr>
            </w:pPr>
            <w:r w:rsidRPr="006231A2">
              <w:rPr>
                <w:rFonts w:cs="Times New Roman"/>
                <w:sz w:val="20"/>
                <w:szCs w:val="20"/>
              </w:rPr>
              <w:t>42 (35.00)</w:t>
            </w:r>
          </w:p>
        </w:tc>
        <w:tc>
          <w:tcPr>
            <w:tcW w:w="642" w:type="pct"/>
            <w:vAlign w:val="center"/>
          </w:tcPr>
          <w:p w14:paraId="0826AA11" w14:textId="77777777" w:rsidR="006231A2" w:rsidRPr="006231A2" w:rsidRDefault="006231A2" w:rsidP="00CD63E1">
            <w:pPr>
              <w:rPr>
                <w:rFonts w:cs="Times New Roman"/>
                <w:sz w:val="20"/>
                <w:szCs w:val="20"/>
              </w:rPr>
            </w:pPr>
            <w:r w:rsidRPr="006231A2">
              <w:rPr>
                <w:rFonts w:cs="Times New Roman"/>
                <w:sz w:val="20"/>
                <w:szCs w:val="20"/>
              </w:rPr>
              <w:t>28 (23.33)</w:t>
            </w:r>
          </w:p>
        </w:tc>
        <w:tc>
          <w:tcPr>
            <w:tcW w:w="703" w:type="pct"/>
            <w:vAlign w:val="center"/>
          </w:tcPr>
          <w:p w14:paraId="4E56FC42" w14:textId="77777777" w:rsidR="006231A2" w:rsidRPr="006231A2" w:rsidRDefault="006231A2" w:rsidP="00CD63E1">
            <w:pPr>
              <w:rPr>
                <w:rFonts w:cs="Times New Roman"/>
                <w:sz w:val="20"/>
                <w:szCs w:val="20"/>
              </w:rPr>
            </w:pPr>
            <w:r w:rsidRPr="006231A2">
              <w:rPr>
                <w:rFonts w:cs="Times New Roman"/>
                <w:sz w:val="20"/>
                <w:szCs w:val="20"/>
              </w:rPr>
              <w:t>32 (26.67)</w:t>
            </w:r>
          </w:p>
        </w:tc>
      </w:tr>
      <w:tr w:rsidR="006231A2" w:rsidRPr="006231A2" w14:paraId="35AB21D1" w14:textId="77777777" w:rsidTr="006231A2">
        <w:tc>
          <w:tcPr>
            <w:tcW w:w="259" w:type="pct"/>
          </w:tcPr>
          <w:p w14:paraId="0F285BDF" w14:textId="77777777" w:rsidR="006231A2" w:rsidRPr="006231A2" w:rsidRDefault="006231A2" w:rsidP="00CD63E1">
            <w:pPr>
              <w:spacing w:line="360" w:lineRule="auto"/>
              <w:rPr>
                <w:rFonts w:cs="Times New Roman"/>
                <w:sz w:val="20"/>
                <w:szCs w:val="20"/>
              </w:rPr>
            </w:pPr>
          </w:p>
        </w:tc>
        <w:tc>
          <w:tcPr>
            <w:tcW w:w="968" w:type="pct"/>
          </w:tcPr>
          <w:p w14:paraId="1A592D57" w14:textId="77777777" w:rsidR="006231A2" w:rsidRPr="006231A2" w:rsidRDefault="006231A2" w:rsidP="00CD63E1">
            <w:pPr>
              <w:spacing w:line="360" w:lineRule="auto"/>
              <w:rPr>
                <w:rFonts w:cs="Times New Roman"/>
                <w:sz w:val="20"/>
                <w:szCs w:val="20"/>
              </w:rPr>
            </w:pPr>
            <w:r w:rsidRPr="006231A2">
              <w:rPr>
                <w:rFonts w:cs="Times New Roman"/>
                <w:sz w:val="20"/>
                <w:szCs w:val="20"/>
              </w:rPr>
              <w:t>Three times daily</w:t>
            </w:r>
          </w:p>
        </w:tc>
        <w:tc>
          <w:tcPr>
            <w:tcW w:w="566" w:type="pct"/>
            <w:vAlign w:val="center"/>
          </w:tcPr>
          <w:p w14:paraId="6A2D2657" w14:textId="77777777" w:rsidR="006231A2" w:rsidRPr="006231A2" w:rsidRDefault="006231A2" w:rsidP="00CD63E1">
            <w:pPr>
              <w:rPr>
                <w:rFonts w:cs="Times New Roman"/>
                <w:sz w:val="20"/>
                <w:szCs w:val="20"/>
              </w:rPr>
            </w:pPr>
            <w:r w:rsidRPr="006231A2">
              <w:rPr>
                <w:rFonts w:cs="Times New Roman"/>
                <w:sz w:val="20"/>
                <w:szCs w:val="20"/>
              </w:rPr>
              <w:t>37 (30.83)</w:t>
            </w:r>
          </w:p>
        </w:tc>
        <w:tc>
          <w:tcPr>
            <w:tcW w:w="639" w:type="pct"/>
            <w:vAlign w:val="center"/>
          </w:tcPr>
          <w:p w14:paraId="6124B93C" w14:textId="77777777" w:rsidR="006231A2" w:rsidRPr="006231A2" w:rsidRDefault="006231A2" w:rsidP="00CD63E1">
            <w:pPr>
              <w:rPr>
                <w:rFonts w:cs="Times New Roman"/>
                <w:sz w:val="20"/>
                <w:szCs w:val="20"/>
              </w:rPr>
            </w:pPr>
            <w:r w:rsidRPr="006231A2">
              <w:rPr>
                <w:rFonts w:cs="Times New Roman"/>
                <w:sz w:val="20"/>
                <w:szCs w:val="20"/>
              </w:rPr>
              <w:t>36 (30.00)</w:t>
            </w:r>
          </w:p>
        </w:tc>
        <w:tc>
          <w:tcPr>
            <w:tcW w:w="587" w:type="pct"/>
            <w:vAlign w:val="center"/>
          </w:tcPr>
          <w:p w14:paraId="58E326A3" w14:textId="77777777" w:rsidR="006231A2" w:rsidRPr="006231A2" w:rsidRDefault="006231A2" w:rsidP="00CD63E1">
            <w:pPr>
              <w:rPr>
                <w:rFonts w:cs="Times New Roman"/>
                <w:sz w:val="20"/>
                <w:szCs w:val="20"/>
              </w:rPr>
            </w:pPr>
            <w:r w:rsidRPr="006231A2">
              <w:rPr>
                <w:rFonts w:cs="Times New Roman"/>
                <w:sz w:val="20"/>
                <w:szCs w:val="20"/>
              </w:rPr>
              <w:t>19 (15.83)</w:t>
            </w:r>
          </w:p>
        </w:tc>
        <w:tc>
          <w:tcPr>
            <w:tcW w:w="637" w:type="pct"/>
            <w:vAlign w:val="center"/>
          </w:tcPr>
          <w:p w14:paraId="1D4E0E03" w14:textId="77777777" w:rsidR="006231A2" w:rsidRPr="006231A2" w:rsidRDefault="006231A2" w:rsidP="00CD63E1">
            <w:pPr>
              <w:rPr>
                <w:rFonts w:cs="Times New Roman"/>
                <w:sz w:val="20"/>
                <w:szCs w:val="20"/>
              </w:rPr>
            </w:pPr>
            <w:r w:rsidRPr="006231A2">
              <w:rPr>
                <w:rFonts w:cs="Times New Roman"/>
                <w:sz w:val="20"/>
                <w:szCs w:val="20"/>
              </w:rPr>
              <w:t>18 (15.00)</w:t>
            </w:r>
          </w:p>
        </w:tc>
        <w:tc>
          <w:tcPr>
            <w:tcW w:w="642" w:type="pct"/>
            <w:vAlign w:val="center"/>
          </w:tcPr>
          <w:p w14:paraId="567C57EA" w14:textId="77777777" w:rsidR="006231A2" w:rsidRPr="006231A2" w:rsidRDefault="006231A2" w:rsidP="00CD63E1">
            <w:pPr>
              <w:rPr>
                <w:rFonts w:cs="Times New Roman"/>
                <w:sz w:val="20"/>
                <w:szCs w:val="20"/>
              </w:rPr>
            </w:pPr>
            <w:r w:rsidRPr="006231A2">
              <w:rPr>
                <w:rFonts w:cs="Times New Roman"/>
                <w:sz w:val="20"/>
                <w:szCs w:val="20"/>
              </w:rPr>
              <w:t>27 (22.50)</w:t>
            </w:r>
          </w:p>
        </w:tc>
        <w:tc>
          <w:tcPr>
            <w:tcW w:w="703" w:type="pct"/>
            <w:vAlign w:val="center"/>
          </w:tcPr>
          <w:p w14:paraId="7B458924" w14:textId="77777777" w:rsidR="006231A2" w:rsidRPr="006231A2" w:rsidRDefault="006231A2" w:rsidP="00CD63E1">
            <w:pPr>
              <w:rPr>
                <w:rFonts w:cs="Times New Roman"/>
                <w:sz w:val="20"/>
                <w:szCs w:val="20"/>
              </w:rPr>
            </w:pPr>
            <w:r w:rsidRPr="006231A2">
              <w:rPr>
                <w:rFonts w:cs="Times New Roman"/>
                <w:sz w:val="20"/>
                <w:szCs w:val="20"/>
              </w:rPr>
              <w:t>25 (20.83)</w:t>
            </w:r>
          </w:p>
        </w:tc>
      </w:tr>
      <w:tr w:rsidR="006231A2" w:rsidRPr="006231A2" w14:paraId="5599F629" w14:textId="77777777" w:rsidTr="006231A2">
        <w:tc>
          <w:tcPr>
            <w:tcW w:w="259" w:type="pct"/>
          </w:tcPr>
          <w:p w14:paraId="013D0C99" w14:textId="77777777" w:rsidR="006231A2" w:rsidRPr="006231A2" w:rsidRDefault="006231A2" w:rsidP="00CD63E1">
            <w:pPr>
              <w:spacing w:line="360" w:lineRule="auto"/>
              <w:rPr>
                <w:rFonts w:cs="Times New Roman"/>
                <w:sz w:val="20"/>
                <w:szCs w:val="20"/>
              </w:rPr>
            </w:pPr>
          </w:p>
        </w:tc>
        <w:tc>
          <w:tcPr>
            <w:tcW w:w="968" w:type="pct"/>
          </w:tcPr>
          <w:p w14:paraId="1E18E981" w14:textId="77777777" w:rsidR="006231A2" w:rsidRPr="006231A2" w:rsidRDefault="006231A2" w:rsidP="00CD63E1">
            <w:pPr>
              <w:spacing w:line="360" w:lineRule="auto"/>
              <w:rPr>
                <w:rFonts w:cs="Times New Roman"/>
                <w:sz w:val="20"/>
                <w:szCs w:val="20"/>
              </w:rPr>
            </w:pPr>
            <w:r w:rsidRPr="006231A2">
              <w:rPr>
                <w:rFonts w:cs="Times New Roman"/>
                <w:sz w:val="20"/>
                <w:szCs w:val="20"/>
              </w:rPr>
              <w:t>Ad libitum</w:t>
            </w:r>
          </w:p>
        </w:tc>
        <w:tc>
          <w:tcPr>
            <w:tcW w:w="566" w:type="pct"/>
            <w:vAlign w:val="center"/>
          </w:tcPr>
          <w:p w14:paraId="3CC2BBE0" w14:textId="77777777" w:rsidR="006231A2" w:rsidRPr="006231A2" w:rsidRDefault="006231A2" w:rsidP="00CD63E1">
            <w:pPr>
              <w:rPr>
                <w:rFonts w:cs="Times New Roman"/>
                <w:sz w:val="20"/>
                <w:szCs w:val="20"/>
              </w:rPr>
            </w:pPr>
            <w:r w:rsidRPr="006231A2">
              <w:rPr>
                <w:rFonts w:cs="Times New Roman"/>
                <w:sz w:val="20"/>
                <w:szCs w:val="20"/>
              </w:rPr>
              <w:t>48 (40.00)</w:t>
            </w:r>
          </w:p>
        </w:tc>
        <w:tc>
          <w:tcPr>
            <w:tcW w:w="639" w:type="pct"/>
            <w:vAlign w:val="center"/>
          </w:tcPr>
          <w:p w14:paraId="15AE66B1" w14:textId="77777777" w:rsidR="006231A2" w:rsidRPr="006231A2" w:rsidRDefault="006231A2" w:rsidP="00CD63E1">
            <w:pPr>
              <w:rPr>
                <w:rFonts w:cs="Times New Roman"/>
                <w:sz w:val="20"/>
                <w:szCs w:val="20"/>
              </w:rPr>
            </w:pPr>
            <w:r w:rsidRPr="006231A2">
              <w:rPr>
                <w:rFonts w:cs="Times New Roman"/>
                <w:sz w:val="20"/>
                <w:szCs w:val="20"/>
              </w:rPr>
              <w:t>39 (32.50)</w:t>
            </w:r>
          </w:p>
        </w:tc>
        <w:tc>
          <w:tcPr>
            <w:tcW w:w="587" w:type="pct"/>
            <w:vAlign w:val="center"/>
          </w:tcPr>
          <w:p w14:paraId="5EA65C15" w14:textId="77777777" w:rsidR="006231A2" w:rsidRPr="006231A2" w:rsidRDefault="006231A2" w:rsidP="00CD63E1">
            <w:pPr>
              <w:rPr>
                <w:rFonts w:cs="Times New Roman"/>
                <w:sz w:val="20"/>
                <w:szCs w:val="20"/>
              </w:rPr>
            </w:pPr>
            <w:r w:rsidRPr="006231A2">
              <w:rPr>
                <w:rFonts w:cs="Times New Roman"/>
                <w:sz w:val="20"/>
                <w:szCs w:val="20"/>
              </w:rPr>
              <w:t>44 (36.67)</w:t>
            </w:r>
          </w:p>
        </w:tc>
        <w:tc>
          <w:tcPr>
            <w:tcW w:w="637" w:type="pct"/>
            <w:vAlign w:val="center"/>
          </w:tcPr>
          <w:p w14:paraId="2F276BEB" w14:textId="77777777" w:rsidR="006231A2" w:rsidRPr="006231A2" w:rsidRDefault="006231A2" w:rsidP="00CD63E1">
            <w:pPr>
              <w:rPr>
                <w:rFonts w:cs="Times New Roman"/>
                <w:sz w:val="20"/>
                <w:szCs w:val="20"/>
              </w:rPr>
            </w:pPr>
            <w:r w:rsidRPr="006231A2">
              <w:rPr>
                <w:rFonts w:cs="Times New Roman"/>
                <w:sz w:val="20"/>
                <w:szCs w:val="20"/>
              </w:rPr>
              <w:t>37 (30.83)</w:t>
            </w:r>
          </w:p>
        </w:tc>
        <w:tc>
          <w:tcPr>
            <w:tcW w:w="642" w:type="pct"/>
            <w:vAlign w:val="center"/>
          </w:tcPr>
          <w:p w14:paraId="1663EB7E" w14:textId="77777777" w:rsidR="006231A2" w:rsidRPr="006231A2" w:rsidRDefault="006231A2" w:rsidP="00CD63E1">
            <w:pPr>
              <w:rPr>
                <w:rFonts w:cs="Times New Roman"/>
                <w:sz w:val="20"/>
                <w:szCs w:val="20"/>
              </w:rPr>
            </w:pPr>
            <w:r w:rsidRPr="006231A2">
              <w:rPr>
                <w:rFonts w:cs="Times New Roman"/>
                <w:sz w:val="20"/>
                <w:szCs w:val="20"/>
              </w:rPr>
              <w:t>52 (43.34)</w:t>
            </w:r>
          </w:p>
        </w:tc>
        <w:tc>
          <w:tcPr>
            <w:tcW w:w="703" w:type="pct"/>
            <w:vAlign w:val="center"/>
          </w:tcPr>
          <w:p w14:paraId="124E0171" w14:textId="77777777" w:rsidR="006231A2" w:rsidRPr="006231A2" w:rsidRDefault="006231A2" w:rsidP="00CD63E1">
            <w:pPr>
              <w:rPr>
                <w:rFonts w:cs="Times New Roman"/>
                <w:sz w:val="20"/>
                <w:szCs w:val="20"/>
              </w:rPr>
            </w:pPr>
            <w:r w:rsidRPr="006231A2">
              <w:rPr>
                <w:rFonts w:cs="Times New Roman"/>
                <w:sz w:val="20"/>
                <w:szCs w:val="20"/>
              </w:rPr>
              <w:t>45 (37.50)</w:t>
            </w:r>
          </w:p>
        </w:tc>
      </w:tr>
      <w:tr w:rsidR="006231A2" w:rsidRPr="006231A2" w14:paraId="25D287E5" w14:textId="77777777" w:rsidTr="006231A2">
        <w:tc>
          <w:tcPr>
            <w:tcW w:w="259" w:type="pct"/>
          </w:tcPr>
          <w:p w14:paraId="0E855FE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6.</w:t>
            </w:r>
          </w:p>
        </w:tc>
        <w:tc>
          <w:tcPr>
            <w:tcW w:w="4741" w:type="pct"/>
            <w:gridSpan w:val="7"/>
          </w:tcPr>
          <w:p w14:paraId="2DBC248A"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Type of drinker used</w:t>
            </w:r>
          </w:p>
        </w:tc>
      </w:tr>
      <w:tr w:rsidR="006231A2" w:rsidRPr="006231A2" w14:paraId="362FAFBD" w14:textId="77777777" w:rsidTr="006231A2">
        <w:tc>
          <w:tcPr>
            <w:tcW w:w="259" w:type="pct"/>
          </w:tcPr>
          <w:p w14:paraId="18B413CA" w14:textId="77777777" w:rsidR="006231A2" w:rsidRPr="006231A2" w:rsidRDefault="006231A2" w:rsidP="00CD63E1">
            <w:pPr>
              <w:spacing w:line="360" w:lineRule="auto"/>
              <w:rPr>
                <w:rFonts w:cs="Times New Roman"/>
                <w:sz w:val="20"/>
                <w:szCs w:val="20"/>
              </w:rPr>
            </w:pPr>
          </w:p>
        </w:tc>
        <w:tc>
          <w:tcPr>
            <w:tcW w:w="968" w:type="pct"/>
          </w:tcPr>
          <w:p w14:paraId="4F67FDAE" w14:textId="77777777" w:rsidR="006231A2" w:rsidRPr="006231A2" w:rsidRDefault="006231A2" w:rsidP="00CD63E1">
            <w:pPr>
              <w:spacing w:line="360" w:lineRule="auto"/>
              <w:rPr>
                <w:rFonts w:cs="Times New Roman"/>
                <w:sz w:val="20"/>
                <w:szCs w:val="20"/>
              </w:rPr>
            </w:pPr>
            <w:r w:rsidRPr="006231A2">
              <w:rPr>
                <w:rFonts w:cs="Times New Roman"/>
                <w:sz w:val="20"/>
                <w:szCs w:val="20"/>
              </w:rPr>
              <w:t>Earthen pot</w:t>
            </w:r>
          </w:p>
        </w:tc>
        <w:tc>
          <w:tcPr>
            <w:tcW w:w="566" w:type="pct"/>
            <w:vAlign w:val="center"/>
          </w:tcPr>
          <w:p w14:paraId="637BD91F" w14:textId="77777777" w:rsidR="006231A2" w:rsidRPr="006231A2" w:rsidRDefault="006231A2" w:rsidP="00CD63E1">
            <w:pPr>
              <w:rPr>
                <w:rFonts w:cs="Times New Roman"/>
                <w:sz w:val="20"/>
                <w:szCs w:val="20"/>
              </w:rPr>
            </w:pPr>
            <w:r w:rsidRPr="006231A2">
              <w:rPr>
                <w:rFonts w:cs="Times New Roman"/>
                <w:sz w:val="20"/>
                <w:szCs w:val="20"/>
              </w:rPr>
              <w:t>39 (32.50)</w:t>
            </w:r>
          </w:p>
        </w:tc>
        <w:tc>
          <w:tcPr>
            <w:tcW w:w="639" w:type="pct"/>
            <w:vAlign w:val="center"/>
          </w:tcPr>
          <w:p w14:paraId="21455D18" w14:textId="77777777" w:rsidR="006231A2" w:rsidRPr="006231A2" w:rsidRDefault="006231A2" w:rsidP="00CD63E1">
            <w:pPr>
              <w:rPr>
                <w:rFonts w:cs="Times New Roman"/>
                <w:sz w:val="20"/>
                <w:szCs w:val="20"/>
              </w:rPr>
            </w:pPr>
            <w:r w:rsidRPr="006231A2">
              <w:rPr>
                <w:rFonts w:cs="Times New Roman"/>
                <w:sz w:val="20"/>
                <w:szCs w:val="20"/>
              </w:rPr>
              <w:t>42 (35.00)</w:t>
            </w:r>
          </w:p>
        </w:tc>
        <w:tc>
          <w:tcPr>
            <w:tcW w:w="587" w:type="pct"/>
            <w:vAlign w:val="center"/>
          </w:tcPr>
          <w:p w14:paraId="7D112B98" w14:textId="77777777" w:rsidR="006231A2" w:rsidRPr="006231A2" w:rsidRDefault="006231A2" w:rsidP="00CD63E1">
            <w:pPr>
              <w:rPr>
                <w:rFonts w:cs="Times New Roman"/>
                <w:sz w:val="20"/>
                <w:szCs w:val="20"/>
              </w:rPr>
            </w:pPr>
            <w:r w:rsidRPr="006231A2">
              <w:rPr>
                <w:rFonts w:cs="Times New Roman"/>
                <w:sz w:val="20"/>
                <w:szCs w:val="20"/>
              </w:rPr>
              <w:t>45 (37.50)</w:t>
            </w:r>
          </w:p>
        </w:tc>
        <w:tc>
          <w:tcPr>
            <w:tcW w:w="637" w:type="pct"/>
            <w:vAlign w:val="center"/>
          </w:tcPr>
          <w:p w14:paraId="16C26A2C" w14:textId="77777777" w:rsidR="006231A2" w:rsidRPr="006231A2" w:rsidRDefault="006231A2" w:rsidP="00CD63E1">
            <w:pPr>
              <w:rPr>
                <w:rFonts w:cs="Times New Roman"/>
                <w:sz w:val="20"/>
                <w:szCs w:val="20"/>
              </w:rPr>
            </w:pPr>
            <w:r w:rsidRPr="006231A2">
              <w:rPr>
                <w:rFonts w:cs="Times New Roman"/>
                <w:sz w:val="20"/>
                <w:szCs w:val="20"/>
              </w:rPr>
              <w:t>49 (40.83)</w:t>
            </w:r>
          </w:p>
        </w:tc>
        <w:tc>
          <w:tcPr>
            <w:tcW w:w="642" w:type="pct"/>
            <w:vAlign w:val="center"/>
          </w:tcPr>
          <w:p w14:paraId="3B6FC884" w14:textId="77777777" w:rsidR="006231A2" w:rsidRPr="006231A2" w:rsidRDefault="006231A2" w:rsidP="00CD63E1">
            <w:pPr>
              <w:rPr>
                <w:rFonts w:cs="Times New Roman"/>
                <w:sz w:val="20"/>
                <w:szCs w:val="20"/>
              </w:rPr>
            </w:pPr>
            <w:r w:rsidRPr="006231A2">
              <w:rPr>
                <w:rFonts w:cs="Times New Roman"/>
                <w:sz w:val="20"/>
                <w:szCs w:val="20"/>
              </w:rPr>
              <w:t>41 (34.17)</w:t>
            </w:r>
          </w:p>
        </w:tc>
        <w:tc>
          <w:tcPr>
            <w:tcW w:w="703" w:type="pct"/>
            <w:vAlign w:val="center"/>
          </w:tcPr>
          <w:p w14:paraId="4A6C4213" w14:textId="77777777" w:rsidR="006231A2" w:rsidRPr="006231A2" w:rsidRDefault="006231A2" w:rsidP="00CD63E1">
            <w:pPr>
              <w:rPr>
                <w:rFonts w:cs="Times New Roman"/>
                <w:sz w:val="20"/>
                <w:szCs w:val="20"/>
              </w:rPr>
            </w:pPr>
            <w:r w:rsidRPr="006231A2">
              <w:rPr>
                <w:rFonts w:cs="Times New Roman"/>
                <w:sz w:val="20"/>
                <w:szCs w:val="20"/>
              </w:rPr>
              <w:t>45 (37.50)</w:t>
            </w:r>
          </w:p>
        </w:tc>
      </w:tr>
      <w:tr w:rsidR="006231A2" w:rsidRPr="006231A2" w14:paraId="5D528405" w14:textId="77777777" w:rsidTr="006231A2">
        <w:tc>
          <w:tcPr>
            <w:tcW w:w="259" w:type="pct"/>
          </w:tcPr>
          <w:p w14:paraId="5E75C185" w14:textId="77777777" w:rsidR="006231A2" w:rsidRPr="006231A2" w:rsidRDefault="006231A2" w:rsidP="00CD63E1">
            <w:pPr>
              <w:spacing w:line="360" w:lineRule="auto"/>
              <w:rPr>
                <w:rFonts w:cs="Times New Roman"/>
                <w:sz w:val="20"/>
                <w:szCs w:val="20"/>
              </w:rPr>
            </w:pPr>
          </w:p>
        </w:tc>
        <w:tc>
          <w:tcPr>
            <w:tcW w:w="968" w:type="pct"/>
          </w:tcPr>
          <w:p w14:paraId="668DFFAE" w14:textId="77777777" w:rsidR="006231A2" w:rsidRPr="006231A2" w:rsidRDefault="006231A2" w:rsidP="00CD63E1">
            <w:pPr>
              <w:spacing w:line="360" w:lineRule="auto"/>
              <w:rPr>
                <w:rFonts w:cs="Times New Roman"/>
                <w:sz w:val="20"/>
                <w:szCs w:val="20"/>
              </w:rPr>
            </w:pPr>
            <w:r w:rsidRPr="006231A2">
              <w:rPr>
                <w:rFonts w:cs="Times New Roman"/>
                <w:sz w:val="20"/>
                <w:szCs w:val="20"/>
              </w:rPr>
              <w:t>Plastic</w:t>
            </w:r>
          </w:p>
        </w:tc>
        <w:tc>
          <w:tcPr>
            <w:tcW w:w="566" w:type="pct"/>
            <w:vAlign w:val="center"/>
          </w:tcPr>
          <w:p w14:paraId="7096936B" w14:textId="77777777" w:rsidR="006231A2" w:rsidRPr="006231A2" w:rsidRDefault="006231A2" w:rsidP="00CD63E1">
            <w:pPr>
              <w:rPr>
                <w:rFonts w:cs="Times New Roman"/>
                <w:sz w:val="20"/>
                <w:szCs w:val="20"/>
              </w:rPr>
            </w:pPr>
            <w:r w:rsidRPr="006231A2">
              <w:rPr>
                <w:rFonts w:cs="Times New Roman"/>
                <w:sz w:val="20"/>
                <w:szCs w:val="20"/>
              </w:rPr>
              <w:t>54 (45.00)</w:t>
            </w:r>
          </w:p>
        </w:tc>
        <w:tc>
          <w:tcPr>
            <w:tcW w:w="639" w:type="pct"/>
            <w:vAlign w:val="center"/>
          </w:tcPr>
          <w:p w14:paraId="5BA26E93" w14:textId="77777777" w:rsidR="006231A2" w:rsidRPr="006231A2" w:rsidRDefault="006231A2" w:rsidP="00CD63E1">
            <w:pPr>
              <w:rPr>
                <w:rFonts w:cs="Times New Roman"/>
                <w:sz w:val="20"/>
                <w:szCs w:val="20"/>
              </w:rPr>
            </w:pPr>
            <w:r w:rsidRPr="006231A2">
              <w:rPr>
                <w:rFonts w:cs="Times New Roman"/>
                <w:sz w:val="20"/>
                <w:szCs w:val="20"/>
              </w:rPr>
              <w:t>48 (40.00)</w:t>
            </w:r>
          </w:p>
        </w:tc>
        <w:tc>
          <w:tcPr>
            <w:tcW w:w="587" w:type="pct"/>
            <w:vAlign w:val="center"/>
          </w:tcPr>
          <w:p w14:paraId="0178DD3D" w14:textId="77777777" w:rsidR="006231A2" w:rsidRPr="006231A2" w:rsidRDefault="006231A2" w:rsidP="00CD63E1">
            <w:pPr>
              <w:rPr>
                <w:rFonts w:cs="Times New Roman"/>
                <w:sz w:val="20"/>
                <w:szCs w:val="20"/>
              </w:rPr>
            </w:pPr>
            <w:r w:rsidRPr="006231A2">
              <w:rPr>
                <w:rFonts w:cs="Times New Roman"/>
                <w:sz w:val="20"/>
                <w:szCs w:val="20"/>
              </w:rPr>
              <w:t>50 (41.67)</w:t>
            </w:r>
          </w:p>
        </w:tc>
        <w:tc>
          <w:tcPr>
            <w:tcW w:w="637" w:type="pct"/>
            <w:vAlign w:val="center"/>
          </w:tcPr>
          <w:p w14:paraId="14CC2CDA" w14:textId="77777777" w:rsidR="006231A2" w:rsidRPr="006231A2" w:rsidRDefault="006231A2" w:rsidP="00CD63E1">
            <w:pPr>
              <w:rPr>
                <w:rFonts w:cs="Times New Roman"/>
                <w:sz w:val="20"/>
                <w:szCs w:val="20"/>
              </w:rPr>
            </w:pPr>
            <w:r w:rsidRPr="006231A2">
              <w:rPr>
                <w:rFonts w:cs="Times New Roman"/>
                <w:sz w:val="20"/>
                <w:szCs w:val="20"/>
              </w:rPr>
              <w:t>45 (37.50)</w:t>
            </w:r>
          </w:p>
        </w:tc>
        <w:tc>
          <w:tcPr>
            <w:tcW w:w="642" w:type="pct"/>
            <w:vAlign w:val="center"/>
          </w:tcPr>
          <w:p w14:paraId="77E169CE" w14:textId="77777777" w:rsidR="006231A2" w:rsidRPr="006231A2" w:rsidRDefault="006231A2" w:rsidP="00CD63E1">
            <w:pPr>
              <w:rPr>
                <w:rFonts w:cs="Times New Roman"/>
                <w:sz w:val="20"/>
                <w:szCs w:val="20"/>
              </w:rPr>
            </w:pPr>
            <w:r w:rsidRPr="006231A2">
              <w:rPr>
                <w:rFonts w:cs="Times New Roman"/>
                <w:sz w:val="20"/>
                <w:szCs w:val="20"/>
              </w:rPr>
              <w:t>53 (44.17)</w:t>
            </w:r>
          </w:p>
        </w:tc>
        <w:tc>
          <w:tcPr>
            <w:tcW w:w="703" w:type="pct"/>
            <w:vAlign w:val="center"/>
          </w:tcPr>
          <w:p w14:paraId="1DA4FB89" w14:textId="77777777" w:rsidR="006231A2" w:rsidRPr="006231A2" w:rsidRDefault="006231A2" w:rsidP="00CD63E1">
            <w:pPr>
              <w:rPr>
                <w:rFonts w:cs="Times New Roman"/>
                <w:sz w:val="20"/>
                <w:szCs w:val="20"/>
              </w:rPr>
            </w:pPr>
            <w:r w:rsidRPr="006231A2">
              <w:rPr>
                <w:rFonts w:cs="Times New Roman"/>
                <w:sz w:val="20"/>
                <w:szCs w:val="20"/>
              </w:rPr>
              <w:t>48 (40.00)</w:t>
            </w:r>
          </w:p>
        </w:tc>
      </w:tr>
      <w:tr w:rsidR="006231A2" w:rsidRPr="006231A2" w14:paraId="1DFD87EA" w14:textId="77777777" w:rsidTr="006231A2">
        <w:tc>
          <w:tcPr>
            <w:tcW w:w="259" w:type="pct"/>
          </w:tcPr>
          <w:p w14:paraId="419F9812" w14:textId="77777777" w:rsidR="006231A2" w:rsidRPr="006231A2" w:rsidRDefault="006231A2" w:rsidP="00CD63E1">
            <w:pPr>
              <w:spacing w:line="360" w:lineRule="auto"/>
              <w:rPr>
                <w:rFonts w:cs="Times New Roman"/>
                <w:sz w:val="20"/>
                <w:szCs w:val="20"/>
              </w:rPr>
            </w:pPr>
          </w:p>
        </w:tc>
        <w:tc>
          <w:tcPr>
            <w:tcW w:w="968" w:type="pct"/>
          </w:tcPr>
          <w:p w14:paraId="2299C5BB" w14:textId="77777777" w:rsidR="006231A2" w:rsidRPr="006231A2" w:rsidRDefault="006231A2" w:rsidP="00CD63E1">
            <w:pPr>
              <w:spacing w:line="360" w:lineRule="auto"/>
              <w:rPr>
                <w:rFonts w:cs="Times New Roman"/>
                <w:sz w:val="20"/>
                <w:szCs w:val="20"/>
              </w:rPr>
            </w:pPr>
            <w:r w:rsidRPr="006231A2">
              <w:rPr>
                <w:rFonts w:cs="Times New Roman"/>
                <w:sz w:val="20"/>
                <w:szCs w:val="20"/>
              </w:rPr>
              <w:t>Metal utensils</w:t>
            </w:r>
          </w:p>
        </w:tc>
        <w:tc>
          <w:tcPr>
            <w:tcW w:w="566" w:type="pct"/>
            <w:vAlign w:val="center"/>
          </w:tcPr>
          <w:p w14:paraId="00434C96" w14:textId="77777777" w:rsidR="006231A2" w:rsidRPr="006231A2" w:rsidRDefault="006231A2" w:rsidP="00CD63E1">
            <w:pPr>
              <w:rPr>
                <w:rFonts w:cs="Times New Roman"/>
                <w:sz w:val="20"/>
                <w:szCs w:val="20"/>
              </w:rPr>
            </w:pPr>
            <w:r w:rsidRPr="006231A2">
              <w:rPr>
                <w:rFonts w:cs="Times New Roman"/>
                <w:sz w:val="20"/>
                <w:szCs w:val="20"/>
              </w:rPr>
              <w:t>27 (22.50)</w:t>
            </w:r>
          </w:p>
        </w:tc>
        <w:tc>
          <w:tcPr>
            <w:tcW w:w="639" w:type="pct"/>
            <w:vAlign w:val="center"/>
          </w:tcPr>
          <w:p w14:paraId="30DDCC11" w14:textId="77777777" w:rsidR="006231A2" w:rsidRPr="006231A2" w:rsidRDefault="006231A2" w:rsidP="00CD63E1">
            <w:pPr>
              <w:rPr>
                <w:rFonts w:cs="Times New Roman"/>
                <w:sz w:val="20"/>
                <w:szCs w:val="20"/>
              </w:rPr>
            </w:pPr>
            <w:r w:rsidRPr="006231A2">
              <w:rPr>
                <w:rFonts w:cs="Times New Roman"/>
                <w:sz w:val="20"/>
                <w:szCs w:val="20"/>
              </w:rPr>
              <w:t>30 (25.00)</w:t>
            </w:r>
          </w:p>
        </w:tc>
        <w:tc>
          <w:tcPr>
            <w:tcW w:w="587" w:type="pct"/>
            <w:vAlign w:val="center"/>
          </w:tcPr>
          <w:p w14:paraId="47EA7D25" w14:textId="77777777" w:rsidR="006231A2" w:rsidRPr="006231A2" w:rsidRDefault="006231A2" w:rsidP="00CD63E1">
            <w:pPr>
              <w:rPr>
                <w:rFonts w:cs="Times New Roman"/>
                <w:sz w:val="20"/>
                <w:szCs w:val="20"/>
              </w:rPr>
            </w:pPr>
            <w:r w:rsidRPr="006231A2">
              <w:rPr>
                <w:rFonts w:cs="Times New Roman"/>
                <w:sz w:val="20"/>
                <w:szCs w:val="20"/>
              </w:rPr>
              <w:t>25 (20.83)</w:t>
            </w:r>
          </w:p>
        </w:tc>
        <w:tc>
          <w:tcPr>
            <w:tcW w:w="637" w:type="pct"/>
            <w:vAlign w:val="center"/>
          </w:tcPr>
          <w:p w14:paraId="09CFDBEC" w14:textId="77777777" w:rsidR="006231A2" w:rsidRPr="006231A2" w:rsidRDefault="006231A2" w:rsidP="00CD63E1">
            <w:pPr>
              <w:rPr>
                <w:rFonts w:cs="Times New Roman"/>
                <w:sz w:val="20"/>
                <w:szCs w:val="20"/>
              </w:rPr>
            </w:pPr>
            <w:r w:rsidRPr="006231A2">
              <w:rPr>
                <w:rFonts w:cs="Times New Roman"/>
                <w:sz w:val="20"/>
                <w:szCs w:val="20"/>
              </w:rPr>
              <w:t>26 (21.67)</w:t>
            </w:r>
          </w:p>
        </w:tc>
        <w:tc>
          <w:tcPr>
            <w:tcW w:w="642" w:type="pct"/>
            <w:vAlign w:val="center"/>
          </w:tcPr>
          <w:p w14:paraId="06349A4B" w14:textId="77777777" w:rsidR="006231A2" w:rsidRPr="006231A2" w:rsidRDefault="006231A2" w:rsidP="00CD63E1">
            <w:pPr>
              <w:rPr>
                <w:rFonts w:cs="Times New Roman"/>
                <w:sz w:val="20"/>
                <w:szCs w:val="20"/>
              </w:rPr>
            </w:pPr>
            <w:r w:rsidRPr="006231A2">
              <w:rPr>
                <w:rFonts w:cs="Times New Roman"/>
                <w:sz w:val="20"/>
                <w:szCs w:val="20"/>
              </w:rPr>
              <w:t>26 (21.66)</w:t>
            </w:r>
          </w:p>
        </w:tc>
        <w:tc>
          <w:tcPr>
            <w:tcW w:w="703" w:type="pct"/>
            <w:vAlign w:val="center"/>
          </w:tcPr>
          <w:p w14:paraId="2B0FF382" w14:textId="77777777" w:rsidR="006231A2" w:rsidRPr="006231A2" w:rsidRDefault="006231A2" w:rsidP="00CD63E1">
            <w:pPr>
              <w:rPr>
                <w:rFonts w:cs="Times New Roman"/>
                <w:sz w:val="20"/>
                <w:szCs w:val="20"/>
              </w:rPr>
            </w:pPr>
            <w:r w:rsidRPr="006231A2">
              <w:rPr>
                <w:rFonts w:cs="Times New Roman"/>
                <w:sz w:val="20"/>
                <w:szCs w:val="20"/>
              </w:rPr>
              <w:t>27 (22.50)</w:t>
            </w:r>
          </w:p>
        </w:tc>
      </w:tr>
      <w:tr w:rsidR="006231A2" w:rsidRPr="006231A2" w14:paraId="04E14964" w14:textId="77777777" w:rsidTr="006231A2">
        <w:tc>
          <w:tcPr>
            <w:tcW w:w="259" w:type="pct"/>
          </w:tcPr>
          <w:p w14:paraId="2253CCA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7.</w:t>
            </w:r>
          </w:p>
        </w:tc>
        <w:tc>
          <w:tcPr>
            <w:tcW w:w="4741" w:type="pct"/>
            <w:gridSpan w:val="7"/>
          </w:tcPr>
          <w:p w14:paraId="03DE5EA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Feeding method</w:t>
            </w:r>
          </w:p>
        </w:tc>
      </w:tr>
      <w:tr w:rsidR="006231A2" w:rsidRPr="006231A2" w14:paraId="4C8E43D4" w14:textId="77777777" w:rsidTr="006231A2">
        <w:tc>
          <w:tcPr>
            <w:tcW w:w="259" w:type="pct"/>
          </w:tcPr>
          <w:p w14:paraId="51C94151" w14:textId="77777777" w:rsidR="006231A2" w:rsidRPr="006231A2" w:rsidRDefault="006231A2" w:rsidP="00CD63E1">
            <w:pPr>
              <w:spacing w:line="360" w:lineRule="auto"/>
              <w:rPr>
                <w:rFonts w:cs="Times New Roman"/>
                <w:sz w:val="20"/>
                <w:szCs w:val="20"/>
              </w:rPr>
            </w:pPr>
          </w:p>
        </w:tc>
        <w:tc>
          <w:tcPr>
            <w:tcW w:w="968" w:type="pct"/>
          </w:tcPr>
          <w:p w14:paraId="30DB9EE9" w14:textId="77777777" w:rsidR="006231A2" w:rsidRPr="006231A2" w:rsidRDefault="006231A2" w:rsidP="00CD63E1">
            <w:pPr>
              <w:spacing w:line="360" w:lineRule="auto"/>
              <w:rPr>
                <w:rFonts w:cs="Times New Roman"/>
                <w:sz w:val="20"/>
                <w:szCs w:val="20"/>
              </w:rPr>
            </w:pPr>
            <w:r w:rsidRPr="006231A2">
              <w:rPr>
                <w:rFonts w:cs="Times New Roman"/>
                <w:sz w:val="20"/>
                <w:szCs w:val="20"/>
              </w:rPr>
              <w:t>Throwing on ground</w:t>
            </w:r>
          </w:p>
        </w:tc>
        <w:tc>
          <w:tcPr>
            <w:tcW w:w="566" w:type="pct"/>
            <w:vAlign w:val="center"/>
          </w:tcPr>
          <w:p w14:paraId="746C2C5B" w14:textId="77777777" w:rsidR="006231A2" w:rsidRPr="006231A2" w:rsidRDefault="006231A2" w:rsidP="00CD63E1">
            <w:pPr>
              <w:rPr>
                <w:rFonts w:cs="Times New Roman"/>
                <w:sz w:val="20"/>
                <w:szCs w:val="20"/>
              </w:rPr>
            </w:pPr>
            <w:r w:rsidRPr="006231A2">
              <w:rPr>
                <w:rFonts w:cs="Times New Roman"/>
                <w:sz w:val="20"/>
                <w:szCs w:val="20"/>
              </w:rPr>
              <w:t>68 (56.67)</w:t>
            </w:r>
          </w:p>
        </w:tc>
        <w:tc>
          <w:tcPr>
            <w:tcW w:w="639" w:type="pct"/>
            <w:vAlign w:val="center"/>
          </w:tcPr>
          <w:p w14:paraId="74EE857C" w14:textId="77777777" w:rsidR="006231A2" w:rsidRPr="006231A2" w:rsidRDefault="006231A2" w:rsidP="00CD63E1">
            <w:pPr>
              <w:rPr>
                <w:rFonts w:cs="Times New Roman"/>
                <w:sz w:val="20"/>
                <w:szCs w:val="20"/>
              </w:rPr>
            </w:pPr>
            <w:r w:rsidRPr="006231A2">
              <w:rPr>
                <w:rFonts w:cs="Times New Roman"/>
                <w:sz w:val="20"/>
                <w:szCs w:val="20"/>
              </w:rPr>
              <w:t>75 (62.50)</w:t>
            </w:r>
          </w:p>
        </w:tc>
        <w:tc>
          <w:tcPr>
            <w:tcW w:w="587" w:type="pct"/>
            <w:vAlign w:val="center"/>
          </w:tcPr>
          <w:p w14:paraId="7D83CB92" w14:textId="77777777" w:rsidR="006231A2" w:rsidRPr="006231A2" w:rsidRDefault="006231A2" w:rsidP="00CD63E1">
            <w:pPr>
              <w:rPr>
                <w:rFonts w:cs="Times New Roman"/>
                <w:sz w:val="20"/>
                <w:szCs w:val="20"/>
              </w:rPr>
            </w:pPr>
            <w:r w:rsidRPr="006231A2">
              <w:rPr>
                <w:rFonts w:cs="Times New Roman"/>
                <w:sz w:val="20"/>
                <w:szCs w:val="20"/>
              </w:rPr>
              <w:t>59 (49.17)</w:t>
            </w:r>
          </w:p>
        </w:tc>
        <w:tc>
          <w:tcPr>
            <w:tcW w:w="637" w:type="pct"/>
            <w:vAlign w:val="center"/>
          </w:tcPr>
          <w:p w14:paraId="4425A509" w14:textId="77777777" w:rsidR="006231A2" w:rsidRPr="006231A2" w:rsidRDefault="006231A2" w:rsidP="00CD63E1">
            <w:pPr>
              <w:rPr>
                <w:rFonts w:cs="Times New Roman"/>
                <w:sz w:val="20"/>
                <w:szCs w:val="20"/>
              </w:rPr>
            </w:pPr>
            <w:r w:rsidRPr="006231A2">
              <w:rPr>
                <w:rFonts w:cs="Times New Roman"/>
                <w:sz w:val="20"/>
                <w:szCs w:val="20"/>
              </w:rPr>
              <w:t>67 (55.83)</w:t>
            </w:r>
          </w:p>
        </w:tc>
        <w:tc>
          <w:tcPr>
            <w:tcW w:w="642" w:type="pct"/>
            <w:vAlign w:val="center"/>
          </w:tcPr>
          <w:p w14:paraId="733933FE" w14:textId="77777777" w:rsidR="006231A2" w:rsidRPr="006231A2" w:rsidRDefault="006231A2" w:rsidP="00CD63E1">
            <w:pPr>
              <w:rPr>
                <w:rFonts w:cs="Times New Roman"/>
                <w:sz w:val="20"/>
                <w:szCs w:val="20"/>
              </w:rPr>
            </w:pPr>
            <w:r w:rsidRPr="006231A2">
              <w:rPr>
                <w:rFonts w:cs="Times New Roman"/>
                <w:sz w:val="20"/>
                <w:szCs w:val="20"/>
              </w:rPr>
              <w:t>51 (42.50)</w:t>
            </w:r>
          </w:p>
        </w:tc>
        <w:tc>
          <w:tcPr>
            <w:tcW w:w="703" w:type="pct"/>
            <w:vAlign w:val="center"/>
          </w:tcPr>
          <w:p w14:paraId="748C7C6C" w14:textId="77777777" w:rsidR="006231A2" w:rsidRPr="006231A2" w:rsidRDefault="006231A2" w:rsidP="00CD63E1">
            <w:pPr>
              <w:rPr>
                <w:rFonts w:cs="Times New Roman"/>
                <w:sz w:val="20"/>
                <w:szCs w:val="20"/>
              </w:rPr>
            </w:pPr>
            <w:r w:rsidRPr="006231A2">
              <w:rPr>
                <w:rFonts w:cs="Times New Roman"/>
                <w:sz w:val="20"/>
                <w:szCs w:val="20"/>
              </w:rPr>
              <w:t>58 (48.33)</w:t>
            </w:r>
          </w:p>
        </w:tc>
      </w:tr>
      <w:tr w:rsidR="006231A2" w:rsidRPr="006231A2" w14:paraId="5D35155A" w14:textId="77777777" w:rsidTr="006231A2">
        <w:tc>
          <w:tcPr>
            <w:tcW w:w="259" w:type="pct"/>
          </w:tcPr>
          <w:p w14:paraId="08CCFAF4" w14:textId="77777777" w:rsidR="006231A2" w:rsidRPr="006231A2" w:rsidRDefault="006231A2" w:rsidP="00CD63E1">
            <w:pPr>
              <w:spacing w:line="360" w:lineRule="auto"/>
              <w:rPr>
                <w:rFonts w:cs="Times New Roman"/>
                <w:sz w:val="20"/>
                <w:szCs w:val="20"/>
              </w:rPr>
            </w:pPr>
          </w:p>
        </w:tc>
        <w:tc>
          <w:tcPr>
            <w:tcW w:w="968" w:type="pct"/>
          </w:tcPr>
          <w:p w14:paraId="3AC41B70" w14:textId="77777777" w:rsidR="006231A2" w:rsidRPr="006231A2" w:rsidRDefault="006231A2" w:rsidP="00CD63E1">
            <w:pPr>
              <w:spacing w:line="360" w:lineRule="auto"/>
              <w:rPr>
                <w:rFonts w:cs="Times New Roman"/>
                <w:sz w:val="20"/>
                <w:szCs w:val="20"/>
              </w:rPr>
            </w:pPr>
            <w:r w:rsidRPr="006231A2">
              <w:rPr>
                <w:rFonts w:cs="Times New Roman"/>
                <w:sz w:val="20"/>
                <w:szCs w:val="20"/>
              </w:rPr>
              <w:t>Feeding in utensils</w:t>
            </w:r>
          </w:p>
        </w:tc>
        <w:tc>
          <w:tcPr>
            <w:tcW w:w="566" w:type="pct"/>
            <w:vAlign w:val="center"/>
          </w:tcPr>
          <w:p w14:paraId="105D6564" w14:textId="77777777" w:rsidR="006231A2" w:rsidRPr="006231A2" w:rsidRDefault="006231A2" w:rsidP="00CD63E1">
            <w:pPr>
              <w:rPr>
                <w:rFonts w:cs="Times New Roman"/>
                <w:sz w:val="20"/>
                <w:szCs w:val="20"/>
              </w:rPr>
            </w:pPr>
            <w:r w:rsidRPr="006231A2">
              <w:rPr>
                <w:rFonts w:cs="Times New Roman"/>
                <w:sz w:val="20"/>
                <w:szCs w:val="20"/>
              </w:rPr>
              <w:t>52 (43.33)</w:t>
            </w:r>
          </w:p>
        </w:tc>
        <w:tc>
          <w:tcPr>
            <w:tcW w:w="639" w:type="pct"/>
            <w:vAlign w:val="center"/>
          </w:tcPr>
          <w:p w14:paraId="6A076EAA" w14:textId="77777777" w:rsidR="006231A2" w:rsidRPr="006231A2" w:rsidRDefault="006231A2" w:rsidP="00CD63E1">
            <w:pPr>
              <w:rPr>
                <w:rFonts w:cs="Times New Roman"/>
                <w:sz w:val="20"/>
                <w:szCs w:val="20"/>
              </w:rPr>
            </w:pPr>
            <w:r w:rsidRPr="006231A2">
              <w:rPr>
                <w:rFonts w:cs="Times New Roman"/>
                <w:sz w:val="20"/>
                <w:szCs w:val="20"/>
              </w:rPr>
              <w:t>45 (37.50)</w:t>
            </w:r>
          </w:p>
        </w:tc>
        <w:tc>
          <w:tcPr>
            <w:tcW w:w="587" w:type="pct"/>
            <w:vAlign w:val="center"/>
          </w:tcPr>
          <w:p w14:paraId="3A2D5895" w14:textId="77777777" w:rsidR="006231A2" w:rsidRPr="006231A2" w:rsidRDefault="006231A2" w:rsidP="00CD63E1">
            <w:pPr>
              <w:rPr>
                <w:rFonts w:cs="Times New Roman"/>
                <w:sz w:val="20"/>
                <w:szCs w:val="20"/>
              </w:rPr>
            </w:pPr>
            <w:r w:rsidRPr="006231A2">
              <w:rPr>
                <w:rFonts w:cs="Times New Roman"/>
                <w:sz w:val="20"/>
                <w:szCs w:val="20"/>
              </w:rPr>
              <w:t>61 (50.83)</w:t>
            </w:r>
          </w:p>
        </w:tc>
        <w:tc>
          <w:tcPr>
            <w:tcW w:w="637" w:type="pct"/>
            <w:vAlign w:val="center"/>
          </w:tcPr>
          <w:p w14:paraId="78AC2A63" w14:textId="77777777"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14:paraId="7FE30522" w14:textId="77777777" w:rsidR="006231A2" w:rsidRPr="006231A2" w:rsidRDefault="006231A2" w:rsidP="00CD63E1">
            <w:pPr>
              <w:rPr>
                <w:rFonts w:cs="Times New Roman"/>
                <w:sz w:val="20"/>
                <w:szCs w:val="20"/>
              </w:rPr>
            </w:pPr>
            <w:r w:rsidRPr="006231A2">
              <w:rPr>
                <w:rFonts w:cs="Times New Roman"/>
                <w:sz w:val="20"/>
                <w:szCs w:val="20"/>
              </w:rPr>
              <w:t>69 (57.50)</w:t>
            </w:r>
          </w:p>
        </w:tc>
        <w:tc>
          <w:tcPr>
            <w:tcW w:w="703" w:type="pct"/>
            <w:vAlign w:val="center"/>
          </w:tcPr>
          <w:p w14:paraId="4348DC37" w14:textId="77777777" w:rsidR="006231A2" w:rsidRPr="006231A2" w:rsidRDefault="006231A2" w:rsidP="00CD63E1">
            <w:pPr>
              <w:rPr>
                <w:rFonts w:cs="Times New Roman"/>
                <w:sz w:val="20"/>
                <w:szCs w:val="20"/>
              </w:rPr>
            </w:pPr>
            <w:r w:rsidRPr="006231A2">
              <w:rPr>
                <w:rFonts w:cs="Times New Roman"/>
                <w:sz w:val="20"/>
                <w:szCs w:val="20"/>
              </w:rPr>
              <w:t>62 (51.67)</w:t>
            </w:r>
          </w:p>
        </w:tc>
      </w:tr>
      <w:tr w:rsidR="006231A2" w:rsidRPr="006231A2" w14:paraId="1509AE27" w14:textId="77777777" w:rsidTr="006231A2">
        <w:tc>
          <w:tcPr>
            <w:tcW w:w="259" w:type="pct"/>
          </w:tcPr>
          <w:p w14:paraId="588102B3"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8.</w:t>
            </w:r>
          </w:p>
        </w:tc>
        <w:tc>
          <w:tcPr>
            <w:tcW w:w="4741" w:type="pct"/>
            <w:gridSpan w:val="7"/>
          </w:tcPr>
          <w:p w14:paraId="6851612B"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Type of feeder used</w:t>
            </w:r>
          </w:p>
        </w:tc>
      </w:tr>
      <w:tr w:rsidR="006231A2" w:rsidRPr="006231A2" w14:paraId="4BADC5DC" w14:textId="77777777" w:rsidTr="006231A2">
        <w:tc>
          <w:tcPr>
            <w:tcW w:w="259" w:type="pct"/>
          </w:tcPr>
          <w:p w14:paraId="2F6AC77D" w14:textId="77777777" w:rsidR="006231A2" w:rsidRPr="006231A2" w:rsidRDefault="006231A2" w:rsidP="00CD63E1">
            <w:pPr>
              <w:spacing w:line="360" w:lineRule="auto"/>
              <w:rPr>
                <w:rFonts w:cs="Times New Roman"/>
                <w:sz w:val="20"/>
                <w:szCs w:val="20"/>
              </w:rPr>
            </w:pPr>
          </w:p>
        </w:tc>
        <w:tc>
          <w:tcPr>
            <w:tcW w:w="968" w:type="pct"/>
          </w:tcPr>
          <w:p w14:paraId="2E73DE87" w14:textId="77777777" w:rsidR="006231A2" w:rsidRPr="006231A2" w:rsidRDefault="006231A2" w:rsidP="00CD63E1">
            <w:pPr>
              <w:spacing w:line="360" w:lineRule="auto"/>
              <w:rPr>
                <w:rFonts w:cs="Times New Roman"/>
                <w:sz w:val="20"/>
                <w:szCs w:val="20"/>
              </w:rPr>
            </w:pPr>
            <w:r w:rsidRPr="006231A2">
              <w:rPr>
                <w:rFonts w:cs="Times New Roman"/>
                <w:sz w:val="20"/>
                <w:szCs w:val="20"/>
              </w:rPr>
              <w:t>Earthen</w:t>
            </w:r>
          </w:p>
        </w:tc>
        <w:tc>
          <w:tcPr>
            <w:tcW w:w="566" w:type="pct"/>
            <w:vAlign w:val="center"/>
          </w:tcPr>
          <w:p w14:paraId="2E2CABE6" w14:textId="77777777" w:rsidR="006231A2" w:rsidRPr="006231A2" w:rsidRDefault="006231A2" w:rsidP="00CD63E1">
            <w:pPr>
              <w:rPr>
                <w:rFonts w:cs="Times New Roman"/>
                <w:sz w:val="20"/>
                <w:szCs w:val="20"/>
              </w:rPr>
            </w:pPr>
            <w:r w:rsidRPr="006231A2">
              <w:rPr>
                <w:rFonts w:cs="Times New Roman"/>
                <w:sz w:val="20"/>
                <w:szCs w:val="20"/>
              </w:rPr>
              <w:t>31 (25.83)</w:t>
            </w:r>
          </w:p>
        </w:tc>
        <w:tc>
          <w:tcPr>
            <w:tcW w:w="639" w:type="pct"/>
            <w:vAlign w:val="center"/>
          </w:tcPr>
          <w:p w14:paraId="02CB5BA5" w14:textId="77777777" w:rsidR="006231A2" w:rsidRPr="006231A2" w:rsidRDefault="006231A2" w:rsidP="00CD63E1">
            <w:pPr>
              <w:rPr>
                <w:rFonts w:cs="Times New Roman"/>
                <w:sz w:val="20"/>
                <w:szCs w:val="20"/>
              </w:rPr>
            </w:pPr>
            <w:r w:rsidRPr="006231A2">
              <w:rPr>
                <w:rFonts w:cs="Times New Roman"/>
                <w:sz w:val="20"/>
                <w:szCs w:val="20"/>
              </w:rPr>
              <w:t>36 (30.00)</w:t>
            </w:r>
          </w:p>
        </w:tc>
        <w:tc>
          <w:tcPr>
            <w:tcW w:w="587" w:type="pct"/>
            <w:vAlign w:val="center"/>
          </w:tcPr>
          <w:p w14:paraId="4E876830" w14:textId="77777777" w:rsidR="006231A2" w:rsidRPr="006231A2" w:rsidRDefault="006231A2" w:rsidP="00CD63E1">
            <w:pPr>
              <w:rPr>
                <w:rFonts w:cs="Times New Roman"/>
                <w:sz w:val="20"/>
                <w:szCs w:val="20"/>
              </w:rPr>
            </w:pPr>
            <w:r w:rsidRPr="006231A2">
              <w:rPr>
                <w:rFonts w:cs="Times New Roman"/>
                <w:sz w:val="20"/>
                <w:szCs w:val="20"/>
              </w:rPr>
              <w:t>29 (24.17)</w:t>
            </w:r>
          </w:p>
        </w:tc>
        <w:tc>
          <w:tcPr>
            <w:tcW w:w="637" w:type="pct"/>
            <w:vAlign w:val="center"/>
          </w:tcPr>
          <w:p w14:paraId="3BB4C977" w14:textId="77777777" w:rsidR="006231A2" w:rsidRPr="006231A2" w:rsidRDefault="006231A2" w:rsidP="00CD63E1">
            <w:pPr>
              <w:rPr>
                <w:rFonts w:cs="Times New Roman"/>
                <w:sz w:val="20"/>
                <w:szCs w:val="20"/>
              </w:rPr>
            </w:pPr>
            <w:r w:rsidRPr="006231A2">
              <w:rPr>
                <w:rFonts w:cs="Times New Roman"/>
                <w:sz w:val="20"/>
                <w:szCs w:val="20"/>
              </w:rPr>
              <w:t>33 (27.50)</w:t>
            </w:r>
          </w:p>
        </w:tc>
        <w:tc>
          <w:tcPr>
            <w:tcW w:w="642" w:type="pct"/>
            <w:vAlign w:val="center"/>
          </w:tcPr>
          <w:p w14:paraId="21A1A469" w14:textId="77777777" w:rsidR="006231A2" w:rsidRPr="006231A2" w:rsidRDefault="006231A2" w:rsidP="00CD63E1">
            <w:pPr>
              <w:rPr>
                <w:rFonts w:cs="Times New Roman"/>
                <w:sz w:val="20"/>
                <w:szCs w:val="20"/>
              </w:rPr>
            </w:pPr>
            <w:r w:rsidRPr="006231A2">
              <w:rPr>
                <w:rFonts w:cs="Times New Roman"/>
                <w:sz w:val="20"/>
                <w:szCs w:val="20"/>
              </w:rPr>
              <w:t>28 (23.33)</w:t>
            </w:r>
          </w:p>
        </w:tc>
        <w:tc>
          <w:tcPr>
            <w:tcW w:w="703" w:type="pct"/>
            <w:vAlign w:val="center"/>
          </w:tcPr>
          <w:p w14:paraId="512D233D" w14:textId="77777777" w:rsidR="006231A2" w:rsidRPr="006231A2" w:rsidRDefault="006231A2" w:rsidP="00CD63E1">
            <w:pPr>
              <w:rPr>
                <w:rFonts w:cs="Times New Roman"/>
                <w:sz w:val="20"/>
                <w:szCs w:val="20"/>
              </w:rPr>
            </w:pPr>
            <w:r w:rsidRPr="006231A2">
              <w:rPr>
                <w:rFonts w:cs="Times New Roman"/>
                <w:sz w:val="20"/>
                <w:szCs w:val="20"/>
              </w:rPr>
              <w:t>31 (25.83)</w:t>
            </w:r>
          </w:p>
        </w:tc>
      </w:tr>
      <w:tr w:rsidR="006231A2" w:rsidRPr="006231A2" w14:paraId="18FCAF8D" w14:textId="77777777" w:rsidTr="006231A2">
        <w:tc>
          <w:tcPr>
            <w:tcW w:w="259" w:type="pct"/>
          </w:tcPr>
          <w:p w14:paraId="648C5592" w14:textId="77777777" w:rsidR="006231A2" w:rsidRPr="006231A2" w:rsidRDefault="006231A2" w:rsidP="00CD63E1">
            <w:pPr>
              <w:spacing w:line="360" w:lineRule="auto"/>
              <w:rPr>
                <w:rFonts w:cs="Times New Roman"/>
                <w:sz w:val="20"/>
                <w:szCs w:val="20"/>
              </w:rPr>
            </w:pPr>
          </w:p>
        </w:tc>
        <w:tc>
          <w:tcPr>
            <w:tcW w:w="968" w:type="pct"/>
          </w:tcPr>
          <w:p w14:paraId="76BBBB45" w14:textId="77777777" w:rsidR="006231A2" w:rsidRPr="006231A2" w:rsidRDefault="006231A2" w:rsidP="00CD63E1">
            <w:pPr>
              <w:spacing w:line="360" w:lineRule="auto"/>
              <w:rPr>
                <w:rFonts w:cs="Times New Roman"/>
                <w:sz w:val="20"/>
                <w:szCs w:val="20"/>
              </w:rPr>
            </w:pPr>
            <w:r w:rsidRPr="006231A2">
              <w:rPr>
                <w:rFonts w:cs="Times New Roman"/>
                <w:sz w:val="20"/>
                <w:szCs w:val="20"/>
              </w:rPr>
              <w:t>Plastic</w:t>
            </w:r>
          </w:p>
        </w:tc>
        <w:tc>
          <w:tcPr>
            <w:tcW w:w="566" w:type="pct"/>
            <w:vAlign w:val="center"/>
          </w:tcPr>
          <w:p w14:paraId="1B0C423A" w14:textId="77777777" w:rsidR="006231A2" w:rsidRPr="006231A2" w:rsidRDefault="006231A2" w:rsidP="00CD63E1">
            <w:pPr>
              <w:rPr>
                <w:rFonts w:cs="Times New Roman"/>
                <w:sz w:val="20"/>
                <w:szCs w:val="20"/>
              </w:rPr>
            </w:pPr>
            <w:r w:rsidRPr="006231A2">
              <w:rPr>
                <w:rFonts w:cs="Times New Roman"/>
                <w:sz w:val="20"/>
                <w:szCs w:val="20"/>
              </w:rPr>
              <w:t>56 (46.67)</w:t>
            </w:r>
          </w:p>
        </w:tc>
        <w:tc>
          <w:tcPr>
            <w:tcW w:w="639" w:type="pct"/>
            <w:vAlign w:val="center"/>
          </w:tcPr>
          <w:p w14:paraId="40555DCC" w14:textId="77777777" w:rsidR="006231A2" w:rsidRPr="006231A2" w:rsidRDefault="006231A2" w:rsidP="00CD63E1">
            <w:pPr>
              <w:rPr>
                <w:rFonts w:cs="Times New Roman"/>
                <w:sz w:val="20"/>
                <w:szCs w:val="20"/>
              </w:rPr>
            </w:pPr>
            <w:r w:rsidRPr="006231A2">
              <w:rPr>
                <w:rFonts w:cs="Times New Roman"/>
                <w:sz w:val="20"/>
                <w:szCs w:val="20"/>
              </w:rPr>
              <w:t>49 (40.83)</w:t>
            </w:r>
          </w:p>
        </w:tc>
        <w:tc>
          <w:tcPr>
            <w:tcW w:w="587" w:type="pct"/>
            <w:vAlign w:val="center"/>
          </w:tcPr>
          <w:p w14:paraId="25FC33D4" w14:textId="77777777" w:rsidR="006231A2" w:rsidRPr="006231A2" w:rsidRDefault="006231A2" w:rsidP="00CD63E1">
            <w:pPr>
              <w:rPr>
                <w:rFonts w:cs="Times New Roman"/>
                <w:sz w:val="20"/>
                <w:szCs w:val="20"/>
              </w:rPr>
            </w:pPr>
            <w:r w:rsidRPr="006231A2">
              <w:rPr>
                <w:rFonts w:cs="Times New Roman"/>
                <w:sz w:val="20"/>
                <w:szCs w:val="20"/>
              </w:rPr>
              <w:t>61 (50.83)</w:t>
            </w:r>
          </w:p>
        </w:tc>
        <w:tc>
          <w:tcPr>
            <w:tcW w:w="637" w:type="pct"/>
            <w:vAlign w:val="center"/>
          </w:tcPr>
          <w:p w14:paraId="575D01E3" w14:textId="77777777"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14:paraId="261E524F" w14:textId="77777777" w:rsidR="006231A2" w:rsidRPr="006231A2" w:rsidRDefault="006231A2" w:rsidP="00CD63E1">
            <w:pPr>
              <w:rPr>
                <w:rFonts w:cs="Times New Roman"/>
                <w:sz w:val="20"/>
                <w:szCs w:val="20"/>
              </w:rPr>
            </w:pPr>
            <w:r w:rsidRPr="006231A2">
              <w:rPr>
                <w:rFonts w:cs="Times New Roman"/>
                <w:sz w:val="20"/>
                <w:szCs w:val="20"/>
              </w:rPr>
              <w:t>59 (49.17)</w:t>
            </w:r>
          </w:p>
        </w:tc>
        <w:tc>
          <w:tcPr>
            <w:tcW w:w="703" w:type="pct"/>
            <w:vAlign w:val="center"/>
          </w:tcPr>
          <w:p w14:paraId="7448694D" w14:textId="77777777" w:rsidR="006231A2" w:rsidRPr="006231A2" w:rsidRDefault="006231A2" w:rsidP="00CD63E1">
            <w:pPr>
              <w:rPr>
                <w:rFonts w:cs="Times New Roman"/>
                <w:sz w:val="20"/>
                <w:szCs w:val="20"/>
              </w:rPr>
            </w:pPr>
            <w:r w:rsidRPr="006231A2">
              <w:rPr>
                <w:rFonts w:cs="Times New Roman"/>
                <w:sz w:val="20"/>
                <w:szCs w:val="20"/>
              </w:rPr>
              <w:t>52 (43.33)</w:t>
            </w:r>
          </w:p>
        </w:tc>
      </w:tr>
      <w:tr w:rsidR="006231A2" w:rsidRPr="006231A2" w14:paraId="670967CE" w14:textId="77777777" w:rsidTr="006231A2">
        <w:tc>
          <w:tcPr>
            <w:tcW w:w="259" w:type="pct"/>
          </w:tcPr>
          <w:p w14:paraId="30E78260" w14:textId="77777777" w:rsidR="006231A2" w:rsidRPr="006231A2" w:rsidRDefault="006231A2" w:rsidP="00CD63E1">
            <w:pPr>
              <w:spacing w:line="360" w:lineRule="auto"/>
              <w:rPr>
                <w:rFonts w:cs="Times New Roman"/>
                <w:sz w:val="20"/>
                <w:szCs w:val="20"/>
              </w:rPr>
            </w:pPr>
          </w:p>
        </w:tc>
        <w:tc>
          <w:tcPr>
            <w:tcW w:w="968" w:type="pct"/>
          </w:tcPr>
          <w:p w14:paraId="3C8161A9" w14:textId="77777777" w:rsidR="006231A2" w:rsidRPr="006231A2" w:rsidRDefault="006231A2" w:rsidP="00CD63E1">
            <w:pPr>
              <w:spacing w:line="360" w:lineRule="auto"/>
              <w:rPr>
                <w:rFonts w:cs="Times New Roman"/>
                <w:sz w:val="20"/>
                <w:szCs w:val="20"/>
              </w:rPr>
            </w:pPr>
            <w:r w:rsidRPr="006231A2">
              <w:rPr>
                <w:rFonts w:cs="Times New Roman"/>
                <w:sz w:val="20"/>
                <w:szCs w:val="20"/>
              </w:rPr>
              <w:t>Metallic</w:t>
            </w:r>
          </w:p>
        </w:tc>
        <w:tc>
          <w:tcPr>
            <w:tcW w:w="566" w:type="pct"/>
            <w:vAlign w:val="center"/>
          </w:tcPr>
          <w:p w14:paraId="4A8C607E" w14:textId="77777777" w:rsidR="006231A2" w:rsidRPr="006231A2" w:rsidRDefault="006231A2" w:rsidP="00CD63E1">
            <w:pPr>
              <w:rPr>
                <w:rFonts w:cs="Times New Roman"/>
                <w:sz w:val="20"/>
                <w:szCs w:val="20"/>
              </w:rPr>
            </w:pPr>
            <w:r w:rsidRPr="006231A2">
              <w:rPr>
                <w:rFonts w:cs="Times New Roman"/>
                <w:sz w:val="20"/>
                <w:szCs w:val="20"/>
              </w:rPr>
              <w:t>21 (17.50)</w:t>
            </w:r>
          </w:p>
        </w:tc>
        <w:tc>
          <w:tcPr>
            <w:tcW w:w="639" w:type="pct"/>
            <w:vAlign w:val="center"/>
          </w:tcPr>
          <w:p w14:paraId="065EA249" w14:textId="77777777" w:rsidR="006231A2" w:rsidRPr="006231A2" w:rsidRDefault="006231A2" w:rsidP="00CD63E1">
            <w:pPr>
              <w:rPr>
                <w:rFonts w:cs="Times New Roman"/>
                <w:sz w:val="20"/>
                <w:szCs w:val="20"/>
              </w:rPr>
            </w:pPr>
            <w:r w:rsidRPr="006231A2">
              <w:rPr>
                <w:rFonts w:cs="Times New Roman"/>
                <w:sz w:val="20"/>
                <w:szCs w:val="20"/>
              </w:rPr>
              <w:t>24 (20.00)</w:t>
            </w:r>
          </w:p>
        </w:tc>
        <w:tc>
          <w:tcPr>
            <w:tcW w:w="587" w:type="pct"/>
            <w:vAlign w:val="center"/>
          </w:tcPr>
          <w:p w14:paraId="77847C32" w14:textId="77777777" w:rsidR="006231A2" w:rsidRPr="006231A2" w:rsidRDefault="006231A2" w:rsidP="00CD63E1">
            <w:pPr>
              <w:rPr>
                <w:rFonts w:cs="Times New Roman"/>
                <w:sz w:val="20"/>
                <w:szCs w:val="20"/>
              </w:rPr>
            </w:pPr>
            <w:r w:rsidRPr="006231A2">
              <w:rPr>
                <w:rFonts w:cs="Times New Roman"/>
                <w:sz w:val="20"/>
                <w:szCs w:val="20"/>
              </w:rPr>
              <w:t>22 (18.33)</w:t>
            </w:r>
          </w:p>
        </w:tc>
        <w:tc>
          <w:tcPr>
            <w:tcW w:w="637" w:type="pct"/>
            <w:vAlign w:val="center"/>
          </w:tcPr>
          <w:p w14:paraId="309D746A" w14:textId="77777777" w:rsidR="006231A2" w:rsidRPr="006231A2" w:rsidRDefault="006231A2" w:rsidP="00CD63E1">
            <w:pPr>
              <w:rPr>
                <w:rFonts w:cs="Times New Roman"/>
                <w:sz w:val="20"/>
                <w:szCs w:val="20"/>
              </w:rPr>
            </w:pPr>
            <w:r w:rsidRPr="006231A2">
              <w:rPr>
                <w:rFonts w:cs="Times New Roman"/>
                <w:sz w:val="20"/>
                <w:szCs w:val="20"/>
              </w:rPr>
              <w:t>23 (19.17)</w:t>
            </w:r>
          </w:p>
        </w:tc>
        <w:tc>
          <w:tcPr>
            <w:tcW w:w="642" w:type="pct"/>
            <w:vAlign w:val="center"/>
          </w:tcPr>
          <w:p w14:paraId="2387CFDD" w14:textId="77777777" w:rsidR="006231A2" w:rsidRPr="006231A2" w:rsidRDefault="006231A2" w:rsidP="00CD63E1">
            <w:pPr>
              <w:rPr>
                <w:rFonts w:cs="Times New Roman"/>
                <w:sz w:val="20"/>
                <w:szCs w:val="20"/>
              </w:rPr>
            </w:pPr>
            <w:r w:rsidRPr="006231A2">
              <w:rPr>
                <w:rFonts w:cs="Times New Roman"/>
                <w:sz w:val="20"/>
                <w:szCs w:val="20"/>
              </w:rPr>
              <w:t>22 (18.33)</w:t>
            </w:r>
          </w:p>
        </w:tc>
        <w:tc>
          <w:tcPr>
            <w:tcW w:w="703" w:type="pct"/>
            <w:vAlign w:val="center"/>
          </w:tcPr>
          <w:p w14:paraId="2C3E2475" w14:textId="77777777" w:rsidR="006231A2" w:rsidRPr="006231A2" w:rsidRDefault="006231A2" w:rsidP="00CD63E1">
            <w:pPr>
              <w:rPr>
                <w:rFonts w:cs="Times New Roman"/>
                <w:sz w:val="20"/>
                <w:szCs w:val="20"/>
              </w:rPr>
            </w:pPr>
            <w:r w:rsidRPr="006231A2">
              <w:rPr>
                <w:rFonts w:cs="Times New Roman"/>
                <w:sz w:val="20"/>
                <w:szCs w:val="20"/>
              </w:rPr>
              <w:t>24 (20.00)</w:t>
            </w:r>
          </w:p>
        </w:tc>
      </w:tr>
      <w:tr w:rsidR="006231A2" w:rsidRPr="006231A2" w14:paraId="5A4D2991" w14:textId="77777777" w:rsidTr="006231A2">
        <w:tc>
          <w:tcPr>
            <w:tcW w:w="259" w:type="pct"/>
          </w:tcPr>
          <w:p w14:paraId="6EE038BA" w14:textId="77777777" w:rsidR="006231A2" w:rsidRPr="006231A2" w:rsidRDefault="006231A2" w:rsidP="00CD63E1">
            <w:pPr>
              <w:spacing w:line="360" w:lineRule="auto"/>
              <w:rPr>
                <w:rFonts w:cs="Times New Roman"/>
                <w:sz w:val="20"/>
                <w:szCs w:val="20"/>
              </w:rPr>
            </w:pPr>
          </w:p>
        </w:tc>
        <w:tc>
          <w:tcPr>
            <w:tcW w:w="968" w:type="pct"/>
          </w:tcPr>
          <w:p w14:paraId="2AED312E" w14:textId="77777777" w:rsidR="006231A2" w:rsidRPr="006231A2" w:rsidRDefault="006231A2" w:rsidP="00CD63E1">
            <w:pPr>
              <w:spacing w:line="360" w:lineRule="auto"/>
              <w:rPr>
                <w:rFonts w:cs="Times New Roman"/>
                <w:sz w:val="20"/>
                <w:szCs w:val="20"/>
              </w:rPr>
            </w:pPr>
            <w:r w:rsidRPr="006231A2">
              <w:rPr>
                <w:rFonts w:cs="Times New Roman"/>
                <w:sz w:val="20"/>
                <w:szCs w:val="20"/>
              </w:rPr>
              <w:t>Any other</w:t>
            </w:r>
          </w:p>
        </w:tc>
        <w:tc>
          <w:tcPr>
            <w:tcW w:w="566" w:type="pct"/>
            <w:vAlign w:val="center"/>
          </w:tcPr>
          <w:p w14:paraId="6884840E" w14:textId="77777777" w:rsidR="006231A2" w:rsidRPr="006231A2" w:rsidRDefault="006231A2" w:rsidP="00CD63E1">
            <w:pPr>
              <w:rPr>
                <w:rFonts w:cs="Times New Roman"/>
                <w:sz w:val="20"/>
                <w:szCs w:val="20"/>
              </w:rPr>
            </w:pPr>
            <w:r w:rsidRPr="006231A2">
              <w:rPr>
                <w:rFonts w:cs="Times New Roman"/>
                <w:sz w:val="20"/>
                <w:szCs w:val="20"/>
              </w:rPr>
              <w:t>12 (10.00)</w:t>
            </w:r>
          </w:p>
        </w:tc>
        <w:tc>
          <w:tcPr>
            <w:tcW w:w="639" w:type="pct"/>
            <w:vAlign w:val="center"/>
          </w:tcPr>
          <w:p w14:paraId="3ECAFED4" w14:textId="77777777" w:rsidR="006231A2" w:rsidRPr="006231A2" w:rsidRDefault="006231A2" w:rsidP="00CD63E1">
            <w:pPr>
              <w:rPr>
                <w:rFonts w:cs="Times New Roman"/>
                <w:sz w:val="20"/>
                <w:szCs w:val="20"/>
              </w:rPr>
            </w:pPr>
            <w:r w:rsidRPr="006231A2">
              <w:rPr>
                <w:rFonts w:cs="Times New Roman"/>
                <w:sz w:val="20"/>
                <w:szCs w:val="20"/>
              </w:rPr>
              <w:t>11 (9.17)</w:t>
            </w:r>
          </w:p>
        </w:tc>
        <w:tc>
          <w:tcPr>
            <w:tcW w:w="587" w:type="pct"/>
            <w:vAlign w:val="center"/>
          </w:tcPr>
          <w:p w14:paraId="0C9EDA85" w14:textId="77777777" w:rsidR="006231A2" w:rsidRPr="006231A2" w:rsidRDefault="006231A2" w:rsidP="00CD63E1">
            <w:pPr>
              <w:rPr>
                <w:rFonts w:cs="Times New Roman"/>
                <w:sz w:val="20"/>
                <w:szCs w:val="20"/>
              </w:rPr>
            </w:pPr>
            <w:r w:rsidRPr="006231A2">
              <w:rPr>
                <w:rFonts w:cs="Times New Roman"/>
                <w:sz w:val="20"/>
                <w:szCs w:val="20"/>
              </w:rPr>
              <w:t>8 (6.67)</w:t>
            </w:r>
          </w:p>
        </w:tc>
        <w:tc>
          <w:tcPr>
            <w:tcW w:w="637" w:type="pct"/>
            <w:vAlign w:val="center"/>
          </w:tcPr>
          <w:p w14:paraId="4531C914" w14:textId="77777777" w:rsidR="006231A2" w:rsidRPr="006231A2" w:rsidRDefault="006231A2" w:rsidP="00CD63E1">
            <w:pPr>
              <w:rPr>
                <w:rFonts w:cs="Times New Roman"/>
                <w:sz w:val="20"/>
                <w:szCs w:val="20"/>
              </w:rPr>
            </w:pPr>
            <w:r w:rsidRPr="006231A2">
              <w:rPr>
                <w:rFonts w:cs="Times New Roman"/>
                <w:sz w:val="20"/>
                <w:szCs w:val="20"/>
              </w:rPr>
              <w:t>11 (9.16)</w:t>
            </w:r>
          </w:p>
        </w:tc>
        <w:tc>
          <w:tcPr>
            <w:tcW w:w="642" w:type="pct"/>
            <w:vAlign w:val="center"/>
          </w:tcPr>
          <w:p w14:paraId="21FBD6EA" w14:textId="77777777" w:rsidR="006231A2" w:rsidRPr="006231A2" w:rsidRDefault="006231A2" w:rsidP="00CD63E1">
            <w:pPr>
              <w:rPr>
                <w:rFonts w:cs="Times New Roman"/>
                <w:sz w:val="20"/>
                <w:szCs w:val="20"/>
              </w:rPr>
            </w:pPr>
            <w:r w:rsidRPr="006231A2">
              <w:rPr>
                <w:rFonts w:cs="Times New Roman"/>
                <w:sz w:val="20"/>
                <w:szCs w:val="20"/>
              </w:rPr>
              <w:t>11 (9.17)</w:t>
            </w:r>
          </w:p>
        </w:tc>
        <w:tc>
          <w:tcPr>
            <w:tcW w:w="703" w:type="pct"/>
            <w:vAlign w:val="center"/>
          </w:tcPr>
          <w:p w14:paraId="55708FE5" w14:textId="77777777" w:rsidR="006231A2" w:rsidRPr="006231A2" w:rsidRDefault="006231A2" w:rsidP="00CD63E1">
            <w:pPr>
              <w:rPr>
                <w:rFonts w:cs="Times New Roman"/>
                <w:sz w:val="20"/>
                <w:szCs w:val="20"/>
              </w:rPr>
            </w:pPr>
            <w:r w:rsidRPr="006231A2">
              <w:rPr>
                <w:rFonts w:cs="Times New Roman"/>
                <w:sz w:val="20"/>
                <w:szCs w:val="20"/>
              </w:rPr>
              <w:t>13 (10.84)</w:t>
            </w:r>
          </w:p>
        </w:tc>
      </w:tr>
      <w:tr w:rsidR="006231A2" w:rsidRPr="006231A2" w14:paraId="75A550FB" w14:textId="77777777" w:rsidTr="006231A2">
        <w:tc>
          <w:tcPr>
            <w:tcW w:w="259" w:type="pct"/>
          </w:tcPr>
          <w:p w14:paraId="5D4096A9" w14:textId="77777777" w:rsidR="006231A2" w:rsidRPr="006231A2" w:rsidRDefault="006231A2" w:rsidP="00CD63E1">
            <w:pPr>
              <w:spacing w:line="360" w:lineRule="auto"/>
              <w:rPr>
                <w:rFonts w:cs="Times New Roman"/>
                <w:b/>
                <w:sz w:val="20"/>
                <w:szCs w:val="20"/>
              </w:rPr>
            </w:pPr>
            <w:r w:rsidRPr="006231A2">
              <w:rPr>
                <w:rFonts w:cs="Times New Roman"/>
                <w:b/>
                <w:sz w:val="20"/>
                <w:szCs w:val="20"/>
              </w:rPr>
              <w:lastRenderedPageBreak/>
              <w:t>9.</w:t>
            </w:r>
          </w:p>
        </w:tc>
        <w:tc>
          <w:tcPr>
            <w:tcW w:w="4741" w:type="pct"/>
            <w:gridSpan w:val="7"/>
          </w:tcPr>
          <w:p w14:paraId="11E0BC5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Feed storage method for moisture protection</w:t>
            </w:r>
          </w:p>
        </w:tc>
      </w:tr>
      <w:tr w:rsidR="006231A2" w:rsidRPr="006231A2" w14:paraId="3F570D2D" w14:textId="77777777" w:rsidTr="006231A2">
        <w:tc>
          <w:tcPr>
            <w:tcW w:w="259" w:type="pct"/>
          </w:tcPr>
          <w:p w14:paraId="62209A0D" w14:textId="77777777" w:rsidR="006231A2" w:rsidRPr="006231A2" w:rsidRDefault="006231A2" w:rsidP="00CD63E1">
            <w:pPr>
              <w:spacing w:line="360" w:lineRule="auto"/>
              <w:rPr>
                <w:rFonts w:cs="Times New Roman"/>
                <w:sz w:val="20"/>
                <w:szCs w:val="20"/>
              </w:rPr>
            </w:pPr>
          </w:p>
        </w:tc>
        <w:tc>
          <w:tcPr>
            <w:tcW w:w="968" w:type="pct"/>
          </w:tcPr>
          <w:p w14:paraId="17C2E215"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vAlign w:val="center"/>
          </w:tcPr>
          <w:p w14:paraId="2A67EEAF" w14:textId="77777777" w:rsidR="006231A2" w:rsidRPr="006231A2" w:rsidRDefault="006231A2" w:rsidP="00CD63E1">
            <w:pPr>
              <w:rPr>
                <w:rFonts w:cs="Times New Roman"/>
                <w:sz w:val="20"/>
                <w:szCs w:val="20"/>
              </w:rPr>
            </w:pPr>
            <w:r w:rsidRPr="006231A2">
              <w:rPr>
                <w:rFonts w:cs="Times New Roman"/>
                <w:sz w:val="20"/>
                <w:szCs w:val="20"/>
              </w:rPr>
              <w:t>0 (0.00)</w:t>
            </w:r>
          </w:p>
        </w:tc>
        <w:tc>
          <w:tcPr>
            <w:tcW w:w="639" w:type="pct"/>
            <w:vAlign w:val="center"/>
          </w:tcPr>
          <w:p w14:paraId="703C8C1C" w14:textId="77777777" w:rsidR="006231A2" w:rsidRPr="006231A2" w:rsidRDefault="006231A2" w:rsidP="00CD63E1">
            <w:pPr>
              <w:rPr>
                <w:rFonts w:cs="Times New Roman"/>
                <w:sz w:val="20"/>
                <w:szCs w:val="20"/>
              </w:rPr>
            </w:pPr>
            <w:r w:rsidRPr="006231A2">
              <w:rPr>
                <w:rFonts w:cs="Times New Roman"/>
                <w:sz w:val="20"/>
                <w:szCs w:val="20"/>
              </w:rPr>
              <w:t>0 (0.00)</w:t>
            </w:r>
          </w:p>
        </w:tc>
        <w:tc>
          <w:tcPr>
            <w:tcW w:w="587" w:type="pct"/>
            <w:vAlign w:val="center"/>
          </w:tcPr>
          <w:p w14:paraId="5DD7F486" w14:textId="77777777" w:rsidR="006231A2" w:rsidRPr="006231A2" w:rsidRDefault="006231A2" w:rsidP="00CD63E1">
            <w:pPr>
              <w:rPr>
                <w:rFonts w:cs="Times New Roman"/>
                <w:sz w:val="20"/>
                <w:szCs w:val="20"/>
              </w:rPr>
            </w:pPr>
            <w:r w:rsidRPr="006231A2">
              <w:rPr>
                <w:rFonts w:cs="Times New Roman"/>
                <w:sz w:val="20"/>
                <w:szCs w:val="20"/>
              </w:rPr>
              <w:t>0 (0.00)</w:t>
            </w:r>
          </w:p>
        </w:tc>
        <w:tc>
          <w:tcPr>
            <w:tcW w:w="637" w:type="pct"/>
            <w:vAlign w:val="center"/>
          </w:tcPr>
          <w:p w14:paraId="40CC9750" w14:textId="77777777" w:rsidR="006231A2" w:rsidRPr="006231A2" w:rsidRDefault="006231A2" w:rsidP="00CD63E1">
            <w:pPr>
              <w:rPr>
                <w:rFonts w:cs="Times New Roman"/>
                <w:sz w:val="20"/>
                <w:szCs w:val="20"/>
              </w:rPr>
            </w:pPr>
            <w:r w:rsidRPr="006231A2">
              <w:rPr>
                <w:rFonts w:cs="Times New Roman"/>
                <w:sz w:val="20"/>
                <w:szCs w:val="20"/>
              </w:rPr>
              <w:t>0 (0.00)</w:t>
            </w:r>
          </w:p>
        </w:tc>
        <w:tc>
          <w:tcPr>
            <w:tcW w:w="642" w:type="pct"/>
          </w:tcPr>
          <w:p w14:paraId="03D5C1B7" w14:textId="77777777" w:rsidR="006231A2" w:rsidRPr="006231A2" w:rsidRDefault="006231A2" w:rsidP="00CD63E1">
            <w:pPr>
              <w:spacing w:line="360" w:lineRule="auto"/>
              <w:jc w:val="center"/>
              <w:rPr>
                <w:rFonts w:cs="Times New Roman"/>
                <w:vanish/>
                <w:sz w:val="20"/>
                <w:szCs w:val="20"/>
              </w:rPr>
            </w:pPr>
            <w:r w:rsidRPr="006231A2">
              <w:rPr>
                <w:rFonts w:cs="Times New Roman"/>
                <w:sz w:val="20"/>
                <w:szCs w:val="20"/>
              </w:rPr>
              <w:t>11 (9.17)</w:t>
            </w:r>
          </w:p>
        </w:tc>
        <w:tc>
          <w:tcPr>
            <w:tcW w:w="703" w:type="pct"/>
          </w:tcPr>
          <w:p w14:paraId="3A75414D" w14:textId="77777777" w:rsidR="006231A2" w:rsidRPr="006231A2" w:rsidRDefault="006231A2" w:rsidP="00CD63E1">
            <w:pPr>
              <w:spacing w:line="360" w:lineRule="auto"/>
              <w:jc w:val="center"/>
              <w:rPr>
                <w:rFonts w:cs="Times New Roman"/>
                <w:vanish/>
                <w:sz w:val="20"/>
                <w:szCs w:val="20"/>
              </w:rPr>
            </w:pPr>
            <w:r w:rsidRPr="006231A2">
              <w:rPr>
                <w:rFonts w:cs="Times New Roman"/>
                <w:sz w:val="20"/>
                <w:szCs w:val="20"/>
              </w:rPr>
              <w:t>07 (5.83)</w:t>
            </w:r>
          </w:p>
        </w:tc>
      </w:tr>
      <w:tr w:rsidR="006231A2" w:rsidRPr="006231A2" w14:paraId="323CD89D" w14:textId="77777777" w:rsidTr="006231A2">
        <w:tc>
          <w:tcPr>
            <w:tcW w:w="259" w:type="pct"/>
          </w:tcPr>
          <w:p w14:paraId="09A147E6" w14:textId="77777777" w:rsidR="006231A2" w:rsidRPr="006231A2" w:rsidRDefault="006231A2" w:rsidP="00CD63E1">
            <w:pPr>
              <w:spacing w:line="360" w:lineRule="auto"/>
              <w:rPr>
                <w:rFonts w:cs="Times New Roman"/>
                <w:sz w:val="20"/>
                <w:szCs w:val="20"/>
              </w:rPr>
            </w:pPr>
          </w:p>
        </w:tc>
        <w:tc>
          <w:tcPr>
            <w:tcW w:w="968" w:type="pct"/>
          </w:tcPr>
          <w:p w14:paraId="0B500026"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vAlign w:val="center"/>
          </w:tcPr>
          <w:p w14:paraId="1722711F"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639" w:type="pct"/>
            <w:vAlign w:val="center"/>
          </w:tcPr>
          <w:p w14:paraId="1F5A7866"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587" w:type="pct"/>
            <w:vAlign w:val="center"/>
          </w:tcPr>
          <w:p w14:paraId="6CC99521"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637" w:type="pct"/>
            <w:vAlign w:val="center"/>
          </w:tcPr>
          <w:p w14:paraId="0C6AF60C" w14:textId="77777777" w:rsidR="006231A2" w:rsidRPr="006231A2" w:rsidRDefault="006231A2" w:rsidP="00CD63E1">
            <w:pPr>
              <w:rPr>
                <w:rFonts w:cs="Times New Roman"/>
                <w:sz w:val="20"/>
                <w:szCs w:val="20"/>
              </w:rPr>
            </w:pPr>
            <w:r w:rsidRPr="006231A2">
              <w:rPr>
                <w:rFonts w:cs="Times New Roman"/>
                <w:sz w:val="20"/>
                <w:szCs w:val="20"/>
              </w:rPr>
              <w:t>120 (100.00)</w:t>
            </w:r>
          </w:p>
        </w:tc>
        <w:tc>
          <w:tcPr>
            <w:tcW w:w="642" w:type="pct"/>
          </w:tcPr>
          <w:p w14:paraId="7E6DE2ED" w14:textId="77777777" w:rsidR="006231A2" w:rsidRPr="006231A2" w:rsidRDefault="006231A2" w:rsidP="00CD63E1">
            <w:pPr>
              <w:spacing w:line="360" w:lineRule="auto"/>
              <w:jc w:val="center"/>
              <w:rPr>
                <w:rFonts w:cs="Times New Roman"/>
                <w:vanish/>
                <w:sz w:val="20"/>
                <w:szCs w:val="20"/>
              </w:rPr>
            </w:pPr>
            <w:r w:rsidRPr="006231A2">
              <w:rPr>
                <w:rFonts w:cs="Times New Roman"/>
                <w:sz w:val="20"/>
                <w:szCs w:val="20"/>
              </w:rPr>
              <w:t>109 (90.83)</w:t>
            </w:r>
          </w:p>
        </w:tc>
        <w:tc>
          <w:tcPr>
            <w:tcW w:w="703" w:type="pct"/>
          </w:tcPr>
          <w:p w14:paraId="58A7A39E" w14:textId="77777777" w:rsidR="006231A2" w:rsidRPr="006231A2" w:rsidRDefault="006231A2" w:rsidP="00CD63E1">
            <w:pPr>
              <w:spacing w:line="360" w:lineRule="auto"/>
              <w:jc w:val="center"/>
              <w:rPr>
                <w:rFonts w:cs="Times New Roman"/>
                <w:sz w:val="20"/>
                <w:szCs w:val="20"/>
              </w:rPr>
            </w:pPr>
            <w:r w:rsidRPr="006231A2">
              <w:rPr>
                <w:rFonts w:cs="Times New Roman"/>
                <w:sz w:val="20"/>
                <w:szCs w:val="20"/>
              </w:rPr>
              <w:t>113 (94.17)</w:t>
            </w:r>
          </w:p>
        </w:tc>
      </w:tr>
      <w:tr w:rsidR="006231A2" w:rsidRPr="006231A2" w14:paraId="7731E22A" w14:textId="77777777" w:rsidTr="006231A2">
        <w:tc>
          <w:tcPr>
            <w:tcW w:w="259" w:type="pct"/>
          </w:tcPr>
          <w:p w14:paraId="634ECE4F"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10.</w:t>
            </w:r>
          </w:p>
        </w:tc>
        <w:tc>
          <w:tcPr>
            <w:tcW w:w="4741" w:type="pct"/>
            <w:gridSpan w:val="7"/>
          </w:tcPr>
          <w:p w14:paraId="614D8D48"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Feeding of grit</w:t>
            </w:r>
          </w:p>
        </w:tc>
      </w:tr>
      <w:tr w:rsidR="006231A2" w:rsidRPr="006231A2" w14:paraId="77316EE9" w14:textId="77777777" w:rsidTr="006231A2">
        <w:tc>
          <w:tcPr>
            <w:tcW w:w="259" w:type="pct"/>
          </w:tcPr>
          <w:p w14:paraId="4FBE4B62" w14:textId="77777777" w:rsidR="006231A2" w:rsidRPr="006231A2" w:rsidRDefault="006231A2" w:rsidP="00CD63E1">
            <w:pPr>
              <w:spacing w:line="360" w:lineRule="auto"/>
              <w:rPr>
                <w:rFonts w:cs="Times New Roman"/>
                <w:sz w:val="20"/>
                <w:szCs w:val="20"/>
              </w:rPr>
            </w:pPr>
          </w:p>
        </w:tc>
        <w:tc>
          <w:tcPr>
            <w:tcW w:w="968" w:type="pct"/>
          </w:tcPr>
          <w:p w14:paraId="525EDE9E"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14:paraId="1C8F4272"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14:paraId="3EF4CA3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14:paraId="4FFF29D3"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14:paraId="0AF46F2E"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14:paraId="5E59DDE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14:paraId="38A39900" w14:textId="77777777"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14:paraId="6D79950D" w14:textId="77777777" w:rsidTr="006231A2">
        <w:tc>
          <w:tcPr>
            <w:tcW w:w="259" w:type="pct"/>
          </w:tcPr>
          <w:p w14:paraId="3E78DFA6" w14:textId="77777777" w:rsidR="006231A2" w:rsidRPr="006231A2" w:rsidRDefault="006231A2" w:rsidP="00CD63E1">
            <w:pPr>
              <w:spacing w:line="360" w:lineRule="auto"/>
              <w:rPr>
                <w:rFonts w:cs="Times New Roman"/>
                <w:sz w:val="20"/>
                <w:szCs w:val="20"/>
              </w:rPr>
            </w:pPr>
          </w:p>
        </w:tc>
        <w:tc>
          <w:tcPr>
            <w:tcW w:w="968" w:type="pct"/>
          </w:tcPr>
          <w:p w14:paraId="3E28B8A6"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14:paraId="3B408DE0"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14:paraId="368F8E7C"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14:paraId="3C5A0928"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14:paraId="651E22C3"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14:paraId="50288DDF"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14:paraId="3ED78798" w14:textId="77777777" w:rsidR="006231A2" w:rsidRPr="006231A2" w:rsidRDefault="006231A2" w:rsidP="00CD63E1">
            <w:pPr>
              <w:rPr>
                <w:rFonts w:cs="Times New Roman"/>
                <w:vanish/>
                <w:sz w:val="20"/>
                <w:szCs w:val="20"/>
              </w:rPr>
            </w:pPr>
            <w:r w:rsidRPr="006231A2">
              <w:rPr>
                <w:rFonts w:cs="Times New Roman"/>
                <w:sz w:val="20"/>
                <w:szCs w:val="20"/>
              </w:rPr>
              <w:t>120 (100.00)</w:t>
            </w:r>
          </w:p>
        </w:tc>
      </w:tr>
      <w:tr w:rsidR="006231A2" w:rsidRPr="006231A2" w14:paraId="17D50198" w14:textId="77777777" w:rsidTr="006231A2">
        <w:tc>
          <w:tcPr>
            <w:tcW w:w="259" w:type="pct"/>
          </w:tcPr>
          <w:p w14:paraId="6C5814D2"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11.</w:t>
            </w:r>
          </w:p>
        </w:tc>
        <w:tc>
          <w:tcPr>
            <w:tcW w:w="4741" w:type="pct"/>
            <w:gridSpan w:val="7"/>
          </w:tcPr>
          <w:p w14:paraId="0A23BB4C"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Scavenging time provided</w:t>
            </w:r>
          </w:p>
        </w:tc>
      </w:tr>
      <w:tr w:rsidR="006231A2" w:rsidRPr="006231A2" w14:paraId="17E997D4" w14:textId="77777777" w:rsidTr="006231A2">
        <w:tc>
          <w:tcPr>
            <w:tcW w:w="259" w:type="pct"/>
          </w:tcPr>
          <w:p w14:paraId="61AAD36C" w14:textId="77777777" w:rsidR="006231A2" w:rsidRPr="006231A2" w:rsidRDefault="006231A2" w:rsidP="00CD63E1">
            <w:pPr>
              <w:spacing w:line="360" w:lineRule="auto"/>
              <w:rPr>
                <w:rFonts w:cs="Times New Roman"/>
                <w:sz w:val="20"/>
                <w:szCs w:val="20"/>
              </w:rPr>
            </w:pPr>
          </w:p>
        </w:tc>
        <w:tc>
          <w:tcPr>
            <w:tcW w:w="968" w:type="pct"/>
          </w:tcPr>
          <w:p w14:paraId="717DC0B4" w14:textId="77777777" w:rsidR="006231A2" w:rsidRPr="006231A2" w:rsidRDefault="006231A2" w:rsidP="00CD63E1">
            <w:pPr>
              <w:spacing w:line="360" w:lineRule="auto"/>
              <w:rPr>
                <w:rFonts w:cs="Times New Roman"/>
                <w:sz w:val="20"/>
                <w:szCs w:val="20"/>
              </w:rPr>
            </w:pPr>
            <w:r w:rsidRPr="006231A2">
              <w:rPr>
                <w:rFonts w:cs="Times New Roman"/>
                <w:sz w:val="20"/>
                <w:szCs w:val="20"/>
              </w:rPr>
              <w:t>Less than 6 hours</w:t>
            </w:r>
          </w:p>
        </w:tc>
        <w:tc>
          <w:tcPr>
            <w:tcW w:w="566" w:type="pct"/>
            <w:vAlign w:val="center"/>
          </w:tcPr>
          <w:p w14:paraId="0056BDDE" w14:textId="77777777" w:rsidR="006231A2" w:rsidRPr="006231A2" w:rsidRDefault="006231A2" w:rsidP="00CD63E1">
            <w:pPr>
              <w:rPr>
                <w:rFonts w:cs="Times New Roman"/>
                <w:sz w:val="20"/>
                <w:szCs w:val="20"/>
              </w:rPr>
            </w:pPr>
            <w:r w:rsidRPr="006231A2">
              <w:rPr>
                <w:rFonts w:cs="Times New Roman"/>
                <w:sz w:val="20"/>
                <w:szCs w:val="20"/>
              </w:rPr>
              <w:t>29 (24.17)</w:t>
            </w:r>
          </w:p>
        </w:tc>
        <w:tc>
          <w:tcPr>
            <w:tcW w:w="639" w:type="pct"/>
            <w:vAlign w:val="center"/>
          </w:tcPr>
          <w:p w14:paraId="1ABEA686" w14:textId="77777777" w:rsidR="006231A2" w:rsidRPr="006231A2" w:rsidRDefault="006231A2" w:rsidP="00CD63E1">
            <w:pPr>
              <w:rPr>
                <w:rFonts w:cs="Times New Roman"/>
                <w:sz w:val="20"/>
                <w:szCs w:val="20"/>
              </w:rPr>
            </w:pPr>
            <w:r w:rsidRPr="006231A2">
              <w:rPr>
                <w:rFonts w:cs="Times New Roman"/>
                <w:sz w:val="20"/>
                <w:szCs w:val="20"/>
              </w:rPr>
              <w:t>33 (27.50)</w:t>
            </w:r>
          </w:p>
        </w:tc>
        <w:tc>
          <w:tcPr>
            <w:tcW w:w="587" w:type="pct"/>
            <w:vAlign w:val="center"/>
          </w:tcPr>
          <w:p w14:paraId="1F0710FD" w14:textId="77777777" w:rsidR="006231A2" w:rsidRPr="006231A2" w:rsidRDefault="006231A2" w:rsidP="00CD63E1">
            <w:pPr>
              <w:rPr>
                <w:rFonts w:cs="Times New Roman"/>
                <w:sz w:val="20"/>
                <w:szCs w:val="20"/>
              </w:rPr>
            </w:pPr>
            <w:r w:rsidRPr="006231A2">
              <w:rPr>
                <w:rFonts w:cs="Times New Roman"/>
                <w:sz w:val="20"/>
                <w:szCs w:val="20"/>
              </w:rPr>
              <w:t>37 (30.83)</w:t>
            </w:r>
          </w:p>
        </w:tc>
        <w:tc>
          <w:tcPr>
            <w:tcW w:w="637" w:type="pct"/>
            <w:vAlign w:val="center"/>
          </w:tcPr>
          <w:p w14:paraId="6D238583" w14:textId="77777777" w:rsidR="006231A2" w:rsidRPr="006231A2" w:rsidRDefault="006231A2" w:rsidP="00CD63E1">
            <w:pPr>
              <w:rPr>
                <w:rFonts w:cs="Times New Roman"/>
                <w:sz w:val="20"/>
                <w:szCs w:val="20"/>
              </w:rPr>
            </w:pPr>
            <w:r w:rsidRPr="006231A2">
              <w:rPr>
                <w:rFonts w:cs="Times New Roman"/>
                <w:sz w:val="20"/>
                <w:szCs w:val="20"/>
              </w:rPr>
              <w:t>42 (35.00)</w:t>
            </w:r>
          </w:p>
        </w:tc>
        <w:tc>
          <w:tcPr>
            <w:tcW w:w="642" w:type="pct"/>
            <w:vAlign w:val="center"/>
          </w:tcPr>
          <w:p w14:paraId="06C5D6FF" w14:textId="77777777" w:rsidR="006231A2" w:rsidRPr="006231A2" w:rsidRDefault="006231A2" w:rsidP="00CD63E1">
            <w:pPr>
              <w:rPr>
                <w:rFonts w:cs="Times New Roman"/>
                <w:sz w:val="20"/>
                <w:szCs w:val="20"/>
              </w:rPr>
            </w:pPr>
            <w:r w:rsidRPr="006231A2">
              <w:rPr>
                <w:rFonts w:cs="Times New Roman"/>
                <w:sz w:val="20"/>
                <w:szCs w:val="20"/>
              </w:rPr>
              <w:t>25 (20.83)</w:t>
            </w:r>
          </w:p>
        </w:tc>
        <w:tc>
          <w:tcPr>
            <w:tcW w:w="703" w:type="pct"/>
            <w:vAlign w:val="center"/>
          </w:tcPr>
          <w:p w14:paraId="6ED5B765" w14:textId="77777777" w:rsidR="006231A2" w:rsidRPr="006231A2" w:rsidRDefault="006231A2" w:rsidP="00CD63E1">
            <w:pPr>
              <w:rPr>
                <w:rFonts w:cs="Times New Roman"/>
                <w:sz w:val="20"/>
                <w:szCs w:val="20"/>
              </w:rPr>
            </w:pPr>
            <w:r w:rsidRPr="006231A2">
              <w:rPr>
                <w:rFonts w:cs="Times New Roman"/>
                <w:sz w:val="20"/>
                <w:szCs w:val="20"/>
              </w:rPr>
              <w:t>29 (24.17)</w:t>
            </w:r>
          </w:p>
        </w:tc>
      </w:tr>
      <w:tr w:rsidR="006231A2" w:rsidRPr="006231A2" w14:paraId="4DC9700B" w14:textId="77777777" w:rsidTr="006231A2">
        <w:tc>
          <w:tcPr>
            <w:tcW w:w="259" w:type="pct"/>
          </w:tcPr>
          <w:p w14:paraId="7772567C" w14:textId="77777777" w:rsidR="006231A2" w:rsidRPr="006231A2" w:rsidRDefault="006231A2" w:rsidP="00CD63E1">
            <w:pPr>
              <w:spacing w:line="360" w:lineRule="auto"/>
              <w:rPr>
                <w:rFonts w:cs="Times New Roman"/>
                <w:sz w:val="20"/>
                <w:szCs w:val="20"/>
              </w:rPr>
            </w:pPr>
          </w:p>
        </w:tc>
        <w:tc>
          <w:tcPr>
            <w:tcW w:w="968" w:type="pct"/>
          </w:tcPr>
          <w:p w14:paraId="786CD545" w14:textId="77777777" w:rsidR="006231A2" w:rsidRPr="006231A2" w:rsidRDefault="006231A2" w:rsidP="00CD63E1">
            <w:pPr>
              <w:spacing w:line="360" w:lineRule="auto"/>
              <w:rPr>
                <w:rFonts w:cs="Times New Roman"/>
                <w:sz w:val="20"/>
                <w:szCs w:val="20"/>
              </w:rPr>
            </w:pPr>
            <w:r w:rsidRPr="006231A2">
              <w:rPr>
                <w:rFonts w:cs="Times New Roman"/>
                <w:sz w:val="20"/>
                <w:szCs w:val="20"/>
              </w:rPr>
              <w:t>6–10 hours</w:t>
            </w:r>
          </w:p>
        </w:tc>
        <w:tc>
          <w:tcPr>
            <w:tcW w:w="566" w:type="pct"/>
            <w:vAlign w:val="center"/>
          </w:tcPr>
          <w:p w14:paraId="023EAC96" w14:textId="77777777" w:rsidR="006231A2" w:rsidRPr="006231A2" w:rsidRDefault="006231A2" w:rsidP="00CD63E1">
            <w:pPr>
              <w:rPr>
                <w:rFonts w:cs="Times New Roman"/>
                <w:sz w:val="20"/>
                <w:szCs w:val="20"/>
              </w:rPr>
            </w:pPr>
            <w:r w:rsidRPr="006231A2">
              <w:rPr>
                <w:rFonts w:cs="Times New Roman"/>
                <w:sz w:val="20"/>
                <w:szCs w:val="20"/>
              </w:rPr>
              <w:t>63 (52.50)</w:t>
            </w:r>
          </w:p>
        </w:tc>
        <w:tc>
          <w:tcPr>
            <w:tcW w:w="639" w:type="pct"/>
            <w:vAlign w:val="center"/>
          </w:tcPr>
          <w:p w14:paraId="396F94FD" w14:textId="77777777" w:rsidR="006231A2" w:rsidRPr="006231A2" w:rsidRDefault="006231A2" w:rsidP="00CD63E1">
            <w:pPr>
              <w:rPr>
                <w:rFonts w:cs="Times New Roman"/>
                <w:sz w:val="20"/>
                <w:szCs w:val="20"/>
              </w:rPr>
            </w:pPr>
            <w:r w:rsidRPr="006231A2">
              <w:rPr>
                <w:rFonts w:cs="Times New Roman"/>
                <w:sz w:val="20"/>
                <w:szCs w:val="20"/>
              </w:rPr>
              <w:t>59 (49.17)</w:t>
            </w:r>
          </w:p>
        </w:tc>
        <w:tc>
          <w:tcPr>
            <w:tcW w:w="587" w:type="pct"/>
            <w:vAlign w:val="center"/>
          </w:tcPr>
          <w:p w14:paraId="08B384FC" w14:textId="77777777" w:rsidR="006231A2" w:rsidRPr="006231A2" w:rsidRDefault="006231A2" w:rsidP="00CD63E1">
            <w:pPr>
              <w:rPr>
                <w:rFonts w:cs="Times New Roman"/>
                <w:sz w:val="20"/>
                <w:szCs w:val="20"/>
              </w:rPr>
            </w:pPr>
            <w:r w:rsidRPr="006231A2">
              <w:rPr>
                <w:rFonts w:cs="Times New Roman"/>
                <w:sz w:val="20"/>
                <w:szCs w:val="20"/>
              </w:rPr>
              <w:t>57 (47.50)</w:t>
            </w:r>
          </w:p>
        </w:tc>
        <w:tc>
          <w:tcPr>
            <w:tcW w:w="637" w:type="pct"/>
            <w:vAlign w:val="center"/>
          </w:tcPr>
          <w:p w14:paraId="6A015E35" w14:textId="77777777" w:rsidR="006231A2" w:rsidRPr="006231A2" w:rsidRDefault="006231A2" w:rsidP="00CD63E1">
            <w:pPr>
              <w:rPr>
                <w:rFonts w:cs="Times New Roman"/>
                <w:sz w:val="20"/>
                <w:szCs w:val="20"/>
              </w:rPr>
            </w:pPr>
            <w:r w:rsidRPr="006231A2">
              <w:rPr>
                <w:rFonts w:cs="Times New Roman"/>
                <w:sz w:val="20"/>
                <w:szCs w:val="20"/>
              </w:rPr>
              <w:t>53 (44.17)</w:t>
            </w:r>
          </w:p>
        </w:tc>
        <w:tc>
          <w:tcPr>
            <w:tcW w:w="642" w:type="pct"/>
            <w:vAlign w:val="center"/>
          </w:tcPr>
          <w:p w14:paraId="51880CF7" w14:textId="77777777" w:rsidR="006231A2" w:rsidRPr="006231A2" w:rsidRDefault="006231A2" w:rsidP="00CD63E1">
            <w:pPr>
              <w:rPr>
                <w:rFonts w:cs="Times New Roman"/>
                <w:sz w:val="20"/>
                <w:szCs w:val="20"/>
              </w:rPr>
            </w:pPr>
            <w:r w:rsidRPr="006231A2">
              <w:rPr>
                <w:rFonts w:cs="Times New Roman"/>
                <w:sz w:val="20"/>
                <w:szCs w:val="20"/>
              </w:rPr>
              <w:t>61 (50.83)</w:t>
            </w:r>
          </w:p>
        </w:tc>
        <w:tc>
          <w:tcPr>
            <w:tcW w:w="703" w:type="pct"/>
            <w:vAlign w:val="center"/>
          </w:tcPr>
          <w:p w14:paraId="6B664747" w14:textId="77777777" w:rsidR="006231A2" w:rsidRPr="006231A2" w:rsidRDefault="006231A2" w:rsidP="00CD63E1">
            <w:pPr>
              <w:rPr>
                <w:rFonts w:cs="Times New Roman"/>
                <w:sz w:val="20"/>
                <w:szCs w:val="20"/>
              </w:rPr>
            </w:pPr>
            <w:r w:rsidRPr="006231A2">
              <w:rPr>
                <w:rFonts w:cs="Times New Roman"/>
                <w:sz w:val="20"/>
                <w:szCs w:val="20"/>
              </w:rPr>
              <w:t>58 (48.33)</w:t>
            </w:r>
          </w:p>
        </w:tc>
      </w:tr>
      <w:tr w:rsidR="006231A2" w:rsidRPr="006231A2" w14:paraId="53A4B070" w14:textId="77777777" w:rsidTr="006231A2">
        <w:tc>
          <w:tcPr>
            <w:tcW w:w="259" w:type="pct"/>
          </w:tcPr>
          <w:p w14:paraId="43DC3C93" w14:textId="77777777" w:rsidR="006231A2" w:rsidRPr="006231A2" w:rsidRDefault="006231A2" w:rsidP="00CD63E1">
            <w:pPr>
              <w:spacing w:line="360" w:lineRule="auto"/>
              <w:rPr>
                <w:rFonts w:cs="Times New Roman"/>
                <w:sz w:val="20"/>
                <w:szCs w:val="20"/>
              </w:rPr>
            </w:pPr>
          </w:p>
        </w:tc>
        <w:tc>
          <w:tcPr>
            <w:tcW w:w="968" w:type="pct"/>
          </w:tcPr>
          <w:p w14:paraId="730CA06D" w14:textId="77777777" w:rsidR="006231A2" w:rsidRPr="006231A2" w:rsidRDefault="006231A2" w:rsidP="00CD63E1">
            <w:pPr>
              <w:spacing w:line="360" w:lineRule="auto"/>
              <w:rPr>
                <w:rFonts w:cs="Times New Roman"/>
                <w:sz w:val="20"/>
                <w:szCs w:val="20"/>
              </w:rPr>
            </w:pPr>
            <w:r w:rsidRPr="006231A2">
              <w:rPr>
                <w:rFonts w:cs="Times New Roman"/>
                <w:sz w:val="20"/>
                <w:szCs w:val="20"/>
              </w:rPr>
              <w:t>More than 10 hours</w:t>
            </w:r>
          </w:p>
        </w:tc>
        <w:tc>
          <w:tcPr>
            <w:tcW w:w="566" w:type="pct"/>
            <w:vAlign w:val="center"/>
          </w:tcPr>
          <w:p w14:paraId="46736B4F" w14:textId="77777777" w:rsidR="006231A2" w:rsidRPr="006231A2" w:rsidRDefault="006231A2" w:rsidP="00CD63E1">
            <w:pPr>
              <w:rPr>
                <w:rFonts w:cs="Times New Roman"/>
                <w:sz w:val="20"/>
                <w:szCs w:val="20"/>
              </w:rPr>
            </w:pPr>
            <w:r w:rsidRPr="006231A2">
              <w:rPr>
                <w:rFonts w:cs="Times New Roman"/>
                <w:sz w:val="20"/>
                <w:szCs w:val="20"/>
              </w:rPr>
              <w:t>28 (23.33)</w:t>
            </w:r>
          </w:p>
        </w:tc>
        <w:tc>
          <w:tcPr>
            <w:tcW w:w="639" w:type="pct"/>
            <w:vAlign w:val="center"/>
          </w:tcPr>
          <w:p w14:paraId="54E89D53" w14:textId="77777777" w:rsidR="006231A2" w:rsidRPr="006231A2" w:rsidRDefault="006231A2" w:rsidP="00CD63E1">
            <w:pPr>
              <w:rPr>
                <w:rFonts w:cs="Times New Roman"/>
                <w:sz w:val="20"/>
                <w:szCs w:val="20"/>
              </w:rPr>
            </w:pPr>
            <w:r w:rsidRPr="006231A2">
              <w:rPr>
                <w:rFonts w:cs="Times New Roman"/>
                <w:sz w:val="20"/>
                <w:szCs w:val="20"/>
              </w:rPr>
              <w:t>28 (23.33)</w:t>
            </w:r>
          </w:p>
        </w:tc>
        <w:tc>
          <w:tcPr>
            <w:tcW w:w="587" w:type="pct"/>
            <w:vAlign w:val="center"/>
          </w:tcPr>
          <w:p w14:paraId="7AE85B01" w14:textId="77777777" w:rsidR="006231A2" w:rsidRPr="006231A2" w:rsidRDefault="006231A2" w:rsidP="00CD63E1">
            <w:pPr>
              <w:rPr>
                <w:rFonts w:cs="Times New Roman"/>
                <w:sz w:val="20"/>
                <w:szCs w:val="20"/>
              </w:rPr>
            </w:pPr>
            <w:r w:rsidRPr="006231A2">
              <w:rPr>
                <w:rFonts w:cs="Times New Roman"/>
                <w:sz w:val="20"/>
                <w:szCs w:val="20"/>
              </w:rPr>
              <w:t>26 (21.67)</w:t>
            </w:r>
          </w:p>
        </w:tc>
        <w:tc>
          <w:tcPr>
            <w:tcW w:w="637" w:type="pct"/>
            <w:vAlign w:val="center"/>
          </w:tcPr>
          <w:p w14:paraId="3EF83E1C" w14:textId="77777777" w:rsidR="006231A2" w:rsidRPr="006231A2" w:rsidRDefault="006231A2" w:rsidP="00CD63E1">
            <w:pPr>
              <w:rPr>
                <w:rFonts w:cs="Times New Roman"/>
                <w:sz w:val="20"/>
                <w:szCs w:val="20"/>
              </w:rPr>
            </w:pPr>
            <w:r w:rsidRPr="006231A2">
              <w:rPr>
                <w:rFonts w:cs="Times New Roman"/>
                <w:sz w:val="20"/>
                <w:szCs w:val="20"/>
              </w:rPr>
              <w:t>25 (20.83)</w:t>
            </w:r>
          </w:p>
        </w:tc>
        <w:tc>
          <w:tcPr>
            <w:tcW w:w="642" w:type="pct"/>
            <w:vAlign w:val="center"/>
          </w:tcPr>
          <w:p w14:paraId="54737EAE" w14:textId="77777777" w:rsidR="006231A2" w:rsidRPr="006231A2" w:rsidRDefault="006231A2" w:rsidP="00CD63E1">
            <w:pPr>
              <w:rPr>
                <w:rFonts w:cs="Times New Roman"/>
                <w:sz w:val="20"/>
                <w:szCs w:val="20"/>
              </w:rPr>
            </w:pPr>
            <w:r w:rsidRPr="006231A2">
              <w:rPr>
                <w:rFonts w:cs="Times New Roman"/>
                <w:sz w:val="20"/>
                <w:szCs w:val="20"/>
              </w:rPr>
              <w:t>34 (28.34)</w:t>
            </w:r>
          </w:p>
        </w:tc>
        <w:tc>
          <w:tcPr>
            <w:tcW w:w="703" w:type="pct"/>
            <w:vAlign w:val="center"/>
          </w:tcPr>
          <w:p w14:paraId="6DCFB020" w14:textId="77777777" w:rsidR="006231A2" w:rsidRPr="006231A2" w:rsidRDefault="006231A2" w:rsidP="00CD63E1">
            <w:pPr>
              <w:rPr>
                <w:rFonts w:cs="Times New Roman"/>
                <w:sz w:val="20"/>
                <w:szCs w:val="20"/>
              </w:rPr>
            </w:pPr>
            <w:r w:rsidRPr="006231A2">
              <w:rPr>
                <w:rFonts w:cs="Times New Roman"/>
                <w:sz w:val="20"/>
                <w:szCs w:val="20"/>
              </w:rPr>
              <w:t>33 (27.50)</w:t>
            </w:r>
          </w:p>
        </w:tc>
      </w:tr>
      <w:tr w:rsidR="006231A2" w:rsidRPr="006231A2" w14:paraId="63D551F5" w14:textId="77777777" w:rsidTr="006231A2">
        <w:tc>
          <w:tcPr>
            <w:tcW w:w="259" w:type="pct"/>
          </w:tcPr>
          <w:p w14:paraId="7011996B"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12.</w:t>
            </w:r>
          </w:p>
        </w:tc>
        <w:tc>
          <w:tcPr>
            <w:tcW w:w="4741" w:type="pct"/>
            <w:gridSpan w:val="7"/>
          </w:tcPr>
          <w:p w14:paraId="6E378AD0" w14:textId="77777777" w:rsidR="006231A2" w:rsidRPr="006231A2" w:rsidRDefault="006231A2" w:rsidP="00CD63E1">
            <w:pPr>
              <w:spacing w:line="360" w:lineRule="auto"/>
              <w:rPr>
                <w:rFonts w:cs="Times New Roman"/>
                <w:b/>
                <w:sz w:val="20"/>
                <w:szCs w:val="20"/>
              </w:rPr>
            </w:pPr>
            <w:r w:rsidRPr="006231A2">
              <w:rPr>
                <w:rFonts w:cs="Times New Roman"/>
                <w:b/>
                <w:sz w:val="20"/>
                <w:szCs w:val="20"/>
              </w:rPr>
              <w:t>Provision of warm water</w:t>
            </w:r>
          </w:p>
        </w:tc>
      </w:tr>
      <w:tr w:rsidR="006231A2" w:rsidRPr="006231A2" w14:paraId="2EDC2195" w14:textId="77777777" w:rsidTr="006231A2">
        <w:tc>
          <w:tcPr>
            <w:tcW w:w="259" w:type="pct"/>
          </w:tcPr>
          <w:p w14:paraId="09B622B6" w14:textId="77777777" w:rsidR="006231A2" w:rsidRPr="006231A2" w:rsidRDefault="006231A2" w:rsidP="00CD63E1">
            <w:pPr>
              <w:spacing w:line="360" w:lineRule="auto"/>
              <w:rPr>
                <w:rFonts w:cs="Times New Roman"/>
                <w:sz w:val="20"/>
                <w:szCs w:val="20"/>
              </w:rPr>
            </w:pPr>
          </w:p>
        </w:tc>
        <w:tc>
          <w:tcPr>
            <w:tcW w:w="968" w:type="pct"/>
          </w:tcPr>
          <w:p w14:paraId="2B5E5984" w14:textId="77777777" w:rsidR="006231A2" w:rsidRPr="006231A2" w:rsidRDefault="006231A2" w:rsidP="00CD63E1">
            <w:pPr>
              <w:spacing w:line="360" w:lineRule="auto"/>
              <w:rPr>
                <w:rFonts w:cs="Times New Roman"/>
                <w:sz w:val="20"/>
                <w:szCs w:val="20"/>
              </w:rPr>
            </w:pPr>
            <w:r w:rsidRPr="006231A2">
              <w:rPr>
                <w:rFonts w:cs="Times New Roman"/>
                <w:sz w:val="20"/>
                <w:szCs w:val="20"/>
              </w:rPr>
              <w:t>Yes</w:t>
            </w:r>
          </w:p>
        </w:tc>
        <w:tc>
          <w:tcPr>
            <w:tcW w:w="566" w:type="pct"/>
          </w:tcPr>
          <w:p w14:paraId="5D9CD5A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9" w:type="pct"/>
          </w:tcPr>
          <w:p w14:paraId="64BE1494"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587" w:type="pct"/>
          </w:tcPr>
          <w:p w14:paraId="6B285D96"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37" w:type="pct"/>
          </w:tcPr>
          <w:p w14:paraId="069B2BF2"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642" w:type="pct"/>
          </w:tcPr>
          <w:p w14:paraId="09F19E7C" w14:textId="77777777" w:rsidR="006231A2" w:rsidRPr="006231A2" w:rsidRDefault="006231A2" w:rsidP="00CD63E1">
            <w:pPr>
              <w:rPr>
                <w:rFonts w:cs="Times New Roman"/>
                <w:vanish/>
                <w:sz w:val="20"/>
                <w:szCs w:val="20"/>
              </w:rPr>
            </w:pPr>
            <w:r w:rsidRPr="006231A2">
              <w:rPr>
                <w:rFonts w:cs="Times New Roman"/>
                <w:sz w:val="20"/>
                <w:szCs w:val="20"/>
              </w:rPr>
              <w:t>0 (0.00)</w:t>
            </w:r>
          </w:p>
        </w:tc>
        <w:tc>
          <w:tcPr>
            <w:tcW w:w="703" w:type="pct"/>
          </w:tcPr>
          <w:p w14:paraId="1559BE09" w14:textId="77777777" w:rsidR="006231A2" w:rsidRPr="006231A2" w:rsidRDefault="006231A2" w:rsidP="00CD63E1">
            <w:pPr>
              <w:rPr>
                <w:rFonts w:cs="Times New Roman"/>
                <w:vanish/>
                <w:sz w:val="20"/>
                <w:szCs w:val="20"/>
              </w:rPr>
            </w:pPr>
            <w:r w:rsidRPr="006231A2">
              <w:rPr>
                <w:rFonts w:cs="Times New Roman"/>
                <w:sz w:val="20"/>
                <w:szCs w:val="20"/>
              </w:rPr>
              <w:t>0 (0.00)</w:t>
            </w:r>
          </w:p>
        </w:tc>
      </w:tr>
      <w:tr w:rsidR="006231A2" w:rsidRPr="006231A2" w14:paraId="5B2A0A11" w14:textId="77777777" w:rsidTr="006231A2">
        <w:tc>
          <w:tcPr>
            <w:tcW w:w="259" w:type="pct"/>
          </w:tcPr>
          <w:p w14:paraId="4E012174" w14:textId="77777777" w:rsidR="006231A2" w:rsidRPr="006231A2" w:rsidRDefault="006231A2" w:rsidP="00CD63E1">
            <w:pPr>
              <w:spacing w:line="360" w:lineRule="auto"/>
              <w:rPr>
                <w:rFonts w:cs="Times New Roman"/>
                <w:sz w:val="20"/>
                <w:szCs w:val="20"/>
              </w:rPr>
            </w:pPr>
          </w:p>
        </w:tc>
        <w:tc>
          <w:tcPr>
            <w:tcW w:w="968" w:type="pct"/>
          </w:tcPr>
          <w:p w14:paraId="1C6D2E31" w14:textId="77777777" w:rsidR="006231A2" w:rsidRPr="006231A2" w:rsidRDefault="006231A2" w:rsidP="00CD63E1">
            <w:pPr>
              <w:spacing w:line="360" w:lineRule="auto"/>
              <w:rPr>
                <w:rFonts w:cs="Times New Roman"/>
                <w:sz w:val="20"/>
                <w:szCs w:val="20"/>
              </w:rPr>
            </w:pPr>
            <w:r w:rsidRPr="006231A2">
              <w:rPr>
                <w:rFonts w:cs="Times New Roman"/>
                <w:sz w:val="20"/>
                <w:szCs w:val="20"/>
              </w:rPr>
              <w:t>No</w:t>
            </w:r>
          </w:p>
        </w:tc>
        <w:tc>
          <w:tcPr>
            <w:tcW w:w="566" w:type="pct"/>
          </w:tcPr>
          <w:p w14:paraId="2391D97B"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9" w:type="pct"/>
          </w:tcPr>
          <w:p w14:paraId="2D5108B2"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587" w:type="pct"/>
          </w:tcPr>
          <w:p w14:paraId="18C7534F"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37" w:type="pct"/>
          </w:tcPr>
          <w:p w14:paraId="31D3AB7B"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642" w:type="pct"/>
          </w:tcPr>
          <w:p w14:paraId="206666DA" w14:textId="77777777" w:rsidR="006231A2" w:rsidRPr="006231A2" w:rsidRDefault="006231A2" w:rsidP="00CD63E1">
            <w:pPr>
              <w:rPr>
                <w:rFonts w:cs="Times New Roman"/>
                <w:vanish/>
                <w:sz w:val="20"/>
                <w:szCs w:val="20"/>
              </w:rPr>
            </w:pPr>
            <w:r w:rsidRPr="006231A2">
              <w:rPr>
                <w:rFonts w:cs="Times New Roman"/>
                <w:sz w:val="20"/>
                <w:szCs w:val="20"/>
              </w:rPr>
              <w:t>120 (100.00)</w:t>
            </w:r>
          </w:p>
        </w:tc>
        <w:tc>
          <w:tcPr>
            <w:tcW w:w="703" w:type="pct"/>
          </w:tcPr>
          <w:p w14:paraId="13847285" w14:textId="77777777" w:rsidR="006231A2" w:rsidRPr="006231A2" w:rsidRDefault="006231A2" w:rsidP="00CD63E1">
            <w:pPr>
              <w:rPr>
                <w:rFonts w:cs="Times New Roman"/>
                <w:vanish/>
                <w:sz w:val="20"/>
                <w:szCs w:val="20"/>
              </w:rPr>
            </w:pPr>
            <w:r w:rsidRPr="006231A2">
              <w:rPr>
                <w:rFonts w:cs="Times New Roman"/>
                <w:sz w:val="20"/>
                <w:szCs w:val="20"/>
              </w:rPr>
              <w:t>120 (100.00)</w:t>
            </w:r>
          </w:p>
        </w:tc>
      </w:tr>
    </w:tbl>
    <w:p w14:paraId="76D11F64" w14:textId="77777777" w:rsidR="00BB23C4" w:rsidRPr="006231A2" w:rsidRDefault="006231A2">
      <w:pPr>
        <w:jc w:val="both"/>
        <w:rPr>
          <w:b/>
          <w:sz w:val="18"/>
        </w:rPr>
      </w:pPr>
      <w:r w:rsidRPr="006231A2">
        <w:rPr>
          <w:rFonts w:cs="Times New Roman"/>
          <w:sz w:val="20"/>
          <w:szCs w:val="24"/>
        </w:rPr>
        <w:t>(Figure in Parenthesis indicate percentage), EP – Eastern Plain, NEP – North Eastern Plain</w:t>
      </w:r>
      <w:r w:rsidR="002C37B7">
        <w:rPr>
          <w:rFonts w:cs="Times New Roman"/>
          <w:sz w:val="20"/>
          <w:szCs w:val="24"/>
        </w:rPr>
        <w:t xml:space="preserve">, n- No of respondents </w:t>
      </w:r>
    </w:p>
    <w:p w14:paraId="4FAE2AC6" w14:textId="77777777" w:rsidR="0062046C" w:rsidRDefault="00CD63E1">
      <w:r>
        <w:rPr>
          <w:b/>
        </w:rPr>
        <w:t>3.3 Breeding management practices</w:t>
      </w:r>
    </w:p>
    <w:p w14:paraId="67ABDA0D" w14:textId="77777777" w:rsidR="0062046C" w:rsidRDefault="00CD63E1">
      <w:pPr>
        <w:jc w:val="both"/>
      </w:pPr>
      <w:r>
        <w:t xml:space="preserve">The majority of respondents in both regions reared indigenous or desi birds, while the rest kept improved or crossbred birds such as </w:t>
      </w:r>
      <w:proofErr w:type="spellStart"/>
      <w:r>
        <w:t>Kadaknath</w:t>
      </w:r>
      <w:proofErr w:type="spellEnd"/>
      <w:r>
        <w:t xml:space="preserve"> and RIR. Most respondents selected eggs for hatching on the basis of both egg size and egg shape, though some respondents did not follow any selection criteria.</w:t>
      </w:r>
      <w:r w:rsidR="00032E18">
        <w:t xml:space="preserve"> </w:t>
      </w:r>
      <w:r>
        <w:t xml:space="preserve">Natural breeding was followed by all respondents, and broody hens were universally used for brooding. No respondent used artificial brooders. Chicks and fertile eggs were obtained mainly through home hatching and Krishi Vigyan Kendra supply, while a smaller number of respondents depended on </w:t>
      </w:r>
      <w:proofErr w:type="spellStart"/>
      <w:r>
        <w:t>neighbours</w:t>
      </w:r>
      <w:proofErr w:type="spellEnd"/>
      <w:r>
        <w:t xml:space="preserve">. None of the respondents obtained chicks from private or government hatcheries. Most respondents did not maintain the recommended </w:t>
      </w:r>
      <w:proofErr w:type="spellStart"/>
      <w:r>
        <w:t>male:female</w:t>
      </w:r>
      <w:proofErr w:type="spellEnd"/>
      <w:r>
        <w:t xml:space="preserve"> ratio, and the majority used their own male birds for breeding. Selection of broody hens was based mainly on previous performance or body size. Hatchability was considered better in winter than in summer or rainy season. Most farmers kept 8–10 eggs under a broody hen.</w:t>
      </w:r>
      <w:r w:rsidR="00032E18">
        <w:t xml:space="preserve"> </w:t>
      </w:r>
      <w:r>
        <w:t xml:space="preserve">These findings agree with Deka and Thakur (2013) and Rahman (2017), who reported that natural hatching through broody hens was the main source of chicks in backyard systems. The use of own male birds for breeding is similar to the reports of Singh et al. (2021) and </w:t>
      </w:r>
      <w:proofErr w:type="spellStart"/>
      <w:r>
        <w:t>Bugalia</w:t>
      </w:r>
      <w:proofErr w:type="spellEnd"/>
      <w:r>
        <w:t xml:space="preserve"> and Kumar (2021). The poor maintenance of </w:t>
      </w:r>
      <w:proofErr w:type="spellStart"/>
      <w:r>
        <w:t>male:female</w:t>
      </w:r>
      <w:proofErr w:type="spellEnd"/>
      <w:r>
        <w:t xml:space="preserve"> ratio also agrees with </w:t>
      </w:r>
      <w:proofErr w:type="spellStart"/>
      <w:r>
        <w:t>Popy</w:t>
      </w:r>
      <w:proofErr w:type="spellEnd"/>
      <w:r>
        <w:t xml:space="preserve"> et al. (2018) and Kisku et al. (2019). Therefore, breeding management in the study area remained natural, experience-based, and low-input.</w:t>
      </w:r>
    </w:p>
    <w:p w14:paraId="46D902AF" w14:textId="77777777" w:rsidR="002C37B7" w:rsidRDefault="002C37B7">
      <w:pPr>
        <w:jc w:val="both"/>
      </w:pPr>
    </w:p>
    <w:p w14:paraId="0E48C4E0" w14:textId="77777777" w:rsidR="002C37B7" w:rsidRDefault="002C37B7">
      <w:pPr>
        <w:jc w:val="both"/>
      </w:pPr>
    </w:p>
    <w:p w14:paraId="18B57BED" w14:textId="77777777" w:rsidR="002C37B7" w:rsidRDefault="002C37B7">
      <w:pPr>
        <w:jc w:val="both"/>
      </w:pPr>
    </w:p>
    <w:p w14:paraId="055FEF92" w14:textId="77777777" w:rsidR="0036771F" w:rsidRPr="00032E18" w:rsidRDefault="0036771F">
      <w:pPr>
        <w:jc w:val="both"/>
        <w:rPr>
          <w:b/>
          <w:sz w:val="20"/>
        </w:rPr>
      </w:pPr>
      <w:r w:rsidRPr="00032E18">
        <w:rPr>
          <w:b/>
        </w:rPr>
        <w:t xml:space="preserve">Table. 3 </w:t>
      </w:r>
      <w:r w:rsidR="00032E18" w:rsidRPr="00032E18">
        <w:rPr>
          <w:rFonts w:cs="Times New Roman"/>
          <w:b/>
          <w:bCs/>
          <w:kern w:val="36"/>
          <w:szCs w:val="24"/>
        </w:rPr>
        <w:t>Breeding management practices adopted by backyard poultry farmers in different seasons</w:t>
      </w:r>
    </w:p>
    <w:tbl>
      <w:tblPr>
        <w:tblStyle w:val="TableGrid"/>
        <w:tblW w:w="5000" w:type="pct"/>
        <w:tblLook w:val="04A0" w:firstRow="1" w:lastRow="0" w:firstColumn="1" w:lastColumn="0" w:noHBand="0" w:noVBand="1"/>
      </w:tblPr>
      <w:tblGrid>
        <w:gridCol w:w="588"/>
        <w:gridCol w:w="2133"/>
        <w:gridCol w:w="1146"/>
        <w:gridCol w:w="1235"/>
        <w:gridCol w:w="1142"/>
        <w:gridCol w:w="1239"/>
        <w:gridCol w:w="1138"/>
        <w:gridCol w:w="1243"/>
      </w:tblGrid>
      <w:tr w:rsidR="00032E18" w:rsidRPr="00032E18" w14:paraId="66CE833C" w14:textId="77777777" w:rsidTr="00CD63E1">
        <w:tc>
          <w:tcPr>
            <w:tcW w:w="298" w:type="pct"/>
          </w:tcPr>
          <w:p w14:paraId="4C76578E"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S. No.</w:t>
            </w:r>
          </w:p>
        </w:tc>
        <w:tc>
          <w:tcPr>
            <w:tcW w:w="1081" w:type="pct"/>
          </w:tcPr>
          <w:p w14:paraId="7309C02B"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Breeding</w:t>
            </w:r>
          </w:p>
          <w:p w14:paraId="581E2CCD"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management practices</w:t>
            </w:r>
          </w:p>
        </w:tc>
        <w:tc>
          <w:tcPr>
            <w:tcW w:w="1207" w:type="pct"/>
            <w:gridSpan w:val="2"/>
          </w:tcPr>
          <w:p w14:paraId="18A9A5FE"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Summer</w:t>
            </w:r>
          </w:p>
        </w:tc>
        <w:tc>
          <w:tcPr>
            <w:tcW w:w="1207" w:type="pct"/>
            <w:gridSpan w:val="2"/>
          </w:tcPr>
          <w:p w14:paraId="3F51BBDE"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Winter</w:t>
            </w:r>
          </w:p>
        </w:tc>
        <w:tc>
          <w:tcPr>
            <w:tcW w:w="1207" w:type="pct"/>
            <w:gridSpan w:val="2"/>
          </w:tcPr>
          <w:p w14:paraId="3DA10F23"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Rain</w:t>
            </w:r>
          </w:p>
        </w:tc>
      </w:tr>
      <w:tr w:rsidR="00032E18" w:rsidRPr="00032E18" w14:paraId="3F21203E" w14:textId="77777777" w:rsidTr="00CD63E1">
        <w:tc>
          <w:tcPr>
            <w:tcW w:w="298" w:type="pct"/>
          </w:tcPr>
          <w:p w14:paraId="1B8D869E" w14:textId="77777777" w:rsidR="00032E18" w:rsidRPr="00032E18" w:rsidRDefault="00032E18" w:rsidP="00CD63E1">
            <w:pPr>
              <w:spacing w:line="360" w:lineRule="auto"/>
              <w:jc w:val="center"/>
              <w:rPr>
                <w:rFonts w:cs="Times New Roman"/>
                <w:b/>
                <w:sz w:val="20"/>
                <w:szCs w:val="20"/>
              </w:rPr>
            </w:pPr>
          </w:p>
        </w:tc>
        <w:tc>
          <w:tcPr>
            <w:tcW w:w="1081" w:type="pct"/>
          </w:tcPr>
          <w:p w14:paraId="1F720B81"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Category</w:t>
            </w:r>
          </w:p>
        </w:tc>
        <w:tc>
          <w:tcPr>
            <w:tcW w:w="581" w:type="pct"/>
          </w:tcPr>
          <w:p w14:paraId="75301EDD"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26" w:type="pct"/>
          </w:tcPr>
          <w:p w14:paraId="521CFDAB"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c>
          <w:tcPr>
            <w:tcW w:w="579" w:type="pct"/>
          </w:tcPr>
          <w:p w14:paraId="3D3C6CDA"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28" w:type="pct"/>
          </w:tcPr>
          <w:p w14:paraId="5228B7F8"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c>
          <w:tcPr>
            <w:tcW w:w="577" w:type="pct"/>
          </w:tcPr>
          <w:p w14:paraId="7F267796"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EP</w:t>
            </w:r>
          </w:p>
        </w:tc>
        <w:tc>
          <w:tcPr>
            <w:tcW w:w="630" w:type="pct"/>
          </w:tcPr>
          <w:p w14:paraId="01C6B52D" w14:textId="77777777" w:rsidR="00032E18" w:rsidRPr="00032E18" w:rsidRDefault="00032E18" w:rsidP="00CD63E1">
            <w:pPr>
              <w:spacing w:line="360" w:lineRule="auto"/>
              <w:jc w:val="center"/>
              <w:rPr>
                <w:rFonts w:cs="Times New Roman"/>
                <w:b/>
                <w:sz w:val="20"/>
                <w:szCs w:val="20"/>
              </w:rPr>
            </w:pPr>
            <w:r w:rsidRPr="00032E18">
              <w:rPr>
                <w:rFonts w:cs="Times New Roman"/>
                <w:b/>
                <w:sz w:val="20"/>
                <w:szCs w:val="20"/>
              </w:rPr>
              <w:t>NEP</w:t>
            </w:r>
          </w:p>
        </w:tc>
      </w:tr>
      <w:tr w:rsidR="002C37B7" w:rsidRPr="00032E18" w14:paraId="46B0B732" w14:textId="77777777" w:rsidTr="00CD63E1">
        <w:tc>
          <w:tcPr>
            <w:tcW w:w="298" w:type="pct"/>
          </w:tcPr>
          <w:p w14:paraId="74DEBA65" w14:textId="77777777" w:rsidR="002C37B7" w:rsidRPr="00032E18" w:rsidRDefault="002C37B7" w:rsidP="00CD63E1">
            <w:pPr>
              <w:spacing w:line="360" w:lineRule="auto"/>
              <w:jc w:val="center"/>
              <w:rPr>
                <w:rFonts w:cs="Times New Roman"/>
                <w:b/>
                <w:sz w:val="20"/>
                <w:szCs w:val="20"/>
              </w:rPr>
            </w:pPr>
          </w:p>
        </w:tc>
        <w:tc>
          <w:tcPr>
            <w:tcW w:w="1081" w:type="pct"/>
          </w:tcPr>
          <w:p w14:paraId="1FA1BDAA" w14:textId="77777777" w:rsidR="002C37B7" w:rsidRPr="00032E18" w:rsidRDefault="002C37B7" w:rsidP="00CD63E1">
            <w:pPr>
              <w:spacing w:line="360" w:lineRule="auto"/>
              <w:jc w:val="center"/>
              <w:rPr>
                <w:rFonts w:cs="Times New Roman"/>
                <w:b/>
                <w:sz w:val="20"/>
                <w:szCs w:val="20"/>
              </w:rPr>
            </w:pPr>
          </w:p>
        </w:tc>
        <w:tc>
          <w:tcPr>
            <w:tcW w:w="581" w:type="pct"/>
          </w:tcPr>
          <w:p w14:paraId="1AF5D7BC"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26" w:type="pct"/>
          </w:tcPr>
          <w:p w14:paraId="64620AE1"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579" w:type="pct"/>
          </w:tcPr>
          <w:p w14:paraId="204853CC"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28" w:type="pct"/>
          </w:tcPr>
          <w:p w14:paraId="11C38ED5"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577" w:type="pct"/>
          </w:tcPr>
          <w:p w14:paraId="164B2D11"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c>
          <w:tcPr>
            <w:tcW w:w="630" w:type="pct"/>
          </w:tcPr>
          <w:p w14:paraId="5D0C94AE" w14:textId="77777777" w:rsidR="002C37B7" w:rsidRPr="002C37B7" w:rsidRDefault="002C37B7" w:rsidP="00CD63E1">
            <w:pPr>
              <w:spacing w:line="360" w:lineRule="auto"/>
              <w:jc w:val="center"/>
              <w:rPr>
                <w:rFonts w:cs="Times New Roman"/>
                <w:b/>
                <w:sz w:val="20"/>
                <w:szCs w:val="20"/>
              </w:rPr>
            </w:pPr>
            <w:r w:rsidRPr="002C37B7">
              <w:rPr>
                <w:rFonts w:cs="Times New Roman"/>
                <w:b/>
                <w:sz w:val="20"/>
                <w:szCs w:val="18"/>
              </w:rPr>
              <w:t>n- 120</w:t>
            </w:r>
          </w:p>
        </w:tc>
      </w:tr>
      <w:tr w:rsidR="00032E18" w:rsidRPr="00032E18" w14:paraId="5A1B897B" w14:textId="77777777" w:rsidTr="00CD63E1">
        <w:tc>
          <w:tcPr>
            <w:tcW w:w="298" w:type="pct"/>
          </w:tcPr>
          <w:p w14:paraId="0470C6CB"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1.</w:t>
            </w:r>
          </w:p>
        </w:tc>
        <w:tc>
          <w:tcPr>
            <w:tcW w:w="4702" w:type="pct"/>
            <w:gridSpan w:val="7"/>
          </w:tcPr>
          <w:p w14:paraId="7587141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Type of breed reared</w:t>
            </w:r>
          </w:p>
        </w:tc>
      </w:tr>
      <w:tr w:rsidR="00032E18" w:rsidRPr="00032E18" w14:paraId="18C6FA8F" w14:textId="77777777" w:rsidTr="00CD63E1">
        <w:tc>
          <w:tcPr>
            <w:tcW w:w="298" w:type="pct"/>
          </w:tcPr>
          <w:p w14:paraId="6D7611B7" w14:textId="77777777" w:rsidR="00032E18" w:rsidRPr="00032E18" w:rsidRDefault="00032E18" w:rsidP="00CD63E1">
            <w:pPr>
              <w:spacing w:line="360" w:lineRule="auto"/>
              <w:rPr>
                <w:rFonts w:cs="Times New Roman"/>
                <w:b/>
                <w:sz w:val="20"/>
                <w:szCs w:val="20"/>
              </w:rPr>
            </w:pPr>
          </w:p>
        </w:tc>
        <w:tc>
          <w:tcPr>
            <w:tcW w:w="1081" w:type="pct"/>
          </w:tcPr>
          <w:p w14:paraId="6592981B" w14:textId="77777777" w:rsidR="00032E18" w:rsidRPr="00032E18" w:rsidRDefault="00032E18" w:rsidP="00CD63E1">
            <w:pPr>
              <w:spacing w:line="360" w:lineRule="auto"/>
              <w:rPr>
                <w:rFonts w:cs="Times New Roman"/>
                <w:sz w:val="20"/>
                <w:szCs w:val="20"/>
              </w:rPr>
            </w:pPr>
            <w:r w:rsidRPr="00032E18">
              <w:rPr>
                <w:rFonts w:cs="Times New Roman"/>
                <w:sz w:val="20"/>
                <w:szCs w:val="20"/>
              </w:rPr>
              <w:t>Indigenous or desi</w:t>
            </w:r>
          </w:p>
        </w:tc>
        <w:tc>
          <w:tcPr>
            <w:tcW w:w="581" w:type="pct"/>
            <w:vAlign w:val="center"/>
          </w:tcPr>
          <w:p w14:paraId="43E2431D" w14:textId="77777777" w:rsidR="00032E18" w:rsidRPr="00032E18" w:rsidRDefault="00032E18" w:rsidP="00CD63E1">
            <w:pPr>
              <w:rPr>
                <w:rFonts w:cs="Times New Roman"/>
                <w:sz w:val="20"/>
                <w:szCs w:val="20"/>
              </w:rPr>
            </w:pPr>
            <w:r w:rsidRPr="00032E18">
              <w:rPr>
                <w:rFonts w:cs="Times New Roman"/>
                <w:sz w:val="20"/>
                <w:szCs w:val="20"/>
              </w:rPr>
              <w:t>79 (65.83)</w:t>
            </w:r>
          </w:p>
        </w:tc>
        <w:tc>
          <w:tcPr>
            <w:tcW w:w="626" w:type="pct"/>
            <w:vAlign w:val="center"/>
          </w:tcPr>
          <w:p w14:paraId="5A357A50" w14:textId="77777777" w:rsidR="00032E18" w:rsidRPr="00032E18" w:rsidRDefault="00032E18" w:rsidP="00CD63E1">
            <w:pPr>
              <w:rPr>
                <w:rFonts w:cs="Times New Roman"/>
                <w:sz w:val="20"/>
                <w:szCs w:val="20"/>
              </w:rPr>
            </w:pPr>
            <w:r w:rsidRPr="00032E18">
              <w:rPr>
                <w:rFonts w:cs="Times New Roman"/>
                <w:sz w:val="20"/>
                <w:szCs w:val="20"/>
              </w:rPr>
              <w:t>85 (70.83)</w:t>
            </w:r>
          </w:p>
        </w:tc>
        <w:tc>
          <w:tcPr>
            <w:tcW w:w="579" w:type="pct"/>
            <w:vAlign w:val="center"/>
          </w:tcPr>
          <w:p w14:paraId="50A2338A" w14:textId="77777777" w:rsidR="00032E18" w:rsidRPr="00032E18" w:rsidRDefault="00032E18" w:rsidP="00CD63E1">
            <w:pPr>
              <w:rPr>
                <w:rFonts w:cs="Times New Roman"/>
                <w:sz w:val="20"/>
                <w:szCs w:val="20"/>
              </w:rPr>
            </w:pPr>
            <w:r w:rsidRPr="00032E18">
              <w:rPr>
                <w:rFonts w:cs="Times New Roman"/>
                <w:sz w:val="20"/>
                <w:szCs w:val="20"/>
              </w:rPr>
              <w:t>79 (65.83)</w:t>
            </w:r>
          </w:p>
        </w:tc>
        <w:tc>
          <w:tcPr>
            <w:tcW w:w="628" w:type="pct"/>
            <w:vAlign w:val="center"/>
          </w:tcPr>
          <w:p w14:paraId="79A02539" w14:textId="77777777" w:rsidR="00032E18" w:rsidRPr="00032E18" w:rsidRDefault="00032E18" w:rsidP="00CD63E1">
            <w:pPr>
              <w:rPr>
                <w:rFonts w:cs="Times New Roman"/>
                <w:sz w:val="20"/>
                <w:szCs w:val="20"/>
              </w:rPr>
            </w:pPr>
            <w:r w:rsidRPr="00032E18">
              <w:rPr>
                <w:rFonts w:cs="Times New Roman"/>
                <w:sz w:val="20"/>
                <w:szCs w:val="20"/>
              </w:rPr>
              <w:t>85 (70.83)</w:t>
            </w:r>
          </w:p>
        </w:tc>
        <w:tc>
          <w:tcPr>
            <w:tcW w:w="577" w:type="pct"/>
            <w:vAlign w:val="center"/>
          </w:tcPr>
          <w:p w14:paraId="0FC0F1B9" w14:textId="77777777" w:rsidR="00032E18" w:rsidRPr="00032E18" w:rsidRDefault="00032E18" w:rsidP="00CD63E1">
            <w:pPr>
              <w:rPr>
                <w:rFonts w:cs="Times New Roman"/>
                <w:sz w:val="20"/>
                <w:szCs w:val="20"/>
              </w:rPr>
            </w:pPr>
            <w:r w:rsidRPr="00032E18">
              <w:rPr>
                <w:rFonts w:cs="Times New Roman"/>
                <w:sz w:val="20"/>
                <w:szCs w:val="20"/>
              </w:rPr>
              <w:t>79 (65.83)</w:t>
            </w:r>
          </w:p>
        </w:tc>
        <w:tc>
          <w:tcPr>
            <w:tcW w:w="630" w:type="pct"/>
            <w:vAlign w:val="center"/>
          </w:tcPr>
          <w:p w14:paraId="7805FCFA" w14:textId="77777777" w:rsidR="00032E18" w:rsidRPr="00032E18" w:rsidRDefault="00032E18" w:rsidP="00CD63E1">
            <w:pPr>
              <w:rPr>
                <w:rFonts w:cs="Times New Roman"/>
                <w:sz w:val="20"/>
                <w:szCs w:val="20"/>
              </w:rPr>
            </w:pPr>
            <w:r w:rsidRPr="00032E18">
              <w:rPr>
                <w:rFonts w:cs="Times New Roman"/>
                <w:sz w:val="20"/>
                <w:szCs w:val="20"/>
              </w:rPr>
              <w:t>85 (70.83)</w:t>
            </w:r>
          </w:p>
        </w:tc>
      </w:tr>
      <w:tr w:rsidR="00032E18" w:rsidRPr="00032E18" w14:paraId="0CD938B0" w14:textId="77777777" w:rsidTr="00CD63E1">
        <w:tc>
          <w:tcPr>
            <w:tcW w:w="298" w:type="pct"/>
          </w:tcPr>
          <w:p w14:paraId="2486FD9E" w14:textId="77777777" w:rsidR="00032E18" w:rsidRPr="00032E18" w:rsidRDefault="00032E18" w:rsidP="00CD63E1">
            <w:pPr>
              <w:spacing w:line="360" w:lineRule="auto"/>
              <w:rPr>
                <w:rFonts w:cs="Times New Roman"/>
                <w:b/>
                <w:sz w:val="20"/>
                <w:szCs w:val="20"/>
              </w:rPr>
            </w:pPr>
          </w:p>
        </w:tc>
        <w:tc>
          <w:tcPr>
            <w:tcW w:w="1081" w:type="pct"/>
          </w:tcPr>
          <w:p w14:paraId="69BC5CAE" w14:textId="77777777" w:rsidR="00032E18" w:rsidRPr="00032E18" w:rsidRDefault="00032E18" w:rsidP="00CD63E1">
            <w:pPr>
              <w:spacing w:line="360" w:lineRule="auto"/>
              <w:rPr>
                <w:rFonts w:cs="Times New Roman"/>
                <w:sz w:val="20"/>
                <w:szCs w:val="20"/>
              </w:rPr>
            </w:pPr>
            <w:r w:rsidRPr="00032E18">
              <w:rPr>
                <w:rFonts w:cs="Times New Roman"/>
                <w:sz w:val="20"/>
                <w:szCs w:val="20"/>
              </w:rPr>
              <w:t>Exotic or crossbred</w:t>
            </w:r>
          </w:p>
        </w:tc>
        <w:tc>
          <w:tcPr>
            <w:tcW w:w="581" w:type="pct"/>
            <w:vAlign w:val="center"/>
          </w:tcPr>
          <w:p w14:paraId="7A3C6795" w14:textId="77777777" w:rsidR="00032E18" w:rsidRPr="00032E18" w:rsidRDefault="00032E18" w:rsidP="00CD63E1">
            <w:pPr>
              <w:rPr>
                <w:rFonts w:cs="Times New Roman"/>
                <w:sz w:val="20"/>
                <w:szCs w:val="20"/>
              </w:rPr>
            </w:pPr>
            <w:r w:rsidRPr="00032E18">
              <w:rPr>
                <w:rFonts w:cs="Times New Roman"/>
                <w:sz w:val="20"/>
                <w:szCs w:val="20"/>
              </w:rPr>
              <w:t>41 (34.17)</w:t>
            </w:r>
          </w:p>
        </w:tc>
        <w:tc>
          <w:tcPr>
            <w:tcW w:w="626" w:type="pct"/>
            <w:vAlign w:val="center"/>
          </w:tcPr>
          <w:p w14:paraId="7A5EC04D" w14:textId="77777777" w:rsidR="00032E18" w:rsidRPr="00032E18" w:rsidRDefault="00032E18" w:rsidP="00CD63E1">
            <w:pPr>
              <w:rPr>
                <w:rFonts w:cs="Times New Roman"/>
                <w:sz w:val="20"/>
                <w:szCs w:val="20"/>
              </w:rPr>
            </w:pPr>
            <w:r w:rsidRPr="00032E18">
              <w:rPr>
                <w:rFonts w:cs="Times New Roman"/>
                <w:sz w:val="20"/>
                <w:szCs w:val="20"/>
              </w:rPr>
              <w:t>35 (29.17)</w:t>
            </w:r>
          </w:p>
        </w:tc>
        <w:tc>
          <w:tcPr>
            <w:tcW w:w="579" w:type="pct"/>
            <w:vAlign w:val="center"/>
          </w:tcPr>
          <w:p w14:paraId="20044FDF" w14:textId="77777777" w:rsidR="00032E18" w:rsidRPr="00032E18" w:rsidRDefault="00032E18" w:rsidP="00CD63E1">
            <w:pPr>
              <w:rPr>
                <w:rFonts w:cs="Times New Roman"/>
                <w:sz w:val="20"/>
                <w:szCs w:val="20"/>
              </w:rPr>
            </w:pPr>
            <w:r w:rsidRPr="00032E18">
              <w:rPr>
                <w:rFonts w:cs="Times New Roman"/>
                <w:sz w:val="20"/>
                <w:szCs w:val="20"/>
              </w:rPr>
              <w:t>41 (34.17)</w:t>
            </w:r>
          </w:p>
        </w:tc>
        <w:tc>
          <w:tcPr>
            <w:tcW w:w="628" w:type="pct"/>
            <w:vAlign w:val="center"/>
          </w:tcPr>
          <w:p w14:paraId="6078E844" w14:textId="77777777" w:rsidR="00032E18" w:rsidRPr="00032E18" w:rsidRDefault="00032E18" w:rsidP="00CD63E1">
            <w:pPr>
              <w:rPr>
                <w:rFonts w:cs="Times New Roman"/>
                <w:sz w:val="20"/>
                <w:szCs w:val="20"/>
              </w:rPr>
            </w:pPr>
            <w:r w:rsidRPr="00032E18">
              <w:rPr>
                <w:rFonts w:cs="Times New Roman"/>
                <w:sz w:val="20"/>
                <w:szCs w:val="20"/>
              </w:rPr>
              <w:t>35 (29.17)</w:t>
            </w:r>
          </w:p>
        </w:tc>
        <w:tc>
          <w:tcPr>
            <w:tcW w:w="577" w:type="pct"/>
            <w:vAlign w:val="center"/>
          </w:tcPr>
          <w:p w14:paraId="197352C5" w14:textId="77777777" w:rsidR="00032E18" w:rsidRPr="00032E18" w:rsidRDefault="00032E18" w:rsidP="00CD63E1">
            <w:pPr>
              <w:rPr>
                <w:rFonts w:cs="Times New Roman"/>
                <w:sz w:val="20"/>
                <w:szCs w:val="20"/>
              </w:rPr>
            </w:pPr>
            <w:r w:rsidRPr="00032E18">
              <w:rPr>
                <w:rFonts w:cs="Times New Roman"/>
                <w:sz w:val="20"/>
                <w:szCs w:val="20"/>
              </w:rPr>
              <w:t>41 (34.17)</w:t>
            </w:r>
          </w:p>
        </w:tc>
        <w:tc>
          <w:tcPr>
            <w:tcW w:w="630" w:type="pct"/>
            <w:vAlign w:val="center"/>
          </w:tcPr>
          <w:p w14:paraId="783B0FC7" w14:textId="77777777" w:rsidR="00032E18" w:rsidRPr="00032E18" w:rsidRDefault="00032E18" w:rsidP="00CD63E1">
            <w:pPr>
              <w:rPr>
                <w:rFonts w:cs="Times New Roman"/>
                <w:sz w:val="20"/>
                <w:szCs w:val="20"/>
              </w:rPr>
            </w:pPr>
            <w:r w:rsidRPr="00032E18">
              <w:rPr>
                <w:rFonts w:cs="Times New Roman"/>
                <w:sz w:val="20"/>
                <w:szCs w:val="20"/>
              </w:rPr>
              <w:t>35 (29.17)</w:t>
            </w:r>
          </w:p>
        </w:tc>
      </w:tr>
      <w:tr w:rsidR="00032E18" w:rsidRPr="00032E18" w14:paraId="5C6A3C68" w14:textId="77777777" w:rsidTr="00CD63E1">
        <w:tc>
          <w:tcPr>
            <w:tcW w:w="298" w:type="pct"/>
          </w:tcPr>
          <w:p w14:paraId="046060E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2.</w:t>
            </w:r>
          </w:p>
        </w:tc>
        <w:tc>
          <w:tcPr>
            <w:tcW w:w="4702" w:type="pct"/>
            <w:gridSpan w:val="7"/>
          </w:tcPr>
          <w:p w14:paraId="0073254A" w14:textId="77777777" w:rsidR="00032E18" w:rsidRPr="00032E18" w:rsidRDefault="00032E18" w:rsidP="00CD63E1">
            <w:pPr>
              <w:rPr>
                <w:rFonts w:cs="Times New Roman"/>
                <w:b/>
                <w:sz w:val="20"/>
                <w:szCs w:val="20"/>
              </w:rPr>
            </w:pPr>
            <w:r w:rsidRPr="00032E18">
              <w:rPr>
                <w:rFonts w:cs="Times New Roman"/>
                <w:b/>
                <w:sz w:val="20"/>
                <w:szCs w:val="20"/>
              </w:rPr>
              <w:t>Criteria for selection of eggs for hatching</w:t>
            </w:r>
          </w:p>
        </w:tc>
      </w:tr>
      <w:tr w:rsidR="00032E18" w:rsidRPr="00032E18" w14:paraId="09F9BB66" w14:textId="77777777" w:rsidTr="00CD63E1">
        <w:tc>
          <w:tcPr>
            <w:tcW w:w="298" w:type="pct"/>
          </w:tcPr>
          <w:p w14:paraId="729C4848" w14:textId="77777777" w:rsidR="00032E18" w:rsidRPr="00032E18" w:rsidRDefault="00032E18" w:rsidP="00CD63E1">
            <w:pPr>
              <w:spacing w:line="360" w:lineRule="auto"/>
              <w:rPr>
                <w:rFonts w:cs="Times New Roman"/>
                <w:b/>
                <w:sz w:val="20"/>
                <w:szCs w:val="20"/>
              </w:rPr>
            </w:pPr>
          </w:p>
        </w:tc>
        <w:tc>
          <w:tcPr>
            <w:tcW w:w="1081" w:type="pct"/>
          </w:tcPr>
          <w:p w14:paraId="708DEA0A" w14:textId="77777777" w:rsidR="00032E18" w:rsidRPr="00032E18" w:rsidRDefault="00032E18" w:rsidP="00CD63E1">
            <w:pPr>
              <w:rPr>
                <w:rFonts w:cs="Times New Roman"/>
                <w:sz w:val="20"/>
                <w:szCs w:val="20"/>
              </w:rPr>
            </w:pPr>
            <w:r w:rsidRPr="00032E18">
              <w:rPr>
                <w:rFonts w:cs="Times New Roman"/>
                <w:sz w:val="20"/>
                <w:szCs w:val="20"/>
              </w:rPr>
              <w:t>Egg size</w:t>
            </w:r>
          </w:p>
        </w:tc>
        <w:tc>
          <w:tcPr>
            <w:tcW w:w="581" w:type="pct"/>
            <w:vAlign w:val="center"/>
          </w:tcPr>
          <w:p w14:paraId="0F587374" w14:textId="77777777" w:rsidR="00032E18" w:rsidRPr="00032E18" w:rsidRDefault="00032E18" w:rsidP="00CD63E1">
            <w:pPr>
              <w:rPr>
                <w:rFonts w:cs="Times New Roman"/>
                <w:sz w:val="20"/>
                <w:szCs w:val="20"/>
              </w:rPr>
            </w:pPr>
            <w:r w:rsidRPr="00032E18">
              <w:rPr>
                <w:rFonts w:cs="Times New Roman"/>
                <w:sz w:val="20"/>
                <w:szCs w:val="20"/>
              </w:rPr>
              <w:t>23 (19.17)</w:t>
            </w:r>
          </w:p>
        </w:tc>
        <w:tc>
          <w:tcPr>
            <w:tcW w:w="626" w:type="pct"/>
            <w:vAlign w:val="center"/>
          </w:tcPr>
          <w:p w14:paraId="4F51D952" w14:textId="77777777" w:rsidR="00032E18" w:rsidRPr="00032E18" w:rsidRDefault="00032E18" w:rsidP="00CD63E1">
            <w:pPr>
              <w:rPr>
                <w:rFonts w:cs="Times New Roman"/>
                <w:sz w:val="20"/>
                <w:szCs w:val="20"/>
              </w:rPr>
            </w:pPr>
            <w:r w:rsidRPr="00032E18">
              <w:rPr>
                <w:rFonts w:cs="Times New Roman"/>
                <w:sz w:val="20"/>
                <w:szCs w:val="20"/>
              </w:rPr>
              <w:t>27 (22.50)</w:t>
            </w:r>
          </w:p>
        </w:tc>
        <w:tc>
          <w:tcPr>
            <w:tcW w:w="579" w:type="pct"/>
            <w:vAlign w:val="center"/>
          </w:tcPr>
          <w:p w14:paraId="120AF0C4" w14:textId="77777777" w:rsidR="00032E18" w:rsidRPr="00032E18" w:rsidRDefault="00032E18" w:rsidP="00CD63E1">
            <w:pPr>
              <w:rPr>
                <w:rFonts w:cs="Times New Roman"/>
                <w:sz w:val="20"/>
                <w:szCs w:val="20"/>
              </w:rPr>
            </w:pPr>
            <w:r w:rsidRPr="00032E18">
              <w:rPr>
                <w:rFonts w:cs="Times New Roman"/>
                <w:sz w:val="20"/>
                <w:szCs w:val="20"/>
              </w:rPr>
              <w:t>24 (20.00)</w:t>
            </w:r>
          </w:p>
        </w:tc>
        <w:tc>
          <w:tcPr>
            <w:tcW w:w="628" w:type="pct"/>
            <w:vAlign w:val="center"/>
          </w:tcPr>
          <w:p w14:paraId="48C337BD" w14:textId="77777777" w:rsidR="00032E18" w:rsidRPr="00032E18" w:rsidRDefault="00032E18" w:rsidP="00CD63E1">
            <w:pPr>
              <w:rPr>
                <w:rFonts w:cs="Times New Roman"/>
                <w:sz w:val="20"/>
                <w:szCs w:val="20"/>
              </w:rPr>
            </w:pPr>
            <w:r w:rsidRPr="00032E18">
              <w:rPr>
                <w:rFonts w:cs="Times New Roman"/>
                <w:sz w:val="20"/>
                <w:szCs w:val="20"/>
              </w:rPr>
              <w:t>28 (23.33)</w:t>
            </w:r>
          </w:p>
        </w:tc>
        <w:tc>
          <w:tcPr>
            <w:tcW w:w="577" w:type="pct"/>
            <w:vAlign w:val="center"/>
          </w:tcPr>
          <w:p w14:paraId="043E31C5" w14:textId="77777777" w:rsidR="00032E18" w:rsidRPr="00032E18" w:rsidRDefault="00032E18" w:rsidP="00CD63E1">
            <w:pPr>
              <w:rPr>
                <w:rFonts w:cs="Times New Roman"/>
                <w:sz w:val="20"/>
                <w:szCs w:val="20"/>
              </w:rPr>
            </w:pPr>
            <w:r w:rsidRPr="00032E18">
              <w:rPr>
                <w:rFonts w:cs="Times New Roman"/>
                <w:sz w:val="20"/>
                <w:szCs w:val="20"/>
              </w:rPr>
              <w:t>25 (20.83)</w:t>
            </w:r>
          </w:p>
        </w:tc>
        <w:tc>
          <w:tcPr>
            <w:tcW w:w="630" w:type="pct"/>
            <w:vAlign w:val="center"/>
          </w:tcPr>
          <w:p w14:paraId="6107F974" w14:textId="77777777" w:rsidR="00032E18" w:rsidRPr="00032E18" w:rsidRDefault="00032E18" w:rsidP="00CD63E1">
            <w:pPr>
              <w:rPr>
                <w:rFonts w:cs="Times New Roman"/>
                <w:sz w:val="20"/>
                <w:szCs w:val="20"/>
              </w:rPr>
            </w:pPr>
            <w:r w:rsidRPr="00032E18">
              <w:rPr>
                <w:rFonts w:cs="Times New Roman"/>
                <w:sz w:val="20"/>
                <w:szCs w:val="20"/>
              </w:rPr>
              <w:t>29 (24.17)</w:t>
            </w:r>
          </w:p>
        </w:tc>
      </w:tr>
      <w:tr w:rsidR="00032E18" w:rsidRPr="00032E18" w14:paraId="03CC1D86" w14:textId="77777777" w:rsidTr="00CD63E1">
        <w:tc>
          <w:tcPr>
            <w:tcW w:w="298" w:type="pct"/>
          </w:tcPr>
          <w:p w14:paraId="4C96ECE1" w14:textId="77777777" w:rsidR="00032E18" w:rsidRPr="00032E18" w:rsidRDefault="00032E18" w:rsidP="00CD63E1">
            <w:pPr>
              <w:spacing w:line="360" w:lineRule="auto"/>
              <w:rPr>
                <w:rFonts w:cs="Times New Roman"/>
                <w:sz w:val="20"/>
                <w:szCs w:val="20"/>
              </w:rPr>
            </w:pPr>
          </w:p>
        </w:tc>
        <w:tc>
          <w:tcPr>
            <w:tcW w:w="1081" w:type="pct"/>
          </w:tcPr>
          <w:p w14:paraId="550A4FC0" w14:textId="77777777" w:rsidR="00032E18" w:rsidRPr="00032E18" w:rsidRDefault="00032E18" w:rsidP="00CD63E1">
            <w:pPr>
              <w:rPr>
                <w:rFonts w:cs="Times New Roman"/>
                <w:sz w:val="20"/>
                <w:szCs w:val="20"/>
              </w:rPr>
            </w:pPr>
            <w:r w:rsidRPr="00032E18">
              <w:rPr>
                <w:rFonts w:cs="Times New Roman"/>
                <w:sz w:val="20"/>
                <w:szCs w:val="20"/>
              </w:rPr>
              <w:t>Egg shape</w:t>
            </w:r>
          </w:p>
        </w:tc>
        <w:tc>
          <w:tcPr>
            <w:tcW w:w="581" w:type="pct"/>
            <w:vAlign w:val="center"/>
          </w:tcPr>
          <w:p w14:paraId="07A254B1" w14:textId="77777777" w:rsidR="00032E18" w:rsidRPr="00032E18" w:rsidRDefault="00032E18" w:rsidP="00CD63E1">
            <w:pPr>
              <w:rPr>
                <w:rFonts w:cs="Times New Roman"/>
                <w:sz w:val="20"/>
                <w:szCs w:val="20"/>
              </w:rPr>
            </w:pPr>
            <w:r w:rsidRPr="00032E18">
              <w:rPr>
                <w:rFonts w:cs="Times New Roman"/>
                <w:sz w:val="20"/>
                <w:szCs w:val="20"/>
              </w:rPr>
              <w:t>18 (15.00)</w:t>
            </w:r>
          </w:p>
        </w:tc>
        <w:tc>
          <w:tcPr>
            <w:tcW w:w="626" w:type="pct"/>
            <w:vAlign w:val="center"/>
          </w:tcPr>
          <w:p w14:paraId="7997B8E7" w14:textId="77777777" w:rsidR="00032E18" w:rsidRPr="00032E18" w:rsidRDefault="00032E18" w:rsidP="00CD63E1">
            <w:pPr>
              <w:rPr>
                <w:rFonts w:cs="Times New Roman"/>
                <w:sz w:val="20"/>
                <w:szCs w:val="20"/>
              </w:rPr>
            </w:pPr>
            <w:r w:rsidRPr="00032E18">
              <w:rPr>
                <w:rFonts w:cs="Times New Roman"/>
                <w:sz w:val="20"/>
                <w:szCs w:val="20"/>
              </w:rPr>
              <w:t>15 (12.50)</w:t>
            </w:r>
          </w:p>
        </w:tc>
        <w:tc>
          <w:tcPr>
            <w:tcW w:w="579" w:type="pct"/>
            <w:vAlign w:val="center"/>
          </w:tcPr>
          <w:p w14:paraId="4C9D755F" w14:textId="77777777" w:rsidR="00032E18" w:rsidRPr="00032E18" w:rsidRDefault="00032E18" w:rsidP="00CD63E1">
            <w:pPr>
              <w:rPr>
                <w:rFonts w:cs="Times New Roman"/>
                <w:sz w:val="20"/>
                <w:szCs w:val="20"/>
              </w:rPr>
            </w:pPr>
            <w:r w:rsidRPr="00032E18">
              <w:rPr>
                <w:rFonts w:cs="Times New Roman"/>
                <w:sz w:val="20"/>
                <w:szCs w:val="20"/>
              </w:rPr>
              <w:t>17 (14.17)</w:t>
            </w:r>
          </w:p>
        </w:tc>
        <w:tc>
          <w:tcPr>
            <w:tcW w:w="628" w:type="pct"/>
            <w:vAlign w:val="center"/>
          </w:tcPr>
          <w:p w14:paraId="4FAC964D" w14:textId="77777777" w:rsidR="00032E18" w:rsidRPr="00032E18" w:rsidRDefault="00032E18" w:rsidP="00CD63E1">
            <w:pPr>
              <w:rPr>
                <w:rFonts w:cs="Times New Roman"/>
                <w:sz w:val="20"/>
                <w:szCs w:val="20"/>
              </w:rPr>
            </w:pPr>
            <w:r w:rsidRPr="00032E18">
              <w:rPr>
                <w:rFonts w:cs="Times New Roman"/>
                <w:sz w:val="20"/>
                <w:szCs w:val="20"/>
              </w:rPr>
              <w:t>14 (11.67)</w:t>
            </w:r>
          </w:p>
        </w:tc>
        <w:tc>
          <w:tcPr>
            <w:tcW w:w="577" w:type="pct"/>
            <w:vAlign w:val="center"/>
          </w:tcPr>
          <w:p w14:paraId="2B0EEB2E" w14:textId="77777777" w:rsidR="00032E18" w:rsidRPr="00032E18" w:rsidRDefault="00032E18" w:rsidP="00CD63E1">
            <w:pPr>
              <w:rPr>
                <w:rFonts w:cs="Times New Roman"/>
                <w:sz w:val="20"/>
                <w:szCs w:val="20"/>
              </w:rPr>
            </w:pPr>
            <w:r w:rsidRPr="00032E18">
              <w:rPr>
                <w:rFonts w:cs="Times New Roman"/>
                <w:sz w:val="20"/>
                <w:szCs w:val="20"/>
              </w:rPr>
              <w:t>18 (15.00)</w:t>
            </w:r>
          </w:p>
        </w:tc>
        <w:tc>
          <w:tcPr>
            <w:tcW w:w="630" w:type="pct"/>
            <w:vAlign w:val="center"/>
          </w:tcPr>
          <w:p w14:paraId="76610A11" w14:textId="77777777" w:rsidR="00032E18" w:rsidRPr="00032E18" w:rsidRDefault="00032E18" w:rsidP="00CD63E1">
            <w:pPr>
              <w:rPr>
                <w:rFonts w:cs="Times New Roman"/>
                <w:sz w:val="20"/>
                <w:szCs w:val="20"/>
              </w:rPr>
            </w:pPr>
            <w:r w:rsidRPr="00032E18">
              <w:rPr>
                <w:rFonts w:cs="Times New Roman"/>
                <w:sz w:val="20"/>
                <w:szCs w:val="20"/>
              </w:rPr>
              <w:t>15 (12.50)</w:t>
            </w:r>
          </w:p>
        </w:tc>
      </w:tr>
      <w:tr w:rsidR="00032E18" w:rsidRPr="00032E18" w14:paraId="50D0A6AB" w14:textId="77777777" w:rsidTr="00CD63E1">
        <w:tc>
          <w:tcPr>
            <w:tcW w:w="298" w:type="pct"/>
          </w:tcPr>
          <w:p w14:paraId="48954E28" w14:textId="77777777" w:rsidR="00032E18" w:rsidRPr="00032E18" w:rsidRDefault="00032E18" w:rsidP="00CD63E1">
            <w:pPr>
              <w:spacing w:line="360" w:lineRule="auto"/>
              <w:rPr>
                <w:rFonts w:cs="Times New Roman"/>
                <w:sz w:val="20"/>
                <w:szCs w:val="20"/>
              </w:rPr>
            </w:pPr>
          </w:p>
        </w:tc>
        <w:tc>
          <w:tcPr>
            <w:tcW w:w="1081" w:type="pct"/>
          </w:tcPr>
          <w:p w14:paraId="22E44261" w14:textId="77777777" w:rsidR="00032E18" w:rsidRPr="00032E18" w:rsidRDefault="00032E18" w:rsidP="00CD63E1">
            <w:pPr>
              <w:rPr>
                <w:rFonts w:cs="Times New Roman"/>
                <w:sz w:val="20"/>
                <w:szCs w:val="20"/>
              </w:rPr>
            </w:pPr>
            <w:r w:rsidRPr="00032E18">
              <w:rPr>
                <w:rFonts w:cs="Times New Roman"/>
                <w:sz w:val="20"/>
                <w:szCs w:val="20"/>
              </w:rPr>
              <w:t>Both size and shape</w:t>
            </w:r>
          </w:p>
        </w:tc>
        <w:tc>
          <w:tcPr>
            <w:tcW w:w="581" w:type="pct"/>
            <w:vAlign w:val="center"/>
          </w:tcPr>
          <w:p w14:paraId="29D341A8" w14:textId="77777777" w:rsidR="00032E18" w:rsidRPr="00032E18" w:rsidRDefault="00032E18" w:rsidP="00CD63E1">
            <w:pPr>
              <w:rPr>
                <w:rFonts w:cs="Times New Roman"/>
                <w:sz w:val="20"/>
                <w:szCs w:val="20"/>
              </w:rPr>
            </w:pPr>
            <w:r w:rsidRPr="00032E18">
              <w:rPr>
                <w:rFonts w:cs="Times New Roman"/>
                <w:sz w:val="20"/>
                <w:szCs w:val="20"/>
              </w:rPr>
              <w:t>56 (46.67)</w:t>
            </w:r>
          </w:p>
        </w:tc>
        <w:tc>
          <w:tcPr>
            <w:tcW w:w="626" w:type="pct"/>
            <w:vAlign w:val="center"/>
          </w:tcPr>
          <w:p w14:paraId="288A8946" w14:textId="77777777" w:rsidR="00032E18" w:rsidRPr="00032E18" w:rsidRDefault="00032E18" w:rsidP="00CD63E1">
            <w:pPr>
              <w:rPr>
                <w:rFonts w:cs="Times New Roman"/>
                <w:sz w:val="20"/>
                <w:szCs w:val="20"/>
              </w:rPr>
            </w:pPr>
            <w:r w:rsidRPr="00032E18">
              <w:rPr>
                <w:rFonts w:cs="Times New Roman"/>
                <w:sz w:val="20"/>
                <w:szCs w:val="20"/>
              </w:rPr>
              <w:t>49 (40.83)</w:t>
            </w:r>
          </w:p>
        </w:tc>
        <w:tc>
          <w:tcPr>
            <w:tcW w:w="579" w:type="pct"/>
            <w:vAlign w:val="center"/>
          </w:tcPr>
          <w:p w14:paraId="65C10198" w14:textId="77777777" w:rsidR="00032E18" w:rsidRPr="00032E18" w:rsidRDefault="00032E18" w:rsidP="00CD63E1">
            <w:pPr>
              <w:rPr>
                <w:rFonts w:cs="Times New Roman"/>
                <w:sz w:val="20"/>
                <w:szCs w:val="20"/>
              </w:rPr>
            </w:pPr>
            <w:r w:rsidRPr="00032E18">
              <w:rPr>
                <w:rFonts w:cs="Times New Roman"/>
                <w:sz w:val="20"/>
                <w:szCs w:val="20"/>
              </w:rPr>
              <w:t>59 (49.17)</w:t>
            </w:r>
          </w:p>
        </w:tc>
        <w:tc>
          <w:tcPr>
            <w:tcW w:w="628" w:type="pct"/>
            <w:vAlign w:val="center"/>
          </w:tcPr>
          <w:p w14:paraId="386702C7"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7" w:type="pct"/>
            <w:vAlign w:val="center"/>
          </w:tcPr>
          <w:p w14:paraId="62E26EF9" w14:textId="77777777" w:rsidR="00032E18" w:rsidRPr="00032E18" w:rsidRDefault="00032E18" w:rsidP="00CD63E1">
            <w:pPr>
              <w:rPr>
                <w:rFonts w:cs="Times New Roman"/>
                <w:sz w:val="20"/>
                <w:szCs w:val="20"/>
              </w:rPr>
            </w:pPr>
            <w:r w:rsidRPr="00032E18">
              <w:rPr>
                <w:rFonts w:cs="Times New Roman"/>
                <w:sz w:val="20"/>
                <w:szCs w:val="20"/>
              </w:rPr>
              <w:t>57 (47.50)</w:t>
            </w:r>
          </w:p>
        </w:tc>
        <w:tc>
          <w:tcPr>
            <w:tcW w:w="630" w:type="pct"/>
            <w:vAlign w:val="center"/>
          </w:tcPr>
          <w:p w14:paraId="23C828C4" w14:textId="77777777" w:rsidR="00032E18" w:rsidRPr="00032E18" w:rsidRDefault="00032E18" w:rsidP="00CD63E1">
            <w:pPr>
              <w:rPr>
                <w:rFonts w:cs="Times New Roman"/>
                <w:sz w:val="20"/>
                <w:szCs w:val="20"/>
              </w:rPr>
            </w:pPr>
            <w:r w:rsidRPr="00032E18">
              <w:rPr>
                <w:rFonts w:cs="Times New Roman"/>
                <w:sz w:val="20"/>
                <w:szCs w:val="20"/>
              </w:rPr>
              <w:t>50 (41.67)</w:t>
            </w:r>
          </w:p>
        </w:tc>
      </w:tr>
      <w:tr w:rsidR="00032E18" w:rsidRPr="00032E18" w14:paraId="4A3FCEDB" w14:textId="77777777" w:rsidTr="00CD63E1">
        <w:tc>
          <w:tcPr>
            <w:tcW w:w="298" w:type="pct"/>
          </w:tcPr>
          <w:p w14:paraId="6F96C230" w14:textId="77777777" w:rsidR="00032E18" w:rsidRPr="00032E18" w:rsidRDefault="00032E18" w:rsidP="00CD63E1">
            <w:pPr>
              <w:spacing w:line="360" w:lineRule="auto"/>
              <w:rPr>
                <w:rFonts w:cs="Times New Roman"/>
                <w:sz w:val="20"/>
                <w:szCs w:val="20"/>
              </w:rPr>
            </w:pPr>
          </w:p>
        </w:tc>
        <w:tc>
          <w:tcPr>
            <w:tcW w:w="1081" w:type="pct"/>
          </w:tcPr>
          <w:p w14:paraId="05A4A400" w14:textId="77777777" w:rsidR="00032E18" w:rsidRPr="00032E18" w:rsidRDefault="00032E18" w:rsidP="00CD63E1">
            <w:pPr>
              <w:rPr>
                <w:rFonts w:cs="Times New Roman"/>
                <w:sz w:val="20"/>
                <w:szCs w:val="20"/>
              </w:rPr>
            </w:pPr>
            <w:r w:rsidRPr="00032E18">
              <w:rPr>
                <w:rFonts w:cs="Times New Roman"/>
                <w:sz w:val="20"/>
                <w:szCs w:val="20"/>
              </w:rPr>
              <w:t>No selection</w:t>
            </w:r>
          </w:p>
        </w:tc>
        <w:tc>
          <w:tcPr>
            <w:tcW w:w="581" w:type="pct"/>
            <w:vAlign w:val="center"/>
          </w:tcPr>
          <w:p w14:paraId="18345185" w14:textId="77777777" w:rsidR="00032E18" w:rsidRPr="00032E18" w:rsidRDefault="00032E18" w:rsidP="00CD63E1">
            <w:pPr>
              <w:rPr>
                <w:rFonts w:cs="Times New Roman"/>
                <w:sz w:val="20"/>
                <w:szCs w:val="20"/>
              </w:rPr>
            </w:pPr>
            <w:r w:rsidRPr="00032E18">
              <w:rPr>
                <w:rFonts w:cs="Times New Roman"/>
                <w:sz w:val="20"/>
                <w:szCs w:val="20"/>
              </w:rPr>
              <w:t>23 (19.16)</w:t>
            </w:r>
          </w:p>
        </w:tc>
        <w:tc>
          <w:tcPr>
            <w:tcW w:w="626" w:type="pct"/>
            <w:vAlign w:val="center"/>
          </w:tcPr>
          <w:p w14:paraId="2A2813AA" w14:textId="77777777" w:rsidR="00032E18" w:rsidRPr="00032E18" w:rsidRDefault="00032E18" w:rsidP="00CD63E1">
            <w:pPr>
              <w:rPr>
                <w:rFonts w:cs="Times New Roman"/>
                <w:sz w:val="20"/>
                <w:szCs w:val="20"/>
              </w:rPr>
            </w:pPr>
            <w:r w:rsidRPr="00032E18">
              <w:rPr>
                <w:rFonts w:cs="Times New Roman"/>
                <w:sz w:val="20"/>
                <w:szCs w:val="20"/>
              </w:rPr>
              <w:t>29 (24.17)</w:t>
            </w:r>
          </w:p>
        </w:tc>
        <w:tc>
          <w:tcPr>
            <w:tcW w:w="579" w:type="pct"/>
            <w:vAlign w:val="center"/>
          </w:tcPr>
          <w:p w14:paraId="5E872B03" w14:textId="77777777" w:rsidR="00032E18" w:rsidRPr="00032E18" w:rsidRDefault="00032E18" w:rsidP="00CD63E1">
            <w:pPr>
              <w:rPr>
                <w:rFonts w:cs="Times New Roman"/>
                <w:sz w:val="20"/>
                <w:szCs w:val="20"/>
              </w:rPr>
            </w:pPr>
            <w:r w:rsidRPr="00032E18">
              <w:rPr>
                <w:rFonts w:cs="Times New Roman"/>
                <w:sz w:val="20"/>
                <w:szCs w:val="20"/>
              </w:rPr>
              <w:t>20 (16.66)</w:t>
            </w:r>
          </w:p>
        </w:tc>
        <w:tc>
          <w:tcPr>
            <w:tcW w:w="628" w:type="pct"/>
            <w:vAlign w:val="center"/>
          </w:tcPr>
          <w:p w14:paraId="0289EC28" w14:textId="77777777" w:rsidR="00032E18" w:rsidRPr="00032E18" w:rsidRDefault="00032E18" w:rsidP="00CD63E1">
            <w:pPr>
              <w:rPr>
                <w:rFonts w:cs="Times New Roman"/>
                <w:sz w:val="20"/>
                <w:szCs w:val="20"/>
              </w:rPr>
            </w:pPr>
            <w:r w:rsidRPr="00032E18">
              <w:rPr>
                <w:rFonts w:cs="Times New Roman"/>
                <w:sz w:val="20"/>
                <w:szCs w:val="20"/>
              </w:rPr>
              <w:t>25 (20.83)</w:t>
            </w:r>
          </w:p>
        </w:tc>
        <w:tc>
          <w:tcPr>
            <w:tcW w:w="577" w:type="pct"/>
            <w:vAlign w:val="center"/>
          </w:tcPr>
          <w:p w14:paraId="00357AC0" w14:textId="77777777" w:rsidR="00032E18" w:rsidRPr="00032E18" w:rsidRDefault="00032E18" w:rsidP="00CD63E1">
            <w:pPr>
              <w:rPr>
                <w:rFonts w:cs="Times New Roman"/>
                <w:sz w:val="20"/>
                <w:szCs w:val="20"/>
              </w:rPr>
            </w:pPr>
            <w:r w:rsidRPr="00032E18">
              <w:rPr>
                <w:rFonts w:cs="Times New Roman"/>
                <w:sz w:val="20"/>
                <w:szCs w:val="20"/>
              </w:rPr>
              <w:t>20 (16.67)</w:t>
            </w:r>
          </w:p>
        </w:tc>
        <w:tc>
          <w:tcPr>
            <w:tcW w:w="630" w:type="pct"/>
            <w:vAlign w:val="center"/>
          </w:tcPr>
          <w:p w14:paraId="1EB2BE6B" w14:textId="77777777" w:rsidR="00032E18" w:rsidRPr="00032E18" w:rsidRDefault="00032E18" w:rsidP="00CD63E1">
            <w:pPr>
              <w:rPr>
                <w:rFonts w:cs="Times New Roman"/>
                <w:sz w:val="20"/>
                <w:szCs w:val="20"/>
              </w:rPr>
            </w:pPr>
            <w:r w:rsidRPr="00032E18">
              <w:rPr>
                <w:rFonts w:cs="Times New Roman"/>
                <w:sz w:val="20"/>
                <w:szCs w:val="20"/>
              </w:rPr>
              <w:t>26 (21.66)</w:t>
            </w:r>
          </w:p>
        </w:tc>
      </w:tr>
      <w:tr w:rsidR="00032E18" w:rsidRPr="00032E18" w14:paraId="14E156E9" w14:textId="77777777" w:rsidTr="00CD63E1">
        <w:tc>
          <w:tcPr>
            <w:tcW w:w="298" w:type="pct"/>
          </w:tcPr>
          <w:p w14:paraId="0CEF75CA"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3.</w:t>
            </w:r>
          </w:p>
        </w:tc>
        <w:tc>
          <w:tcPr>
            <w:tcW w:w="4702" w:type="pct"/>
            <w:gridSpan w:val="7"/>
            <w:vAlign w:val="center"/>
          </w:tcPr>
          <w:p w14:paraId="59866BC5" w14:textId="77777777" w:rsidR="00032E18" w:rsidRPr="00032E18" w:rsidRDefault="00032E18" w:rsidP="00CD63E1">
            <w:pPr>
              <w:rPr>
                <w:rFonts w:cs="Times New Roman"/>
                <w:b/>
                <w:sz w:val="20"/>
                <w:szCs w:val="20"/>
              </w:rPr>
            </w:pPr>
            <w:r w:rsidRPr="00032E18">
              <w:rPr>
                <w:rFonts w:cs="Times New Roman"/>
                <w:b/>
                <w:sz w:val="20"/>
                <w:szCs w:val="20"/>
              </w:rPr>
              <w:t>Brooding method</w:t>
            </w:r>
          </w:p>
        </w:tc>
      </w:tr>
      <w:tr w:rsidR="00032E18" w:rsidRPr="00032E18" w14:paraId="57C7FFD2" w14:textId="77777777" w:rsidTr="00CD63E1">
        <w:tc>
          <w:tcPr>
            <w:tcW w:w="298" w:type="pct"/>
          </w:tcPr>
          <w:p w14:paraId="23CFE32A" w14:textId="77777777" w:rsidR="00032E18" w:rsidRPr="00032E18" w:rsidRDefault="00032E18" w:rsidP="00CD63E1">
            <w:pPr>
              <w:spacing w:line="360" w:lineRule="auto"/>
              <w:rPr>
                <w:rFonts w:cs="Times New Roman"/>
                <w:sz w:val="20"/>
                <w:szCs w:val="20"/>
              </w:rPr>
            </w:pPr>
          </w:p>
        </w:tc>
        <w:tc>
          <w:tcPr>
            <w:tcW w:w="1081" w:type="pct"/>
            <w:vAlign w:val="center"/>
          </w:tcPr>
          <w:p w14:paraId="794A96C6" w14:textId="77777777" w:rsidR="00032E18" w:rsidRPr="00032E18" w:rsidRDefault="00032E18" w:rsidP="00CD63E1">
            <w:pPr>
              <w:rPr>
                <w:rFonts w:cs="Times New Roman"/>
                <w:sz w:val="20"/>
                <w:szCs w:val="20"/>
              </w:rPr>
            </w:pPr>
            <w:r w:rsidRPr="00032E18">
              <w:rPr>
                <w:rFonts w:cs="Times New Roman"/>
                <w:sz w:val="20"/>
                <w:szCs w:val="20"/>
              </w:rPr>
              <w:t>By broody hen</w:t>
            </w:r>
          </w:p>
        </w:tc>
        <w:tc>
          <w:tcPr>
            <w:tcW w:w="581" w:type="pct"/>
          </w:tcPr>
          <w:p w14:paraId="3D8725F0"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6" w:type="pct"/>
          </w:tcPr>
          <w:p w14:paraId="04C73358"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9" w:type="pct"/>
          </w:tcPr>
          <w:p w14:paraId="6909718F"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8" w:type="pct"/>
          </w:tcPr>
          <w:p w14:paraId="2A567CCD"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7" w:type="pct"/>
          </w:tcPr>
          <w:p w14:paraId="52FE95FE"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30" w:type="pct"/>
          </w:tcPr>
          <w:p w14:paraId="0BCD2318" w14:textId="77777777" w:rsidR="00032E18" w:rsidRPr="00032E18" w:rsidRDefault="00032E18" w:rsidP="00CD63E1">
            <w:pPr>
              <w:rPr>
                <w:rFonts w:cs="Times New Roman"/>
                <w:vanish/>
                <w:sz w:val="20"/>
                <w:szCs w:val="20"/>
              </w:rPr>
            </w:pPr>
            <w:r w:rsidRPr="00032E18">
              <w:rPr>
                <w:rFonts w:cs="Times New Roman"/>
                <w:sz w:val="20"/>
                <w:szCs w:val="20"/>
              </w:rPr>
              <w:t>120 (100.00)</w:t>
            </w:r>
          </w:p>
        </w:tc>
      </w:tr>
      <w:tr w:rsidR="00032E18" w:rsidRPr="00032E18" w14:paraId="29B0A2B3" w14:textId="77777777" w:rsidTr="00CD63E1">
        <w:tc>
          <w:tcPr>
            <w:tcW w:w="298" w:type="pct"/>
          </w:tcPr>
          <w:p w14:paraId="2EAE0CA8" w14:textId="77777777" w:rsidR="00032E18" w:rsidRPr="00032E18" w:rsidRDefault="00032E18" w:rsidP="00CD63E1">
            <w:pPr>
              <w:spacing w:line="360" w:lineRule="auto"/>
              <w:rPr>
                <w:rFonts w:cs="Times New Roman"/>
                <w:sz w:val="20"/>
                <w:szCs w:val="20"/>
              </w:rPr>
            </w:pPr>
          </w:p>
        </w:tc>
        <w:tc>
          <w:tcPr>
            <w:tcW w:w="1081" w:type="pct"/>
            <w:vAlign w:val="center"/>
          </w:tcPr>
          <w:p w14:paraId="66285C0D" w14:textId="77777777" w:rsidR="00032E18" w:rsidRPr="00032E18" w:rsidRDefault="00032E18" w:rsidP="00CD63E1">
            <w:pPr>
              <w:rPr>
                <w:rFonts w:cs="Times New Roman"/>
                <w:sz w:val="20"/>
                <w:szCs w:val="20"/>
              </w:rPr>
            </w:pPr>
            <w:r w:rsidRPr="00032E18">
              <w:rPr>
                <w:rFonts w:cs="Times New Roman"/>
                <w:sz w:val="20"/>
                <w:szCs w:val="20"/>
              </w:rPr>
              <w:t>By brooder</w:t>
            </w:r>
          </w:p>
        </w:tc>
        <w:tc>
          <w:tcPr>
            <w:tcW w:w="581" w:type="pct"/>
          </w:tcPr>
          <w:p w14:paraId="35604274" w14:textId="77777777" w:rsidR="00032E18" w:rsidRPr="00032E18" w:rsidRDefault="00032E18" w:rsidP="00CD63E1">
            <w:pPr>
              <w:rPr>
                <w:rFonts w:cs="Times New Roman"/>
                <w:vanish/>
                <w:sz w:val="20"/>
                <w:szCs w:val="20"/>
              </w:rPr>
            </w:pPr>
            <w:r w:rsidRPr="00032E18">
              <w:rPr>
                <w:rFonts w:cs="Times New Roman"/>
                <w:sz w:val="20"/>
                <w:szCs w:val="20"/>
              </w:rPr>
              <w:t>0(0.00)</w:t>
            </w:r>
            <w:r w:rsidRPr="00032E18">
              <w:rPr>
                <w:rFonts w:cs="Times New Roman"/>
                <w:vanish/>
                <w:sz w:val="20"/>
                <w:szCs w:val="20"/>
              </w:rPr>
              <w:t>0 (0.00)</w:t>
            </w:r>
          </w:p>
        </w:tc>
        <w:tc>
          <w:tcPr>
            <w:tcW w:w="626" w:type="pct"/>
          </w:tcPr>
          <w:p w14:paraId="48E22CEA"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579" w:type="pct"/>
          </w:tcPr>
          <w:p w14:paraId="27E1DF81"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628" w:type="pct"/>
          </w:tcPr>
          <w:p w14:paraId="1F48312E"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577" w:type="pct"/>
          </w:tcPr>
          <w:p w14:paraId="2F9378F8"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c>
          <w:tcPr>
            <w:tcW w:w="630" w:type="pct"/>
          </w:tcPr>
          <w:p w14:paraId="479491F8"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 (0.00)</w:t>
            </w:r>
          </w:p>
        </w:tc>
      </w:tr>
      <w:tr w:rsidR="00032E18" w:rsidRPr="00032E18" w14:paraId="4734E1D1" w14:textId="77777777" w:rsidTr="00CD63E1">
        <w:tc>
          <w:tcPr>
            <w:tcW w:w="298" w:type="pct"/>
          </w:tcPr>
          <w:p w14:paraId="785E6B11"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4.</w:t>
            </w:r>
          </w:p>
        </w:tc>
        <w:tc>
          <w:tcPr>
            <w:tcW w:w="4702" w:type="pct"/>
            <w:gridSpan w:val="7"/>
            <w:vAlign w:val="center"/>
          </w:tcPr>
          <w:p w14:paraId="593E544D" w14:textId="77777777" w:rsidR="00032E18" w:rsidRPr="00032E18" w:rsidRDefault="00032E18" w:rsidP="00CD63E1">
            <w:pPr>
              <w:rPr>
                <w:rFonts w:cs="Times New Roman"/>
                <w:b/>
                <w:sz w:val="20"/>
                <w:szCs w:val="20"/>
              </w:rPr>
            </w:pPr>
            <w:r w:rsidRPr="00032E18">
              <w:rPr>
                <w:rFonts w:cs="Times New Roman"/>
                <w:b/>
                <w:sz w:val="20"/>
                <w:szCs w:val="20"/>
              </w:rPr>
              <w:t>Source of chicks or fertile eggs</w:t>
            </w:r>
          </w:p>
        </w:tc>
      </w:tr>
      <w:tr w:rsidR="00032E18" w:rsidRPr="00032E18" w14:paraId="49D71F35" w14:textId="77777777" w:rsidTr="00CD63E1">
        <w:tc>
          <w:tcPr>
            <w:tcW w:w="298" w:type="pct"/>
          </w:tcPr>
          <w:p w14:paraId="52C7F294" w14:textId="77777777" w:rsidR="00032E18" w:rsidRPr="00032E18" w:rsidRDefault="00032E18" w:rsidP="00CD63E1">
            <w:pPr>
              <w:spacing w:line="360" w:lineRule="auto"/>
              <w:rPr>
                <w:rFonts w:cs="Times New Roman"/>
                <w:sz w:val="20"/>
                <w:szCs w:val="20"/>
              </w:rPr>
            </w:pPr>
          </w:p>
        </w:tc>
        <w:tc>
          <w:tcPr>
            <w:tcW w:w="1081" w:type="pct"/>
            <w:vAlign w:val="center"/>
          </w:tcPr>
          <w:p w14:paraId="5BB207EF" w14:textId="77777777" w:rsidR="00032E18" w:rsidRPr="00032E18" w:rsidRDefault="00032E18" w:rsidP="00CD63E1">
            <w:pPr>
              <w:rPr>
                <w:rFonts w:cs="Times New Roman"/>
                <w:sz w:val="20"/>
                <w:szCs w:val="20"/>
              </w:rPr>
            </w:pPr>
            <w:r w:rsidRPr="00032E18">
              <w:rPr>
                <w:rFonts w:cs="Times New Roman"/>
                <w:sz w:val="20"/>
                <w:szCs w:val="20"/>
              </w:rPr>
              <w:t>KVK</w:t>
            </w:r>
          </w:p>
        </w:tc>
        <w:tc>
          <w:tcPr>
            <w:tcW w:w="581" w:type="pct"/>
            <w:vAlign w:val="center"/>
          </w:tcPr>
          <w:p w14:paraId="57E73271" w14:textId="77777777" w:rsidR="00032E18" w:rsidRPr="00032E18" w:rsidRDefault="00032E18" w:rsidP="00CD63E1">
            <w:pPr>
              <w:rPr>
                <w:rFonts w:cs="Times New Roman"/>
                <w:sz w:val="20"/>
                <w:szCs w:val="20"/>
              </w:rPr>
            </w:pPr>
            <w:r w:rsidRPr="00032E18">
              <w:rPr>
                <w:rFonts w:cs="Times New Roman"/>
                <w:sz w:val="20"/>
                <w:szCs w:val="20"/>
              </w:rPr>
              <w:t>47 (39.17)</w:t>
            </w:r>
          </w:p>
        </w:tc>
        <w:tc>
          <w:tcPr>
            <w:tcW w:w="626" w:type="pct"/>
            <w:vAlign w:val="center"/>
          </w:tcPr>
          <w:p w14:paraId="5B86F1FD"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14:paraId="62FE680D" w14:textId="77777777" w:rsidR="00032E18" w:rsidRPr="00032E18" w:rsidRDefault="00032E18" w:rsidP="00CD63E1">
            <w:pPr>
              <w:rPr>
                <w:rFonts w:cs="Times New Roman"/>
                <w:sz w:val="20"/>
                <w:szCs w:val="20"/>
              </w:rPr>
            </w:pPr>
            <w:r w:rsidRPr="00032E18">
              <w:rPr>
                <w:rFonts w:cs="Times New Roman"/>
                <w:sz w:val="20"/>
                <w:szCs w:val="20"/>
              </w:rPr>
              <w:t>49 (40.83)</w:t>
            </w:r>
          </w:p>
        </w:tc>
        <w:tc>
          <w:tcPr>
            <w:tcW w:w="628" w:type="pct"/>
            <w:vAlign w:val="center"/>
          </w:tcPr>
          <w:p w14:paraId="54EA9F33" w14:textId="77777777" w:rsidR="00032E18" w:rsidRPr="00032E18" w:rsidRDefault="00032E18" w:rsidP="00CD63E1">
            <w:pPr>
              <w:rPr>
                <w:rFonts w:cs="Times New Roman"/>
                <w:sz w:val="20"/>
                <w:szCs w:val="20"/>
              </w:rPr>
            </w:pPr>
            <w:r w:rsidRPr="00032E18">
              <w:rPr>
                <w:rFonts w:cs="Times New Roman"/>
                <w:sz w:val="20"/>
                <w:szCs w:val="20"/>
              </w:rPr>
              <w:t>56 (46.67)</w:t>
            </w:r>
          </w:p>
        </w:tc>
        <w:tc>
          <w:tcPr>
            <w:tcW w:w="577" w:type="pct"/>
            <w:vAlign w:val="center"/>
          </w:tcPr>
          <w:p w14:paraId="47EA579F" w14:textId="77777777" w:rsidR="00032E18" w:rsidRPr="00032E18" w:rsidRDefault="00032E18" w:rsidP="00CD63E1">
            <w:pPr>
              <w:rPr>
                <w:rFonts w:cs="Times New Roman"/>
                <w:sz w:val="20"/>
                <w:szCs w:val="20"/>
              </w:rPr>
            </w:pPr>
            <w:r w:rsidRPr="00032E18">
              <w:rPr>
                <w:rFonts w:cs="Times New Roman"/>
                <w:sz w:val="20"/>
                <w:szCs w:val="20"/>
              </w:rPr>
              <w:t>45 (37.50)</w:t>
            </w:r>
          </w:p>
        </w:tc>
        <w:tc>
          <w:tcPr>
            <w:tcW w:w="630" w:type="pct"/>
            <w:vAlign w:val="center"/>
          </w:tcPr>
          <w:p w14:paraId="04303E6A" w14:textId="77777777" w:rsidR="00032E18" w:rsidRPr="00032E18" w:rsidRDefault="00032E18" w:rsidP="00CD63E1">
            <w:pPr>
              <w:rPr>
                <w:rFonts w:cs="Times New Roman"/>
                <w:sz w:val="20"/>
                <w:szCs w:val="20"/>
              </w:rPr>
            </w:pPr>
            <w:r w:rsidRPr="00032E18">
              <w:rPr>
                <w:rFonts w:cs="Times New Roman"/>
                <w:sz w:val="20"/>
                <w:szCs w:val="20"/>
              </w:rPr>
              <w:t>51 (42.50)</w:t>
            </w:r>
          </w:p>
        </w:tc>
      </w:tr>
      <w:tr w:rsidR="00032E18" w:rsidRPr="00032E18" w14:paraId="0FEA3A13" w14:textId="77777777" w:rsidTr="00CD63E1">
        <w:tc>
          <w:tcPr>
            <w:tcW w:w="298" w:type="pct"/>
          </w:tcPr>
          <w:p w14:paraId="5CD4FEA8" w14:textId="77777777" w:rsidR="00032E18" w:rsidRPr="00032E18" w:rsidRDefault="00032E18" w:rsidP="00CD63E1">
            <w:pPr>
              <w:spacing w:line="360" w:lineRule="auto"/>
              <w:rPr>
                <w:rFonts w:cs="Times New Roman"/>
                <w:sz w:val="20"/>
                <w:szCs w:val="20"/>
              </w:rPr>
            </w:pPr>
          </w:p>
        </w:tc>
        <w:tc>
          <w:tcPr>
            <w:tcW w:w="1081" w:type="pct"/>
          </w:tcPr>
          <w:p w14:paraId="723A5B07" w14:textId="77777777" w:rsidR="00032E18" w:rsidRPr="00032E18" w:rsidRDefault="00032E18" w:rsidP="00CD63E1">
            <w:pPr>
              <w:rPr>
                <w:rFonts w:cs="Times New Roman"/>
                <w:sz w:val="20"/>
                <w:szCs w:val="20"/>
              </w:rPr>
            </w:pPr>
            <w:r w:rsidRPr="00032E18">
              <w:rPr>
                <w:rFonts w:cs="Times New Roman"/>
                <w:sz w:val="20"/>
                <w:szCs w:val="20"/>
              </w:rPr>
              <w:t>Home hatching</w:t>
            </w:r>
          </w:p>
        </w:tc>
        <w:tc>
          <w:tcPr>
            <w:tcW w:w="581" w:type="pct"/>
            <w:vAlign w:val="center"/>
          </w:tcPr>
          <w:p w14:paraId="43C3203E" w14:textId="77777777" w:rsidR="00032E18" w:rsidRPr="00032E18" w:rsidRDefault="00032E18" w:rsidP="00CD63E1">
            <w:pPr>
              <w:rPr>
                <w:rFonts w:cs="Times New Roman"/>
                <w:sz w:val="20"/>
                <w:szCs w:val="20"/>
              </w:rPr>
            </w:pPr>
            <w:r w:rsidRPr="00032E18">
              <w:rPr>
                <w:rFonts w:cs="Times New Roman"/>
                <w:sz w:val="20"/>
                <w:szCs w:val="20"/>
              </w:rPr>
              <w:t>54 (45.00)</w:t>
            </w:r>
          </w:p>
        </w:tc>
        <w:tc>
          <w:tcPr>
            <w:tcW w:w="626" w:type="pct"/>
            <w:vAlign w:val="center"/>
          </w:tcPr>
          <w:p w14:paraId="2FB8B860"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14:paraId="5C860A26" w14:textId="77777777" w:rsidR="00032E18" w:rsidRPr="00032E18" w:rsidRDefault="00032E18" w:rsidP="00CD63E1">
            <w:pPr>
              <w:rPr>
                <w:rFonts w:cs="Times New Roman"/>
                <w:sz w:val="20"/>
                <w:szCs w:val="20"/>
              </w:rPr>
            </w:pPr>
            <w:r w:rsidRPr="00032E18">
              <w:rPr>
                <w:rFonts w:cs="Times New Roman"/>
                <w:sz w:val="20"/>
                <w:szCs w:val="20"/>
              </w:rPr>
              <w:t>50 (41.46)</w:t>
            </w:r>
          </w:p>
        </w:tc>
        <w:tc>
          <w:tcPr>
            <w:tcW w:w="628" w:type="pct"/>
            <w:vAlign w:val="center"/>
          </w:tcPr>
          <w:p w14:paraId="1D403464" w14:textId="77777777" w:rsidR="00032E18" w:rsidRPr="00032E18" w:rsidRDefault="00032E18" w:rsidP="00CD63E1">
            <w:pPr>
              <w:rPr>
                <w:rFonts w:cs="Times New Roman"/>
                <w:sz w:val="20"/>
                <w:szCs w:val="20"/>
              </w:rPr>
            </w:pPr>
            <w:r w:rsidRPr="00032E18">
              <w:rPr>
                <w:rFonts w:cs="Times New Roman"/>
                <w:sz w:val="20"/>
                <w:szCs w:val="20"/>
              </w:rPr>
              <w:t>48 (40.00)</w:t>
            </w:r>
          </w:p>
        </w:tc>
        <w:tc>
          <w:tcPr>
            <w:tcW w:w="577" w:type="pct"/>
            <w:vAlign w:val="center"/>
          </w:tcPr>
          <w:p w14:paraId="432698F9" w14:textId="77777777" w:rsidR="00032E18" w:rsidRPr="00032E18" w:rsidRDefault="00032E18" w:rsidP="00CD63E1">
            <w:pPr>
              <w:rPr>
                <w:rFonts w:cs="Times New Roman"/>
                <w:sz w:val="20"/>
                <w:szCs w:val="20"/>
              </w:rPr>
            </w:pPr>
            <w:r w:rsidRPr="00032E18">
              <w:rPr>
                <w:rFonts w:cs="Times New Roman"/>
                <w:sz w:val="20"/>
                <w:szCs w:val="20"/>
              </w:rPr>
              <w:t>55 (45.83)</w:t>
            </w:r>
          </w:p>
        </w:tc>
        <w:tc>
          <w:tcPr>
            <w:tcW w:w="630" w:type="pct"/>
            <w:vAlign w:val="center"/>
          </w:tcPr>
          <w:p w14:paraId="3AC76E96" w14:textId="77777777" w:rsidR="00032E18" w:rsidRPr="00032E18" w:rsidRDefault="00032E18" w:rsidP="00CD63E1">
            <w:pPr>
              <w:rPr>
                <w:rFonts w:cs="Times New Roman"/>
                <w:sz w:val="20"/>
                <w:szCs w:val="20"/>
              </w:rPr>
            </w:pPr>
            <w:r w:rsidRPr="00032E18">
              <w:rPr>
                <w:rFonts w:cs="Times New Roman"/>
                <w:sz w:val="20"/>
                <w:szCs w:val="20"/>
              </w:rPr>
              <w:t>54 (45.00)</w:t>
            </w:r>
          </w:p>
        </w:tc>
      </w:tr>
      <w:tr w:rsidR="00032E18" w:rsidRPr="00032E18" w14:paraId="512407EC" w14:textId="77777777" w:rsidTr="00CD63E1">
        <w:tc>
          <w:tcPr>
            <w:tcW w:w="298" w:type="pct"/>
          </w:tcPr>
          <w:p w14:paraId="27C2AC9E" w14:textId="77777777" w:rsidR="00032E18" w:rsidRPr="00032E18" w:rsidRDefault="00032E18" w:rsidP="00CD63E1">
            <w:pPr>
              <w:spacing w:line="360" w:lineRule="auto"/>
              <w:rPr>
                <w:rFonts w:cs="Times New Roman"/>
                <w:sz w:val="20"/>
                <w:szCs w:val="20"/>
              </w:rPr>
            </w:pPr>
          </w:p>
        </w:tc>
        <w:tc>
          <w:tcPr>
            <w:tcW w:w="1081" w:type="pct"/>
          </w:tcPr>
          <w:p w14:paraId="7264E856" w14:textId="77777777" w:rsidR="00032E18" w:rsidRPr="00032E18" w:rsidRDefault="00032E18" w:rsidP="00CD63E1">
            <w:pPr>
              <w:rPr>
                <w:rFonts w:cs="Times New Roman"/>
                <w:sz w:val="20"/>
                <w:szCs w:val="20"/>
              </w:rPr>
            </w:pPr>
            <w:proofErr w:type="spellStart"/>
            <w:r w:rsidRPr="00032E18">
              <w:rPr>
                <w:rFonts w:cs="Times New Roman"/>
                <w:sz w:val="20"/>
                <w:szCs w:val="20"/>
              </w:rPr>
              <w:t>Neighbours</w:t>
            </w:r>
            <w:proofErr w:type="spellEnd"/>
          </w:p>
        </w:tc>
        <w:tc>
          <w:tcPr>
            <w:tcW w:w="581" w:type="pct"/>
            <w:vAlign w:val="center"/>
          </w:tcPr>
          <w:p w14:paraId="24321B43" w14:textId="77777777" w:rsidR="00032E18" w:rsidRPr="00032E18" w:rsidRDefault="00032E18" w:rsidP="00CD63E1">
            <w:pPr>
              <w:rPr>
                <w:rFonts w:cs="Times New Roman"/>
                <w:sz w:val="20"/>
                <w:szCs w:val="20"/>
              </w:rPr>
            </w:pPr>
            <w:r w:rsidRPr="00032E18">
              <w:rPr>
                <w:rFonts w:cs="Times New Roman"/>
                <w:sz w:val="20"/>
                <w:szCs w:val="20"/>
              </w:rPr>
              <w:t>19 (15.83)</w:t>
            </w:r>
          </w:p>
        </w:tc>
        <w:tc>
          <w:tcPr>
            <w:tcW w:w="626" w:type="pct"/>
            <w:vAlign w:val="center"/>
          </w:tcPr>
          <w:p w14:paraId="314CA219" w14:textId="77777777" w:rsidR="00032E18" w:rsidRPr="00032E18" w:rsidRDefault="00032E18" w:rsidP="00CD63E1">
            <w:pPr>
              <w:rPr>
                <w:rFonts w:cs="Times New Roman"/>
                <w:sz w:val="20"/>
                <w:szCs w:val="20"/>
              </w:rPr>
            </w:pPr>
            <w:r w:rsidRPr="00032E18">
              <w:rPr>
                <w:rFonts w:cs="Times New Roman"/>
                <w:sz w:val="20"/>
                <w:szCs w:val="20"/>
              </w:rPr>
              <w:t>14 (11.67)</w:t>
            </w:r>
          </w:p>
        </w:tc>
        <w:tc>
          <w:tcPr>
            <w:tcW w:w="579" w:type="pct"/>
            <w:vAlign w:val="center"/>
          </w:tcPr>
          <w:p w14:paraId="63F35ADE" w14:textId="77777777" w:rsidR="00032E18" w:rsidRPr="00032E18" w:rsidRDefault="00032E18" w:rsidP="00CD63E1">
            <w:pPr>
              <w:rPr>
                <w:rFonts w:cs="Times New Roman"/>
                <w:sz w:val="20"/>
                <w:szCs w:val="20"/>
              </w:rPr>
            </w:pPr>
            <w:r w:rsidRPr="00032E18">
              <w:rPr>
                <w:rFonts w:cs="Times New Roman"/>
                <w:sz w:val="20"/>
                <w:szCs w:val="20"/>
              </w:rPr>
              <w:t>21 (17.50)</w:t>
            </w:r>
          </w:p>
        </w:tc>
        <w:tc>
          <w:tcPr>
            <w:tcW w:w="628" w:type="pct"/>
            <w:vAlign w:val="center"/>
          </w:tcPr>
          <w:p w14:paraId="09F1E2EC" w14:textId="77777777" w:rsidR="00032E18" w:rsidRPr="00032E18" w:rsidRDefault="00032E18" w:rsidP="00CD63E1">
            <w:pPr>
              <w:rPr>
                <w:rFonts w:cs="Times New Roman"/>
                <w:sz w:val="20"/>
                <w:szCs w:val="20"/>
              </w:rPr>
            </w:pPr>
            <w:r w:rsidRPr="00032E18">
              <w:rPr>
                <w:rFonts w:cs="Times New Roman"/>
                <w:sz w:val="20"/>
                <w:szCs w:val="20"/>
              </w:rPr>
              <w:t>16 (13.33)</w:t>
            </w:r>
          </w:p>
        </w:tc>
        <w:tc>
          <w:tcPr>
            <w:tcW w:w="577" w:type="pct"/>
            <w:vAlign w:val="center"/>
          </w:tcPr>
          <w:p w14:paraId="1F9B3D45" w14:textId="77777777" w:rsidR="00032E18" w:rsidRPr="00032E18" w:rsidRDefault="00032E18" w:rsidP="00CD63E1">
            <w:pPr>
              <w:rPr>
                <w:rFonts w:cs="Times New Roman"/>
                <w:sz w:val="20"/>
                <w:szCs w:val="20"/>
              </w:rPr>
            </w:pPr>
            <w:r w:rsidRPr="00032E18">
              <w:rPr>
                <w:rFonts w:cs="Times New Roman"/>
                <w:sz w:val="20"/>
                <w:szCs w:val="20"/>
              </w:rPr>
              <w:t>20 (16.67)</w:t>
            </w:r>
          </w:p>
        </w:tc>
        <w:tc>
          <w:tcPr>
            <w:tcW w:w="630" w:type="pct"/>
            <w:vAlign w:val="center"/>
          </w:tcPr>
          <w:p w14:paraId="218A4920" w14:textId="77777777" w:rsidR="00032E18" w:rsidRPr="00032E18" w:rsidRDefault="00032E18" w:rsidP="00CD63E1">
            <w:pPr>
              <w:rPr>
                <w:rFonts w:cs="Times New Roman"/>
                <w:sz w:val="20"/>
                <w:szCs w:val="20"/>
              </w:rPr>
            </w:pPr>
            <w:r w:rsidRPr="00032E18">
              <w:rPr>
                <w:rFonts w:cs="Times New Roman"/>
                <w:sz w:val="20"/>
                <w:szCs w:val="20"/>
              </w:rPr>
              <w:t>15 (12.50)</w:t>
            </w:r>
          </w:p>
        </w:tc>
      </w:tr>
      <w:tr w:rsidR="00032E18" w:rsidRPr="00032E18" w14:paraId="5E8B819E" w14:textId="77777777" w:rsidTr="00CD63E1">
        <w:tc>
          <w:tcPr>
            <w:tcW w:w="298" w:type="pct"/>
          </w:tcPr>
          <w:p w14:paraId="6E50C485" w14:textId="77777777" w:rsidR="00032E18" w:rsidRPr="00032E18" w:rsidRDefault="00032E18" w:rsidP="00CD63E1">
            <w:pPr>
              <w:spacing w:line="360" w:lineRule="auto"/>
              <w:rPr>
                <w:rFonts w:cs="Times New Roman"/>
                <w:b/>
                <w:sz w:val="20"/>
                <w:szCs w:val="20"/>
              </w:rPr>
            </w:pPr>
          </w:p>
        </w:tc>
        <w:tc>
          <w:tcPr>
            <w:tcW w:w="1081" w:type="pct"/>
          </w:tcPr>
          <w:p w14:paraId="2B900FB7" w14:textId="77777777" w:rsidR="00032E18" w:rsidRPr="00032E18" w:rsidRDefault="00032E18" w:rsidP="00CD63E1">
            <w:pPr>
              <w:rPr>
                <w:rFonts w:cs="Times New Roman"/>
                <w:sz w:val="20"/>
                <w:szCs w:val="20"/>
              </w:rPr>
            </w:pPr>
            <w:r w:rsidRPr="00032E18">
              <w:rPr>
                <w:rFonts w:cs="Times New Roman"/>
                <w:sz w:val="20"/>
                <w:szCs w:val="20"/>
              </w:rPr>
              <w:t>Govt. or private hatchery</w:t>
            </w:r>
          </w:p>
        </w:tc>
        <w:tc>
          <w:tcPr>
            <w:tcW w:w="581" w:type="pct"/>
          </w:tcPr>
          <w:p w14:paraId="50B79A73" w14:textId="77777777" w:rsidR="00032E18" w:rsidRPr="00032E18" w:rsidRDefault="00032E18" w:rsidP="00CD63E1">
            <w:pPr>
              <w:rPr>
                <w:rFonts w:cs="Times New Roman"/>
                <w:vanish/>
                <w:sz w:val="20"/>
                <w:szCs w:val="20"/>
              </w:rPr>
            </w:pPr>
            <w:r w:rsidRPr="00032E18">
              <w:rPr>
                <w:rFonts w:cs="Times New Roman"/>
                <w:sz w:val="20"/>
                <w:szCs w:val="20"/>
              </w:rPr>
              <w:t>0 (0.00)</w:t>
            </w:r>
            <w:r w:rsidRPr="00032E18">
              <w:rPr>
                <w:rFonts w:cs="Times New Roman"/>
                <w:vanish/>
                <w:sz w:val="20"/>
                <w:szCs w:val="20"/>
              </w:rPr>
              <w:t>0</w:t>
            </w:r>
          </w:p>
        </w:tc>
        <w:tc>
          <w:tcPr>
            <w:tcW w:w="626" w:type="pct"/>
          </w:tcPr>
          <w:p w14:paraId="2EAD05BF" w14:textId="77777777" w:rsidR="00032E18" w:rsidRPr="00032E18" w:rsidRDefault="00032E18" w:rsidP="00CD63E1">
            <w:pPr>
              <w:rPr>
                <w:rFonts w:cs="Times New Roman"/>
                <w:sz w:val="20"/>
                <w:szCs w:val="20"/>
              </w:rPr>
            </w:pPr>
            <w:r w:rsidRPr="00032E18">
              <w:rPr>
                <w:rFonts w:cs="Times New Roman"/>
                <w:sz w:val="20"/>
                <w:szCs w:val="20"/>
              </w:rPr>
              <w:t>0 (0.00)</w:t>
            </w:r>
          </w:p>
        </w:tc>
        <w:tc>
          <w:tcPr>
            <w:tcW w:w="579" w:type="pct"/>
          </w:tcPr>
          <w:p w14:paraId="3EC22D4E" w14:textId="77777777" w:rsidR="00032E18" w:rsidRPr="00032E18" w:rsidRDefault="00032E18" w:rsidP="00CD63E1">
            <w:pPr>
              <w:rPr>
                <w:rFonts w:cs="Times New Roman"/>
                <w:sz w:val="20"/>
                <w:szCs w:val="20"/>
              </w:rPr>
            </w:pPr>
            <w:r w:rsidRPr="00032E18">
              <w:rPr>
                <w:rFonts w:cs="Times New Roman"/>
                <w:sz w:val="20"/>
                <w:szCs w:val="20"/>
              </w:rPr>
              <w:t>0 (0.00)</w:t>
            </w:r>
          </w:p>
        </w:tc>
        <w:tc>
          <w:tcPr>
            <w:tcW w:w="628" w:type="pct"/>
          </w:tcPr>
          <w:p w14:paraId="3A50D6AA" w14:textId="77777777" w:rsidR="00032E18" w:rsidRPr="00032E18" w:rsidRDefault="00032E18" w:rsidP="00CD63E1">
            <w:pPr>
              <w:rPr>
                <w:rFonts w:cs="Times New Roman"/>
                <w:sz w:val="20"/>
                <w:szCs w:val="20"/>
              </w:rPr>
            </w:pPr>
            <w:r w:rsidRPr="00032E18">
              <w:rPr>
                <w:rFonts w:cs="Times New Roman"/>
                <w:sz w:val="20"/>
                <w:szCs w:val="20"/>
              </w:rPr>
              <w:t>0 (0.00)</w:t>
            </w:r>
          </w:p>
        </w:tc>
        <w:tc>
          <w:tcPr>
            <w:tcW w:w="577" w:type="pct"/>
          </w:tcPr>
          <w:p w14:paraId="4A47FC9E" w14:textId="77777777" w:rsidR="00032E18" w:rsidRPr="00032E18" w:rsidRDefault="00032E18" w:rsidP="00CD63E1">
            <w:pPr>
              <w:rPr>
                <w:rFonts w:cs="Times New Roman"/>
                <w:sz w:val="20"/>
                <w:szCs w:val="20"/>
              </w:rPr>
            </w:pPr>
            <w:r w:rsidRPr="00032E18">
              <w:rPr>
                <w:rFonts w:cs="Times New Roman"/>
                <w:sz w:val="20"/>
                <w:szCs w:val="20"/>
              </w:rPr>
              <w:t>0 (0.00)</w:t>
            </w:r>
          </w:p>
        </w:tc>
        <w:tc>
          <w:tcPr>
            <w:tcW w:w="630" w:type="pct"/>
          </w:tcPr>
          <w:p w14:paraId="46B31077" w14:textId="77777777" w:rsidR="00032E18" w:rsidRPr="00032E18" w:rsidRDefault="00032E18" w:rsidP="00CD63E1">
            <w:pPr>
              <w:rPr>
                <w:rFonts w:cs="Times New Roman"/>
                <w:sz w:val="20"/>
                <w:szCs w:val="20"/>
              </w:rPr>
            </w:pPr>
            <w:r w:rsidRPr="00032E18">
              <w:rPr>
                <w:rFonts w:cs="Times New Roman"/>
                <w:sz w:val="20"/>
                <w:szCs w:val="20"/>
              </w:rPr>
              <w:t>0 (0.00)</w:t>
            </w:r>
          </w:p>
        </w:tc>
      </w:tr>
      <w:tr w:rsidR="00032E18" w:rsidRPr="00032E18" w14:paraId="2E256DD9" w14:textId="77777777" w:rsidTr="00CD63E1">
        <w:tc>
          <w:tcPr>
            <w:tcW w:w="298" w:type="pct"/>
          </w:tcPr>
          <w:p w14:paraId="28F862D1"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5.</w:t>
            </w:r>
          </w:p>
        </w:tc>
        <w:tc>
          <w:tcPr>
            <w:tcW w:w="4702" w:type="pct"/>
            <w:gridSpan w:val="7"/>
          </w:tcPr>
          <w:p w14:paraId="5BF3AC4A" w14:textId="77777777" w:rsidR="00032E18" w:rsidRPr="00032E18" w:rsidRDefault="00032E18" w:rsidP="00CD63E1">
            <w:pPr>
              <w:rPr>
                <w:rFonts w:cs="Times New Roman"/>
                <w:b/>
                <w:sz w:val="20"/>
                <w:szCs w:val="20"/>
              </w:rPr>
            </w:pPr>
            <w:r w:rsidRPr="00032E18">
              <w:rPr>
                <w:rFonts w:cs="Times New Roman"/>
                <w:b/>
                <w:sz w:val="20"/>
                <w:szCs w:val="20"/>
              </w:rPr>
              <w:t>Breeding method</w:t>
            </w:r>
          </w:p>
        </w:tc>
      </w:tr>
      <w:tr w:rsidR="00032E18" w:rsidRPr="00032E18" w14:paraId="7DC7ECE0" w14:textId="77777777" w:rsidTr="00CD63E1">
        <w:tc>
          <w:tcPr>
            <w:tcW w:w="298" w:type="pct"/>
          </w:tcPr>
          <w:p w14:paraId="6CF3E4F0" w14:textId="77777777" w:rsidR="00032E18" w:rsidRPr="00032E18" w:rsidRDefault="00032E18" w:rsidP="00CD63E1">
            <w:pPr>
              <w:spacing w:line="360" w:lineRule="auto"/>
              <w:rPr>
                <w:rFonts w:cs="Times New Roman"/>
                <w:b/>
                <w:sz w:val="20"/>
                <w:szCs w:val="20"/>
              </w:rPr>
            </w:pPr>
          </w:p>
        </w:tc>
        <w:tc>
          <w:tcPr>
            <w:tcW w:w="1081" w:type="pct"/>
          </w:tcPr>
          <w:p w14:paraId="63A2B37C" w14:textId="77777777" w:rsidR="00032E18" w:rsidRPr="00032E18" w:rsidRDefault="00032E18" w:rsidP="00CD63E1">
            <w:pPr>
              <w:rPr>
                <w:rFonts w:cs="Times New Roman"/>
                <w:sz w:val="20"/>
                <w:szCs w:val="20"/>
              </w:rPr>
            </w:pPr>
            <w:r w:rsidRPr="00032E18">
              <w:rPr>
                <w:rFonts w:cs="Times New Roman"/>
                <w:sz w:val="20"/>
                <w:szCs w:val="20"/>
              </w:rPr>
              <w:t>Artificial insemination</w:t>
            </w:r>
          </w:p>
        </w:tc>
        <w:tc>
          <w:tcPr>
            <w:tcW w:w="581" w:type="pct"/>
          </w:tcPr>
          <w:p w14:paraId="73CC9641"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626" w:type="pct"/>
          </w:tcPr>
          <w:p w14:paraId="0AAD1F46"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579" w:type="pct"/>
          </w:tcPr>
          <w:p w14:paraId="2E956406"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628" w:type="pct"/>
          </w:tcPr>
          <w:p w14:paraId="342AF85F"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577" w:type="pct"/>
          </w:tcPr>
          <w:p w14:paraId="6F872535" w14:textId="77777777" w:rsidR="00032E18" w:rsidRPr="00032E18" w:rsidRDefault="00032E18" w:rsidP="00CD63E1">
            <w:pPr>
              <w:rPr>
                <w:rFonts w:cs="Times New Roman"/>
                <w:vanish/>
                <w:sz w:val="20"/>
                <w:szCs w:val="20"/>
              </w:rPr>
            </w:pPr>
            <w:r w:rsidRPr="00032E18">
              <w:rPr>
                <w:rFonts w:cs="Times New Roman"/>
                <w:sz w:val="20"/>
                <w:szCs w:val="20"/>
              </w:rPr>
              <w:t>0 (0.00)</w:t>
            </w:r>
          </w:p>
        </w:tc>
        <w:tc>
          <w:tcPr>
            <w:tcW w:w="630" w:type="pct"/>
          </w:tcPr>
          <w:p w14:paraId="2EAB5425" w14:textId="77777777" w:rsidR="00032E18" w:rsidRPr="00032E18" w:rsidRDefault="00032E18" w:rsidP="00CD63E1">
            <w:pPr>
              <w:rPr>
                <w:rFonts w:cs="Times New Roman"/>
                <w:vanish/>
                <w:sz w:val="20"/>
                <w:szCs w:val="20"/>
              </w:rPr>
            </w:pPr>
            <w:r w:rsidRPr="00032E18">
              <w:rPr>
                <w:rFonts w:cs="Times New Roman"/>
                <w:sz w:val="20"/>
                <w:szCs w:val="20"/>
              </w:rPr>
              <w:t>0 (0.00)</w:t>
            </w:r>
          </w:p>
        </w:tc>
      </w:tr>
      <w:tr w:rsidR="00032E18" w:rsidRPr="00032E18" w14:paraId="19C06DA8" w14:textId="77777777" w:rsidTr="00CD63E1">
        <w:tc>
          <w:tcPr>
            <w:tcW w:w="298" w:type="pct"/>
          </w:tcPr>
          <w:p w14:paraId="79D73A9E" w14:textId="77777777" w:rsidR="00032E18" w:rsidRPr="00032E18" w:rsidRDefault="00032E18" w:rsidP="00CD63E1">
            <w:pPr>
              <w:spacing w:line="360" w:lineRule="auto"/>
              <w:rPr>
                <w:rFonts w:cs="Times New Roman"/>
                <w:b/>
                <w:sz w:val="20"/>
                <w:szCs w:val="20"/>
              </w:rPr>
            </w:pPr>
          </w:p>
        </w:tc>
        <w:tc>
          <w:tcPr>
            <w:tcW w:w="1081" w:type="pct"/>
          </w:tcPr>
          <w:p w14:paraId="50F0B94E" w14:textId="77777777" w:rsidR="00032E18" w:rsidRPr="00032E18" w:rsidRDefault="00032E18" w:rsidP="00CD63E1">
            <w:pPr>
              <w:rPr>
                <w:rFonts w:cs="Times New Roman"/>
                <w:sz w:val="20"/>
                <w:szCs w:val="20"/>
              </w:rPr>
            </w:pPr>
            <w:r w:rsidRPr="00032E18">
              <w:rPr>
                <w:rFonts w:cs="Times New Roman"/>
                <w:sz w:val="20"/>
                <w:szCs w:val="20"/>
              </w:rPr>
              <w:t>Natural breeding</w:t>
            </w:r>
          </w:p>
        </w:tc>
        <w:tc>
          <w:tcPr>
            <w:tcW w:w="581" w:type="pct"/>
          </w:tcPr>
          <w:p w14:paraId="3E01D38E"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6" w:type="pct"/>
          </w:tcPr>
          <w:p w14:paraId="671DCFD7"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9" w:type="pct"/>
          </w:tcPr>
          <w:p w14:paraId="7DBB6276"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28" w:type="pct"/>
          </w:tcPr>
          <w:p w14:paraId="18BD56A2"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577" w:type="pct"/>
          </w:tcPr>
          <w:p w14:paraId="32B151CE" w14:textId="77777777" w:rsidR="00032E18" w:rsidRPr="00032E18" w:rsidRDefault="00032E18" w:rsidP="00CD63E1">
            <w:pPr>
              <w:rPr>
                <w:rFonts w:cs="Times New Roman"/>
                <w:vanish/>
                <w:sz w:val="20"/>
                <w:szCs w:val="20"/>
              </w:rPr>
            </w:pPr>
            <w:r w:rsidRPr="00032E18">
              <w:rPr>
                <w:rFonts w:cs="Times New Roman"/>
                <w:sz w:val="20"/>
                <w:szCs w:val="20"/>
              </w:rPr>
              <w:t>120 (100.00)</w:t>
            </w:r>
          </w:p>
        </w:tc>
        <w:tc>
          <w:tcPr>
            <w:tcW w:w="630" w:type="pct"/>
          </w:tcPr>
          <w:p w14:paraId="579C1437" w14:textId="77777777" w:rsidR="00032E18" w:rsidRPr="00032E18" w:rsidRDefault="00032E18" w:rsidP="00CD63E1">
            <w:pPr>
              <w:rPr>
                <w:rFonts w:cs="Times New Roman"/>
                <w:vanish/>
                <w:sz w:val="20"/>
                <w:szCs w:val="20"/>
              </w:rPr>
            </w:pPr>
            <w:r w:rsidRPr="00032E18">
              <w:rPr>
                <w:rFonts w:cs="Times New Roman"/>
                <w:sz w:val="20"/>
                <w:szCs w:val="20"/>
              </w:rPr>
              <w:t>120 (100.00)</w:t>
            </w:r>
          </w:p>
        </w:tc>
      </w:tr>
      <w:tr w:rsidR="00032E18" w:rsidRPr="00032E18" w14:paraId="35B3A6F6" w14:textId="77777777" w:rsidTr="00CD63E1">
        <w:tc>
          <w:tcPr>
            <w:tcW w:w="298" w:type="pct"/>
          </w:tcPr>
          <w:p w14:paraId="063B7A2F"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6.</w:t>
            </w:r>
          </w:p>
        </w:tc>
        <w:tc>
          <w:tcPr>
            <w:tcW w:w="4702" w:type="pct"/>
            <w:gridSpan w:val="7"/>
          </w:tcPr>
          <w:p w14:paraId="32CB20BC"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Maintenance of male: female ratio</w:t>
            </w:r>
          </w:p>
        </w:tc>
      </w:tr>
      <w:tr w:rsidR="00032E18" w:rsidRPr="00032E18" w14:paraId="1E3122A6" w14:textId="77777777" w:rsidTr="00CD63E1">
        <w:tc>
          <w:tcPr>
            <w:tcW w:w="298" w:type="pct"/>
          </w:tcPr>
          <w:p w14:paraId="4818FCF7" w14:textId="77777777" w:rsidR="00032E18" w:rsidRPr="00032E18" w:rsidRDefault="00032E18" w:rsidP="00CD63E1">
            <w:pPr>
              <w:spacing w:line="360" w:lineRule="auto"/>
              <w:rPr>
                <w:rFonts w:cs="Times New Roman"/>
                <w:sz w:val="20"/>
                <w:szCs w:val="20"/>
              </w:rPr>
            </w:pPr>
          </w:p>
        </w:tc>
        <w:tc>
          <w:tcPr>
            <w:tcW w:w="1081" w:type="pct"/>
          </w:tcPr>
          <w:p w14:paraId="01AD6228" w14:textId="77777777" w:rsidR="00032E18" w:rsidRPr="00032E18" w:rsidRDefault="00032E18" w:rsidP="00CD63E1">
            <w:pPr>
              <w:rPr>
                <w:rFonts w:cs="Times New Roman"/>
                <w:sz w:val="20"/>
                <w:szCs w:val="20"/>
              </w:rPr>
            </w:pPr>
            <w:r w:rsidRPr="00032E18">
              <w:rPr>
                <w:rFonts w:cs="Times New Roman"/>
                <w:sz w:val="20"/>
                <w:szCs w:val="20"/>
              </w:rPr>
              <w:t>Yes</w:t>
            </w:r>
          </w:p>
        </w:tc>
        <w:tc>
          <w:tcPr>
            <w:tcW w:w="581" w:type="pct"/>
            <w:vAlign w:val="center"/>
          </w:tcPr>
          <w:p w14:paraId="739B4483" w14:textId="77777777" w:rsidR="00032E18" w:rsidRPr="00032E18" w:rsidRDefault="00032E18" w:rsidP="00CD63E1">
            <w:pPr>
              <w:rPr>
                <w:rFonts w:cs="Times New Roman"/>
                <w:sz w:val="20"/>
                <w:szCs w:val="20"/>
              </w:rPr>
            </w:pPr>
            <w:r w:rsidRPr="00032E18">
              <w:rPr>
                <w:rFonts w:cs="Times New Roman"/>
                <w:sz w:val="20"/>
                <w:szCs w:val="20"/>
              </w:rPr>
              <w:t>39 (32.50)</w:t>
            </w:r>
          </w:p>
        </w:tc>
        <w:tc>
          <w:tcPr>
            <w:tcW w:w="626" w:type="pct"/>
            <w:vAlign w:val="center"/>
          </w:tcPr>
          <w:p w14:paraId="26A04756" w14:textId="77777777" w:rsidR="00032E18" w:rsidRPr="00032E18" w:rsidRDefault="00032E18" w:rsidP="00CD63E1">
            <w:pPr>
              <w:rPr>
                <w:rFonts w:cs="Times New Roman"/>
                <w:sz w:val="20"/>
                <w:szCs w:val="20"/>
              </w:rPr>
            </w:pPr>
            <w:r w:rsidRPr="00032E18">
              <w:rPr>
                <w:rFonts w:cs="Times New Roman"/>
                <w:sz w:val="20"/>
                <w:szCs w:val="20"/>
              </w:rPr>
              <w:t>34 (28.33)</w:t>
            </w:r>
          </w:p>
        </w:tc>
        <w:tc>
          <w:tcPr>
            <w:tcW w:w="579" w:type="pct"/>
            <w:vAlign w:val="center"/>
          </w:tcPr>
          <w:p w14:paraId="6DDD6E74" w14:textId="77777777" w:rsidR="00032E18" w:rsidRPr="00032E18" w:rsidRDefault="00032E18" w:rsidP="00CD63E1">
            <w:pPr>
              <w:rPr>
                <w:rFonts w:cs="Times New Roman"/>
                <w:sz w:val="20"/>
                <w:szCs w:val="20"/>
              </w:rPr>
            </w:pPr>
            <w:r w:rsidRPr="00032E18">
              <w:rPr>
                <w:rFonts w:cs="Times New Roman"/>
                <w:sz w:val="20"/>
                <w:szCs w:val="20"/>
              </w:rPr>
              <w:t>44 (36.67)</w:t>
            </w:r>
          </w:p>
        </w:tc>
        <w:tc>
          <w:tcPr>
            <w:tcW w:w="628" w:type="pct"/>
            <w:vAlign w:val="center"/>
          </w:tcPr>
          <w:p w14:paraId="62E34B87" w14:textId="77777777" w:rsidR="00032E18" w:rsidRPr="00032E18" w:rsidRDefault="00032E18" w:rsidP="00CD63E1">
            <w:pPr>
              <w:rPr>
                <w:rFonts w:cs="Times New Roman"/>
                <w:sz w:val="20"/>
                <w:szCs w:val="20"/>
              </w:rPr>
            </w:pPr>
            <w:r w:rsidRPr="00032E18">
              <w:rPr>
                <w:rFonts w:cs="Times New Roman"/>
                <w:sz w:val="20"/>
                <w:szCs w:val="20"/>
              </w:rPr>
              <w:t>39 (32.50)</w:t>
            </w:r>
          </w:p>
        </w:tc>
        <w:tc>
          <w:tcPr>
            <w:tcW w:w="577" w:type="pct"/>
            <w:vAlign w:val="center"/>
          </w:tcPr>
          <w:p w14:paraId="44D56FC1" w14:textId="77777777" w:rsidR="00032E18" w:rsidRPr="00032E18" w:rsidRDefault="00032E18" w:rsidP="00CD63E1">
            <w:pPr>
              <w:rPr>
                <w:rFonts w:cs="Times New Roman"/>
                <w:sz w:val="20"/>
                <w:szCs w:val="20"/>
              </w:rPr>
            </w:pPr>
            <w:r w:rsidRPr="00032E18">
              <w:rPr>
                <w:rFonts w:cs="Times New Roman"/>
                <w:sz w:val="20"/>
                <w:szCs w:val="20"/>
              </w:rPr>
              <w:t>40 (33.33)</w:t>
            </w:r>
          </w:p>
        </w:tc>
        <w:tc>
          <w:tcPr>
            <w:tcW w:w="630" w:type="pct"/>
            <w:vAlign w:val="center"/>
          </w:tcPr>
          <w:p w14:paraId="4B2D26AA" w14:textId="77777777" w:rsidR="00032E18" w:rsidRPr="00032E18" w:rsidRDefault="00032E18" w:rsidP="00CD63E1">
            <w:pPr>
              <w:rPr>
                <w:rFonts w:cs="Times New Roman"/>
                <w:sz w:val="20"/>
                <w:szCs w:val="20"/>
              </w:rPr>
            </w:pPr>
            <w:r w:rsidRPr="00032E18">
              <w:rPr>
                <w:rFonts w:cs="Times New Roman"/>
                <w:sz w:val="20"/>
                <w:szCs w:val="20"/>
              </w:rPr>
              <w:t>36 (30.00)</w:t>
            </w:r>
          </w:p>
        </w:tc>
      </w:tr>
      <w:tr w:rsidR="00032E18" w:rsidRPr="00032E18" w14:paraId="4366C30A" w14:textId="77777777" w:rsidTr="00CD63E1">
        <w:tc>
          <w:tcPr>
            <w:tcW w:w="298" w:type="pct"/>
          </w:tcPr>
          <w:p w14:paraId="5E0AFA71" w14:textId="77777777" w:rsidR="00032E18" w:rsidRPr="00032E18" w:rsidRDefault="00032E18" w:rsidP="00CD63E1">
            <w:pPr>
              <w:spacing w:line="360" w:lineRule="auto"/>
              <w:rPr>
                <w:rFonts w:cs="Times New Roman"/>
                <w:sz w:val="20"/>
                <w:szCs w:val="20"/>
              </w:rPr>
            </w:pPr>
          </w:p>
        </w:tc>
        <w:tc>
          <w:tcPr>
            <w:tcW w:w="1081" w:type="pct"/>
          </w:tcPr>
          <w:p w14:paraId="6636AD78" w14:textId="77777777" w:rsidR="00032E18" w:rsidRPr="00032E18" w:rsidRDefault="00032E18" w:rsidP="00CD63E1">
            <w:pPr>
              <w:rPr>
                <w:rFonts w:cs="Times New Roman"/>
                <w:sz w:val="20"/>
                <w:szCs w:val="20"/>
              </w:rPr>
            </w:pPr>
            <w:r w:rsidRPr="00032E18">
              <w:rPr>
                <w:rFonts w:cs="Times New Roman"/>
                <w:sz w:val="20"/>
                <w:szCs w:val="20"/>
              </w:rPr>
              <w:t>No</w:t>
            </w:r>
          </w:p>
        </w:tc>
        <w:tc>
          <w:tcPr>
            <w:tcW w:w="581" w:type="pct"/>
            <w:vAlign w:val="center"/>
          </w:tcPr>
          <w:p w14:paraId="5AA9CE6D" w14:textId="77777777" w:rsidR="00032E18" w:rsidRPr="00032E18" w:rsidRDefault="00032E18" w:rsidP="00CD63E1">
            <w:pPr>
              <w:rPr>
                <w:rFonts w:cs="Times New Roman"/>
                <w:sz w:val="20"/>
                <w:szCs w:val="20"/>
              </w:rPr>
            </w:pPr>
            <w:r w:rsidRPr="00032E18">
              <w:rPr>
                <w:rFonts w:cs="Times New Roman"/>
                <w:sz w:val="20"/>
                <w:szCs w:val="20"/>
              </w:rPr>
              <w:t>81 (67.50)</w:t>
            </w:r>
          </w:p>
        </w:tc>
        <w:tc>
          <w:tcPr>
            <w:tcW w:w="626" w:type="pct"/>
            <w:vAlign w:val="center"/>
          </w:tcPr>
          <w:p w14:paraId="3F6112C6" w14:textId="77777777" w:rsidR="00032E18" w:rsidRPr="00032E18" w:rsidRDefault="00032E18" w:rsidP="00CD63E1">
            <w:pPr>
              <w:rPr>
                <w:rFonts w:cs="Times New Roman"/>
                <w:sz w:val="20"/>
                <w:szCs w:val="20"/>
              </w:rPr>
            </w:pPr>
            <w:r w:rsidRPr="00032E18">
              <w:rPr>
                <w:rFonts w:cs="Times New Roman"/>
                <w:sz w:val="20"/>
                <w:szCs w:val="20"/>
              </w:rPr>
              <w:t>86 (71.67)</w:t>
            </w:r>
          </w:p>
        </w:tc>
        <w:tc>
          <w:tcPr>
            <w:tcW w:w="579" w:type="pct"/>
            <w:vAlign w:val="center"/>
          </w:tcPr>
          <w:p w14:paraId="0A1A1458" w14:textId="77777777" w:rsidR="00032E18" w:rsidRPr="00032E18" w:rsidRDefault="00032E18" w:rsidP="00CD63E1">
            <w:pPr>
              <w:rPr>
                <w:rFonts w:cs="Times New Roman"/>
                <w:sz w:val="20"/>
                <w:szCs w:val="20"/>
              </w:rPr>
            </w:pPr>
            <w:r w:rsidRPr="00032E18">
              <w:rPr>
                <w:rFonts w:cs="Times New Roman"/>
                <w:sz w:val="20"/>
                <w:szCs w:val="20"/>
              </w:rPr>
              <w:t>76 (63.33)</w:t>
            </w:r>
          </w:p>
        </w:tc>
        <w:tc>
          <w:tcPr>
            <w:tcW w:w="628" w:type="pct"/>
            <w:vAlign w:val="center"/>
          </w:tcPr>
          <w:p w14:paraId="258B225A" w14:textId="77777777" w:rsidR="00032E18" w:rsidRPr="00032E18" w:rsidRDefault="00032E18" w:rsidP="00CD63E1">
            <w:pPr>
              <w:rPr>
                <w:rFonts w:cs="Times New Roman"/>
                <w:sz w:val="20"/>
                <w:szCs w:val="20"/>
              </w:rPr>
            </w:pPr>
            <w:r w:rsidRPr="00032E18">
              <w:rPr>
                <w:rFonts w:cs="Times New Roman"/>
                <w:sz w:val="20"/>
                <w:szCs w:val="20"/>
              </w:rPr>
              <w:t>81 (67.50)</w:t>
            </w:r>
          </w:p>
        </w:tc>
        <w:tc>
          <w:tcPr>
            <w:tcW w:w="577" w:type="pct"/>
            <w:vAlign w:val="center"/>
          </w:tcPr>
          <w:p w14:paraId="65B19AE1" w14:textId="77777777" w:rsidR="00032E18" w:rsidRPr="00032E18" w:rsidRDefault="00032E18" w:rsidP="00CD63E1">
            <w:pPr>
              <w:rPr>
                <w:rFonts w:cs="Times New Roman"/>
                <w:sz w:val="20"/>
                <w:szCs w:val="20"/>
              </w:rPr>
            </w:pPr>
            <w:r w:rsidRPr="00032E18">
              <w:rPr>
                <w:rFonts w:cs="Times New Roman"/>
                <w:sz w:val="20"/>
                <w:szCs w:val="20"/>
              </w:rPr>
              <w:t>80 (66.67)</w:t>
            </w:r>
          </w:p>
        </w:tc>
        <w:tc>
          <w:tcPr>
            <w:tcW w:w="630" w:type="pct"/>
            <w:vAlign w:val="center"/>
          </w:tcPr>
          <w:p w14:paraId="698F8ED0" w14:textId="77777777" w:rsidR="00032E18" w:rsidRPr="00032E18" w:rsidRDefault="00032E18" w:rsidP="00CD63E1">
            <w:pPr>
              <w:rPr>
                <w:rFonts w:cs="Times New Roman"/>
                <w:sz w:val="20"/>
                <w:szCs w:val="20"/>
              </w:rPr>
            </w:pPr>
            <w:r w:rsidRPr="00032E18">
              <w:rPr>
                <w:rFonts w:cs="Times New Roman"/>
                <w:sz w:val="20"/>
                <w:szCs w:val="20"/>
              </w:rPr>
              <w:t>84 (70.00)</w:t>
            </w:r>
          </w:p>
        </w:tc>
      </w:tr>
      <w:tr w:rsidR="00032E18" w:rsidRPr="00032E18" w14:paraId="0B2D77E1" w14:textId="77777777" w:rsidTr="00CD63E1">
        <w:tc>
          <w:tcPr>
            <w:tcW w:w="298" w:type="pct"/>
          </w:tcPr>
          <w:p w14:paraId="58552BA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7.</w:t>
            </w:r>
          </w:p>
        </w:tc>
        <w:tc>
          <w:tcPr>
            <w:tcW w:w="4702" w:type="pct"/>
            <w:gridSpan w:val="7"/>
          </w:tcPr>
          <w:p w14:paraId="56796BE8"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Source of male bird for breeding</w:t>
            </w:r>
          </w:p>
        </w:tc>
      </w:tr>
      <w:tr w:rsidR="00032E18" w:rsidRPr="00032E18" w14:paraId="06E6715A" w14:textId="77777777" w:rsidTr="00CD63E1">
        <w:tc>
          <w:tcPr>
            <w:tcW w:w="298" w:type="pct"/>
          </w:tcPr>
          <w:p w14:paraId="6A5CA8FC" w14:textId="77777777" w:rsidR="00032E18" w:rsidRPr="00032E18" w:rsidRDefault="00032E18" w:rsidP="00CD63E1">
            <w:pPr>
              <w:spacing w:line="360" w:lineRule="auto"/>
              <w:rPr>
                <w:rFonts w:cs="Times New Roman"/>
                <w:sz w:val="20"/>
                <w:szCs w:val="20"/>
              </w:rPr>
            </w:pPr>
          </w:p>
        </w:tc>
        <w:tc>
          <w:tcPr>
            <w:tcW w:w="1081" w:type="pct"/>
          </w:tcPr>
          <w:p w14:paraId="7FCBB8DD" w14:textId="77777777" w:rsidR="00032E18" w:rsidRPr="00032E18" w:rsidRDefault="00032E18" w:rsidP="00CD63E1">
            <w:pPr>
              <w:rPr>
                <w:rFonts w:cs="Times New Roman"/>
                <w:sz w:val="20"/>
                <w:szCs w:val="20"/>
              </w:rPr>
            </w:pPr>
            <w:r w:rsidRPr="00032E18">
              <w:rPr>
                <w:rFonts w:cs="Times New Roman"/>
                <w:sz w:val="20"/>
                <w:szCs w:val="20"/>
              </w:rPr>
              <w:t>Own male</w:t>
            </w:r>
          </w:p>
        </w:tc>
        <w:tc>
          <w:tcPr>
            <w:tcW w:w="581" w:type="pct"/>
            <w:vAlign w:val="center"/>
          </w:tcPr>
          <w:p w14:paraId="457FF703" w14:textId="77777777" w:rsidR="00032E18" w:rsidRPr="00032E18" w:rsidRDefault="00032E18" w:rsidP="00CD63E1">
            <w:pPr>
              <w:rPr>
                <w:rFonts w:cs="Times New Roman"/>
                <w:sz w:val="20"/>
                <w:szCs w:val="20"/>
              </w:rPr>
            </w:pPr>
            <w:r w:rsidRPr="00032E18">
              <w:rPr>
                <w:rFonts w:cs="Times New Roman"/>
                <w:sz w:val="20"/>
                <w:szCs w:val="20"/>
              </w:rPr>
              <w:t>111(92.50)</w:t>
            </w:r>
          </w:p>
        </w:tc>
        <w:tc>
          <w:tcPr>
            <w:tcW w:w="626" w:type="pct"/>
            <w:vAlign w:val="center"/>
          </w:tcPr>
          <w:p w14:paraId="59340A53" w14:textId="77777777" w:rsidR="00032E18" w:rsidRPr="00032E18" w:rsidRDefault="00032E18" w:rsidP="00CD63E1">
            <w:pPr>
              <w:rPr>
                <w:rFonts w:cs="Times New Roman"/>
                <w:sz w:val="20"/>
                <w:szCs w:val="20"/>
              </w:rPr>
            </w:pPr>
            <w:r w:rsidRPr="00032E18">
              <w:rPr>
                <w:rFonts w:cs="Times New Roman"/>
                <w:sz w:val="20"/>
                <w:szCs w:val="20"/>
              </w:rPr>
              <w:t>120 (100.00)</w:t>
            </w:r>
          </w:p>
        </w:tc>
        <w:tc>
          <w:tcPr>
            <w:tcW w:w="579" w:type="pct"/>
            <w:vAlign w:val="center"/>
          </w:tcPr>
          <w:p w14:paraId="3C7D02FF" w14:textId="77777777" w:rsidR="00032E18" w:rsidRPr="00032E18" w:rsidRDefault="00032E18" w:rsidP="00CD63E1">
            <w:pPr>
              <w:rPr>
                <w:rFonts w:cs="Times New Roman"/>
                <w:sz w:val="20"/>
                <w:szCs w:val="20"/>
              </w:rPr>
            </w:pPr>
            <w:r w:rsidRPr="00032E18">
              <w:rPr>
                <w:rFonts w:cs="Times New Roman"/>
                <w:sz w:val="20"/>
                <w:szCs w:val="20"/>
              </w:rPr>
              <w:t>111(92.50)</w:t>
            </w:r>
          </w:p>
        </w:tc>
        <w:tc>
          <w:tcPr>
            <w:tcW w:w="628" w:type="pct"/>
            <w:vAlign w:val="center"/>
          </w:tcPr>
          <w:p w14:paraId="22E8B93F" w14:textId="77777777" w:rsidR="00032E18" w:rsidRPr="00032E18" w:rsidRDefault="00032E18" w:rsidP="00CD63E1">
            <w:pPr>
              <w:rPr>
                <w:rFonts w:cs="Times New Roman"/>
                <w:sz w:val="20"/>
                <w:szCs w:val="20"/>
              </w:rPr>
            </w:pPr>
            <w:r w:rsidRPr="00032E18">
              <w:rPr>
                <w:rFonts w:cs="Times New Roman"/>
                <w:sz w:val="20"/>
                <w:szCs w:val="20"/>
              </w:rPr>
              <w:t>120 (100.00)</w:t>
            </w:r>
          </w:p>
        </w:tc>
        <w:tc>
          <w:tcPr>
            <w:tcW w:w="577" w:type="pct"/>
            <w:vAlign w:val="center"/>
          </w:tcPr>
          <w:p w14:paraId="551759BC" w14:textId="77777777" w:rsidR="00032E18" w:rsidRPr="00032E18" w:rsidRDefault="00032E18" w:rsidP="00CD63E1">
            <w:pPr>
              <w:rPr>
                <w:rFonts w:cs="Times New Roman"/>
                <w:sz w:val="20"/>
                <w:szCs w:val="20"/>
              </w:rPr>
            </w:pPr>
            <w:r w:rsidRPr="00032E18">
              <w:rPr>
                <w:rFonts w:cs="Times New Roman"/>
                <w:sz w:val="20"/>
                <w:szCs w:val="20"/>
              </w:rPr>
              <w:t>111(92.50)</w:t>
            </w:r>
          </w:p>
        </w:tc>
        <w:tc>
          <w:tcPr>
            <w:tcW w:w="630" w:type="pct"/>
            <w:vAlign w:val="center"/>
          </w:tcPr>
          <w:p w14:paraId="7BDA75CF" w14:textId="77777777" w:rsidR="00032E18" w:rsidRPr="00032E18" w:rsidRDefault="00032E18" w:rsidP="00CD63E1">
            <w:pPr>
              <w:rPr>
                <w:rFonts w:cs="Times New Roman"/>
                <w:sz w:val="20"/>
                <w:szCs w:val="20"/>
              </w:rPr>
            </w:pPr>
            <w:r w:rsidRPr="00032E18">
              <w:rPr>
                <w:rFonts w:cs="Times New Roman"/>
                <w:sz w:val="20"/>
                <w:szCs w:val="20"/>
              </w:rPr>
              <w:t>120 (100.00)</w:t>
            </w:r>
          </w:p>
        </w:tc>
      </w:tr>
      <w:tr w:rsidR="00032E18" w:rsidRPr="00032E18" w14:paraId="46EAC72D" w14:textId="77777777" w:rsidTr="00CD63E1">
        <w:tc>
          <w:tcPr>
            <w:tcW w:w="298" w:type="pct"/>
          </w:tcPr>
          <w:p w14:paraId="51973394" w14:textId="77777777" w:rsidR="00032E18" w:rsidRPr="00032E18" w:rsidRDefault="00032E18" w:rsidP="00CD63E1">
            <w:pPr>
              <w:spacing w:line="360" w:lineRule="auto"/>
              <w:rPr>
                <w:rFonts w:cs="Times New Roman"/>
                <w:sz w:val="20"/>
                <w:szCs w:val="20"/>
              </w:rPr>
            </w:pPr>
          </w:p>
        </w:tc>
        <w:tc>
          <w:tcPr>
            <w:tcW w:w="1081" w:type="pct"/>
          </w:tcPr>
          <w:p w14:paraId="30A2A336" w14:textId="77777777" w:rsidR="00032E18" w:rsidRPr="00032E18" w:rsidRDefault="00032E18" w:rsidP="00CD63E1">
            <w:pPr>
              <w:rPr>
                <w:rFonts w:cs="Times New Roman"/>
                <w:sz w:val="20"/>
                <w:szCs w:val="20"/>
              </w:rPr>
            </w:pPr>
            <w:r w:rsidRPr="00032E18">
              <w:rPr>
                <w:rFonts w:cs="Times New Roman"/>
                <w:sz w:val="20"/>
                <w:szCs w:val="20"/>
              </w:rPr>
              <w:t>Outside male</w:t>
            </w:r>
          </w:p>
        </w:tc>
        <w:tc>
          <w:tcPr>
            <w:tcW w:w="581" w:type="pct"/>
            <w:vAlign w:val="center"/>
          </w:tcPr>
          <w:p w14:paraId="6A5C1E6A" w14:textId="77777777" w:rsidR="00032E18" w:rsidRPr="00032E18" w:rsidRDefault="00032E18" w:rsidP="00CD63E1">
            <w:pPr>
              <w:rPr>
                <w:rFonts w:cs="Times New Roman"/>
                <w:sz w:val="20"/>
                <w:szCs w:val="20"/>
              </w:rPr>
            </w:pPr>
            <w:r w:rsidRPr="00032E18">
              <w:rPr>
                <w:rFonts w:cs="Times New Roman"/>
                <w:sz w:val="20"/>
                <w:szCs w:val="20"/>
              </w:rPr>
              <w:t>9(7.50)</w:t>
            </w:r>
          </w:p>
        </w:tc>
        <w:tc>
          <w:tcPr>
            <w:tcW w:w="626" w:type="pct"/>
            <w:vAlign w:val="center"/>
          </w:tcPr>
          <w:p w14:paraId="6B07B381" w14:textId="77777777" w:rsidR="00032E18" w:rsidRPr="00032E18" w:rsidRDefault="00032E18" w:rsidP="00CD63E1">
            <w:pPr>
              <w:rPr>
                <w:rFonts w:cs="Times New Roman"/>
                <w:sz w:val="20"/>
                <w:szCs w:val="20"/>
              </w:rPr>
            </w:pPr>
            <w:r w:rsidRPr="00032E18">
              <w:rPr>
                <w:rFonts w:cs="Times New Roman"/>
                <w:sz w:val="20"/>
                <w:szCs w:val="20"/>
              </w:rPr>
              <w:t>0 (0.00)</w:t>
            </w:r>
          </w:p>
        </w:tc>
        <w:tc>
          <w:tcPr>
            <w:tcW w:w="579" w:type="pct"/>
            <w:vAlign w:val="center"/>
          </w:tcPr>
          <w:p w14:paraId="217E4464" w14:textId="77777777" w:rsidR="00032E18" w:rsidRPr="00032E18" w:rsidRDefault="00032E18" w:rsidP="00CD63E1">
            <w:pPr>
              <w:rPr>
                <w:rFonts w:cs="Times New Roman"/>
                <w:sz w:val="20"/>
                <w:szCs w:val="20"/>
              </w:rPr>
            </w:pPr>
            <w:r w:rsidRPr="00032E18">
              <w:rPr>
                <w:rFonts w:cs="Times New Roman"/>
                <w:sz w:val="20"/>
                <w:szCs w:val="20"/>
              </w:rPr>
              <w:t>9(7.50)</w:t>
            </w:r>
          </w:p>
        </w:tc>
        <w:tc>
          <w:tcPr>
            <w:tcW w:w="628" w:type="pct"/>
            <w:vAlign w:val="center"/>
          </w:tcPr>
          <w:p w14:paraId="041272CB" w14:textId="77777777" w:rsidR="00032E18" w:rsidRPr="00032E18" w:rsidRDefault="00032E18" w:rsidP="00CD63E1">
            <w:pPr>
              <w:rPr>
                <w:rFonts w:cs="Times New Roman"/>
                <w:sz w:val="20"/>
                <w:szCs w:val="20"/>
              </w:rPr>
            </w:pPr>
            <w:r w:rsidRPr="00032E18">
              <w:rPr>
                <w:rFonts w:cs="Times New Roman"/>
                <w:sz w:val="20"/>
                <w:szCs w:val="20"/>
              </w:rPr>
              <w:t>0 (0.00)</w:t>
            </w:r>
          </w:p>
        </w:tc>
        <w:tc>
          <w:tcPr>
            <w:tcW w:w="577" w:type="pct"/>
            <w:vAlign w:val="center"/>
          </w:tcPr>
          <w:p w14:paraId="52CA8DA4" w14:textId="77777777" w:rsidR="00032E18" w:rsidRPr="00032E18" w:rsidRDefault="00032E18" w:rsidP="00CD63E1">
            <w:pPr>
              <w:rPr>
                <w:rFonts w:cs="Times New Roman"/>
                <w:sz w:val="20"/>
                <w:szCs w:val="20"/>
              </w:rPr>
            </w:pPr>
            <w:r w:rsidRPr="00032E18">
              <w:rPr>
                <w:rFonts w:cs="Times New Roman"/>
                <w:sz w:val="20"/>
                <w:szCs w:val="20"/>
              </w:rPr>
              <w:t>9(7.50)</w:t>
            </w:r>
          </w:p>
        </w:tc>
        <w:tc>
          <w:tcPr>
            <w:tcW w:w="630" w:type="pct"/>
            <w:vAlign w:val="center"/>
          </w:tcPr>
          <w:p w14:paraId="3FA8B9C0" w14:textId="77777777" w:rsidR="00032E18" w:rsidRPr="00032E18" w:rsidRDefault="00032E18" w:rsidP="00CD63E1">
            <w:pPr>
              <w:rPr>
                <w:rFonts w:cs="Times New Roman"/>
                <w:sz w:val="20"/>
                <w:szCs w:val="20"/>
              </w:rPr>
            </w:pPr>
            <w:r w:rsidRPr="00032E18">
              <w:rPr>
                <w:rFonts w:cs="Times New Roman"/>
                <w:sz w:val="20"/>
                <w:szCs w:val="20"/>
              </w:rPr>
              <w:t>0 (0.00)</w:t>
            </w:r>
          </w:p>
        </w:tc>
      </w:tr>
      <w:tr w:rsidR="00032E18" w:rsidRPr="00032E18" w14:paraId="2CF24641" w14:textId="77777777" w:rsidTr="00CD63E1">
        <w:tc>
          <w:tcPr>
            <w:tcW w:w="298" w:type="pct"/>
          </w:tcPr>
          <w:p w14:paraId="37E7EDAD"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8.</w:t>
            </w:r>
          </w:p>
        </w:tc>
        <w:tc>
          <w:tcPr>
            <w:tcW w:w="4702" w:type="pct"/>
            <w:gridSpan w:val="7"/>
          </w:tcPr>
          <w:p w14:paraId="5795E801"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Criteria for selection of broody hen</w:t>
            </w:r>
          </w:p>
        </w:tc>
      </w:tr>
      <w:tr w:rsidR="00032E18" w:rsidRPr="00032E18" w14:paraId="2C33B1B5" w14:textId="77777777" w:rsidTr="00CD63E1">
        <w:tc>
          <w:tcPr>
            <w:tcW w:w="298" w:type="pct"/>
          </w:tcPr>
          <w:p w14:paraId="657E07EC" w14:textId="77777777" w:rsidR="00032E18" w:rsidRPr="00032E18" w:rsidRDefault="00032E18" w:rsidP="00CD63E1">
            <w:pPr>
              <w:spacing w:line="360" w:lineRule="auto"/>
              <w:rPr>
                <w:rFonts w:cs="Times New Roman"/>
                <w:sz w:val="20"/>
                <w:szCs w:val="20"/>
              </w:rPr>
            </w:pPr>
          </w:p>
        </w:tc>
        <w:tc>
          <w:tcPr>
            <w:tcW w:w="1081" w:type="pct"/>
          </w:tcPr>
          <w:p w14:paraId="2F02E08C" w14:textId="77777777" w:rsidR="00032E18" w:rsidRPr="00032E18" w:rsidRDefault="00032E18" w:rsidP="00CD63E1">
            <w:pPr>
              <w:rPr>
                <w:rFonts w:cs="Times New Roman"/>
                <w:sz w:val="20"/>
                <w:szCs w:val="20"/>
              </w:rPr>
            </w:pPr>
            <w:r w:rsidRPr="00032E18">
              <w:rPr>
                <w:rFonts w:cs="Times New Roman"/>
                <w:sz w:val="20"/>
                <w:szCs w:val="20"/>
              </w:rPr>
              <w:t>Previous performance</w:t>
            </w:r>
          </w:p>
        </w:tc>
        <w:tc>
          <w:tcPr>
            <w:tcW w:w="581" w:type="pct"/>
            <w:vAlign w:val="center"/>
          </w:tcPr>
          <w:p w14:paraId="1C6D1F59" w14:textId="77777777" w:rsidR="00032E18" w:rsidRPr="00032E18" w:rsidRDefault="00032E18" w:rsidP="00CD63E1">
            <w:pPr>
              <w:rPr>
                <w:rFonts w:cs="Times New Roman"/>
                <w:sz w:val="20"/>
                <w:szCs w:val="20"/>
              </w:rPr>
            </w:pPr>
            <w:r w:rsidRPr="00032E18">
              <w:rPr>
                <w:rFonts w:cs="Times New Roman"/>
                <w:sz w:val="20"/>
                <w:szCs w:val="20"/>
              </w:rPr>
              <w:t>61 (50.83)</w:t>
            </w:r>
          </w:p>
        </w:tc>
        <w:tc>
          <w:tcPr>
            <w:tcW w:w="626" w:type="pct"/>
            <w:vAlign w:val="center"/>
          </w:tcPr>
          <w:p w14:paraId="21584D8F" w14:textId="77777777" w:rsidR="00032E18" w:rsidRPr="00032E18" w:rsidRDefault="00032E18" w:rsidP="00CD63E1">
            <w:pPr>
              <w:rPr>
                <w:rFonts w:cs="Times New Roman"/>
                <w:sz w:val="20"/>
                <w:szCs w:val="20"/>
              </w:rPr>
            </w:pPr>
            <w:r w:rsidRPr="00032E18">
              <w:rPr>
                <w:rFonts w:cs="Times New Roman"/>
                <w:sz w:val="20"/>
                <w:szCs w:val="20"/>
              </w:rPr>
              <w:t>53 (44.17)</w:t>
            </w:r>
          </w:p>
        </w:tc>
        <w:tc>
          <w:tcPr>
            <w:tcW w:w="579" w:type="pct"/>
            <w:vAlign w:val="center"/>
          </w:tcPr>
          <w:p w14:paraId="53A43194" w14:textId="77777777" w:rsidR="00032E18" w:rsidRPr="00032E18" w:rsidRDefault="00032E18" w:rsidP="00CD63E1">
            <w:pPr>
              <w:rPr>
                <w:rFonts w:cs="Times New Roman"/>
                <w:sz w:val="20"/>
                <w:szCs w:val="20"/>
              </w:rPr>
            </w:pPr>
            <w:r w:rsidRPr="00032E18">
              <w:rPr>
                <w:rFonts w:cs="Times New Roman"/>
                <w:sz w:val="20"/>
                <w:szCs w:val="20"/>
              </w:rPr>
              <w:t>65 (54.17)</w:t>
            </w:r>
          </w:p>
        </w:tc>
        <w:tc>
          <w:tcPr>
            <w:tcW w:w="628" w:type="pct"/>
            <w:vAlign w:val="center"/>
          </w:tcPr>
          <w:p w14:paraId="5D0ED14E" w14:textId="77777777" w:rsidR="00032E18" w:rsidRPr="00032E18" w:rsidRDefault="00032E18" w:rsidP="00CD63E1">
            <w:pPr>
              <w:rPr>
                <w:rFonts w:cs="Times New Roman"/>
                <w:sz w:val="20"/>
                <w:szCs w:val="20"/>
              </w:rPr>
            </w:pPr>
            <w:r w:rsidRPr="00032E18">
              <w:rPr>
                <w:rFonts w:cs="Times New Roman"/>
                <w:sz w:val="20"/>
                <w:szCs w:val="20"/>
              </w:rPr>
              <w:t>58 (48.33)</w:t>
            </w:r>
          </w:p>
        </w:tc>
        <w:tc>
          <w:tcPr>
            <w:tcW w:w="577" w:type="pct"/>
            <w:vAlign w:val="center"/>
          </w:tcPr>
          <w:p w14:paraId="1C8095AC" w14:textId="77777777" w:rsidR="00032E18" w:rsidRPr="00032E18" w:rsidRDefault="00032E18" w:rsidP="00CD63E1">
            <w:pPr>
              <w:rPr>
                <w:rFonts w:cs="Times New Roman"/>
                <w:sz w:val="20"/>
                <w:szCs w:val="20"/>
              </w:rPr>
            </w:pPr>
            <w:r w:rsidRPr="00032E18">
              <w:rPr>
                <w:rFonts w:cs="Times New Roman"/>
                <w:sz w:val="20"/>
                <w:szCs w:val="20"/>
              </w:rPr>
              <w:t>60 (50.00)</w:t>
            </w:r>
          </w:p>
        </w:tc>
        <w:tc>
          <w:tcPr>
            <w:tcW w:w="630" w:type="pct"/>
            <w:vAlign w:val="center"/>
          </w:tcPr>
          <w:p w14:paraId="0BFAB663" w14:textId="77777777" w:rsidR="00032E18" w:rsidRPr="00032E18" w:rsidRDefault="00032E18" w:rsidP="00CD63E1">
            <w:pPr>
              <w:rPr>
                <w:rFonts w:cs="Times New Roman"/>
                <w:sz w:val="20"/>
                <w:szCs w:val="20"/>
              </w:rPr>
            </w:pPr>
            <w:r w:rsidRPr="00032E18">
              <w:rPr>
                <w:rFonts w:cs="Times New Roman"/>
                <w:sz w:val="20"/>
                <w:szCs w:val="20"/>
              </w:rPr>
              <w:t>54 (45.00)</w:t>
            </w:r>
          </w:p>
        </w:tc>
      </w:tr>
      <w:tr w:rsidR="00032E18" w:rsidRPr="00032E18" w14:paraId="6B8A6FC3" w14:textId="77777777" w:rsidTr="00CD63E1">
        <w:tc>
          <w:tcPr>
            <w:tcW w:w="298" w:type="pct"/>
          </w:tcPr>
          <w:p w14:paraId="56353A01" w14:textId="77777777" w:rsidR="00032E18" w:rsidRPr="00032E18" w:rsidRDefault="00032E18" w:rsidP="00CD63E1">
            <w:pPr>
              <w:spacing w:line="360" w:lineRule="auto"/>
              <w:rPr>
                <w:rFonts w:cs="Times New Roman"/>
                <w:sz w:val="20"/>
                <w:szCs w:val="20"/>
              </w:rPr>
            </w:pPr>
          </w:p>
        </w:tc>
        <w:tc>
          <w:tcPr>
            <w:tcW w:w="1081" w:type="pct"/>
          </w:tcPr>
          <w:p w14:paraId="52FF1C9E" w14:textId="77777777" w:rsidR="00032E18" w:rsidRPr="00032E18" w:rsidRDefault="00032E18" w:rsidP="00CD63E1">
            <w:pPr>
              <w:rPr>
                <w:rFonts w:cs="Times New Roman"/>
                <w:sz w:val="20"/>
                <w:szCs w:val="20"/>
              </w:rPr>
            </w:pPr>
            <w:r w:rsidRPr="00032E18">
              <w:rPr>
                <w:rFonts w:cs="Times New Roman"/>
                <w:sz w:val="20"/>
                <w:szCs w:val="20"/>
              </w:rPr>
              <w:t>Body size</w:t>
            </w:r>
          </w:p>
        </w:tc>
        <w:tc>
          <w:tcPr>
            <w:tcW w:w="581" w:type="pct"/>
            <w:vAlign w:val="center"/>
          </w:tcPr>
          <w:p w14:paraId="1FF9B497" w14:textId="77777777" w:rsidR="00032E18" w:rsidRPr="00032E18" w:rsidRDefault="00032E18" w:rsidP="00CD63E1">
            <w:pPr>
              <w:rPr>
                <w:rFonts w:cs="Times New Roman"/>
                <w:sz w:val="20"/>
                <w:szCs w:val="20"/>
              </w:rPr>
            </w:pPr>
            <w:r w:rsidRPr="00032E18">
              <w:rPr>
                <w:rFonts w:cs="Times New Roman"/>
                <w:sz w:val="20"/>
                <w:szCs w:val="20"/>
              </w:rPr>
              <w:t>59 (49.17)</w:t>
            </w:r>
          </w:p>
        </w:tc>
        <w:tc>
          <w:tcPr>
            <w:tcW w:w="626" w:type="pct"/>
            <w:vAlign w:val="center"/>
          </w:tcPr>
          <w:p w14:paraId="4991BA81" w14:textId="77777777" w:rsidR="00032E18" w:rsidRPr="00032E18" w:rsidRDefault="00032E18" w:rsidP="00CD63E1">
            <w:pPr>
              <w:rPr>
                <w:rFonts w:cs="Times New Roman"/>
                <w:sz w:val="20"/>
                <w:szCs w:val="20"/>
              </w:rPr>
            </w:pPr>
            <w:r w:rsidRPr="00032E18">
              <w:rPr>
                <w:rFonts w:cs="Times New Roman"/>
                <w:sz w:val="20"/>
                <w:szCs w:val="20"/>
              </w:rPr>
              <w:t>67 (55.83)</w:t>
            </w:r>
          </w:p>
        </w:tc>
        <w:tc>
          <w:tcPr>
            <w:tcW w:w="579" w:type="pct"/>
            <w:vAlign w:val="center"/>
          </w:tcPr>
          <w:p w14:paraId="76ACC2CC" w14:textId="77777777" w:rsidR="00032E18" w:rsidRPr="00032E18" w:rsidRDefault="00032E18" w:rsidP="00CD63E1">
            <w:pPr>
              <w:rPr>
                <w:rFonts w:cs="Times New Roman"/>
                <w:sz w:val="20"/>
                <w:szCs w:val="20"/>
              </w:rPr>
            </w:pPr>
            <w:r w:rsidRPr="00032E18">
              <w:rPr>
                <w:rFonts w:cs="Times New Roman"/>
                <w:sz w:val="20"/>
                <w:szCs w:val="20"/>
              </w:rPr>
              <w:t>55 (45.83)</w:t>
            </w:r>
          </w:p>
        </w:tc>
        <w:tc>
          <w:tcPr>
            <w:tcW w:w="628" w:type="pct"/>
            <w:vAlign w:val="center"/>
          </w:tcPr>
          <w:p w14:paraId="5CBA0771" w14:textId="77777777" w:rsidR="00032E18" w:rsidRPr="00032E18" w:rsidRDefault="00032E18" w:rsidP="00CD63E1">
            <w:pPr>
              <w:rPr>
                <w:rFonts w:cs="Times New Roman"/>
                <w:sz w:val="20"/>
                <w:szCs w:val="20"/>
              </w:rPr>
            </w:pPr>
            <w:r w:rsidRPr="00032E18">
              <w:rPr>
                <w:rFonts w:cs="Times New Roman"/>
                <w:sz w:val="20"/>
                <w:szCs w:val="20"/>
              </w:rPr>
              <w:t>62 (51.67)</w:t>
            </w:r>
          </w:p>
        </w:tc>
        <w:tc>
          <w:tcPr>
            <w:tcW w:w="577" w:type="pct"/>
            <w:vAlign w:val="center"/>
          </w:tcPr>
          <w:p w14:paraId="67BC534A" w14:textId="77777777" w:rsidR="00032E18" w:rsidRPr="00032E18" w:rsidRDefault="00032E18" w:rsidP="00CD63E1">
            <w:pPr>
              <w:rPr>
                <w:rFonts w:cs="Times New Roman"/>
                <w:sz w:val="20"/>
                <w:szCs w:val="20"/>
              </w:rPr>
            </w:pPr>
            <w:r w:rsidRPr="00032E18">
              <w:rPr>
                <w:rFonts w:cs="Times New Roman"/>
                <w:sz w:val="20"/>
                <w:szCs w:val="20"/>
              </w:rPr>
              <w:t>60 (50.00)</w:t>
            </w:r>
          </w:p>
        </w:tc>
        <w:tc>
          <w:tcPr>
            <w:tcW w:w="630" w:type="pct"/>
            <w:vAlign w:val="center"/>
          </w:tcPr>
          <w:p w14:paraId="3ED42489" w14:textId="77777777" w:rsidR="00032E18" w:rsidRPr="00032E18" w:rsidRDefault="00032E18" w:rsidP="00CD63E1">
            <w:pPr>
              <w:rPr>
                <w:rFonts w:cs="Times New Roman"/>
                <w:sz w:val="20"/>
                <w:szCs w:val="20"/>
              </w:rPr>
            </w:pPr>
            <w:r w:rsidRPr="00032E18">
              <w:rPr>
                <w:rFonts w:cs="Times New Roman"/>
                <w:sz w:val="20"/>
                <w:szCs w:val="20"/>
              </w:rPr>
              <w:t>66 (55.00)</w:t>
            </w:r>
          </w:p>
        </w:tc>
      </w:tr>
      <w:tr w:rsidR="00032E18" w:rsidRPr="00032E18" w14:paraId="5A16F7D4" w14:textId="77777777" w:rsidTr="00CD63E1">
        <w:tc>
          <w:tcPr>
            <w:tcW w:w="298" w:type="pct"/>
          </w:tcPr>
          <w:p w14:paraId="38EE7D6F"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9.</w:t>
            </w:r>
          </w:p>
        </w:tc>
        <w:tc>
          <w:tcPr>
            <w:tcW w:w="4702" w:type="pct"/>
            <w:gridSpan w:val="7"/>
          </w:tcPr>
          <w:p w14:paraId="304ECCE3"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Hatchability performance</w:t>
            </w:r>
          </w:p>
        </w:tc>
      </w:tr>
      <w:tr w:rsidR="00032E18" w:rsidRPr="00032E18" w14:paraId="0A7C60F3" w14:textId="77777777" w:rsidTr="00CD63E1">
        <w:tc>
          <w:tcPr>
            <w:tcW w:w="298" w:type="pct"/>
          </w:tcPr>
          <w:p w14:paraId="3E2E7847" w14:textId="77777777" w:rsidR="00032E18" w:rsidRPr="00032E18" w:rsidRDefault="00032E18" w:rsidP="00CD63E1">
            <w:pPr>
              <w:spacing w:line="360" w:lineRule="auto"/>
              <w:rPr>
                <w:rFonts w:cs="Times New Roman"/>
                <w:sz w:val="20"/>
                <w:szCs w:val="20"/>
              </w:rPr>
            </w:pPr>
          </w:p>
        </w:tc>
        <w:tc>
          <w:tcPr>
            <w:tcW w:w="1081" w:type="pct"/>
          </w:tcPr>
          <w:p w14:paraId="17C903BA" w14:textId="77777777" w:rsidR="00032E18" w:rsidRPr="00032E18" w:rsidRDefault="00032E18" w:rsidP="00CD63E1">
            <w:pPr>
              <w:rPr>
                <w:rFonts w:cs="Times New Roman"/>
                <w:sz w:val="20"/>
                <w:szCs w:val="20"/>
              </w:rPr>
            </w:pPr>
            <w:r w:rsidRPr="00032E18">
              <w:rPr>
                <w:rFonts w:cs="Times New Roman"/>
                <w:sz w:val="20"/>
                <w:szCs w:val="20"/>
              </w:rPr>
              <w:t>High</w:t>
            </w:r>
          </w:p>
        </w:tc>
        <w:tc>
          <w:tcPr>
            <w:tcW w:w="581" w:type="pct"/>
            <w:vAlign w:val="center"/>
          </w:tcPr>
          <w:p w14:paraId="15A0B86F" w14:textId="77777777" w:rsidR="00032E18" w:rsidRPr="00032E18" w:rsidRDefault="00032E18" w:rsidP="00CD63E1">
            <w:pPr>
              <w:rPr>
                <w:rFonts w:cs="Times New Roman"/>
                <w:sz w:val="20"/>
                <w:szCs w:val="20"/>
              </w:rPr>
            </w:pPr>
            <w:r w:rsidRPr="00032E18">
              <w:rPr>
                <w:rFonts w:cs="Times New Roman"/>
                <w:sz w:val="20"/>
                <w:szCs w:val="20"/>
              </w:rPr>
              <w:t>39 (32.50)</w:t>
            </w:r>
          </w:p>
        </w:tc>
        <w:tc>
          <w:tcPr>
            <w:tcW w:w="626" w:type="pct"/>
            <w:vAlign w:val="center"/>
          </w:tcPr>
          <w:p w14:paraId="51D04733" w14:textId="77777777" w:rsidR="00032E18" w:rsidRPr="00032E18" w:rsidRDefault="00032E18" w:rsidP="00CD63E1">
            <w:pPr>
              <w:rPr>
                <w:rFonts w:cs="Times New Roman"/>
                <w:sz w:val="20"/>
                <w:szCs w:val="20"/>
              </w:rPr>
            </w:pPr>
            <w:r w:rsidRPr="00032E18">
              <w:rPr>
                <w:rFonts w:cs="Times New Roman"/>
                <w:sz w:val="20"/>
                <w:szCs w:val="20"/>
              </w:rPr>
              <w:t>31 (25.83)</w:t>
            </w:r>
          </w:p>
        </w:tc>
        <w:tc>
          <w:tcPr>
            <w:tcW w:w="579" w:type="pct"/>
            <w:vAlign w:val="center"/>
          </w:tcPr>
          <w:p w14:paraId="3E48574E" w14:textId="77777777" w:rsidR="00032E18" w:rsidRPr="00032E18" w:rsidRDefault="00032E18" w:rsidP="00CD63E1">
            <w:pPr>
              <w:rPr>
                <w:rFonts w:cs="Times New Roman"/>
                <w:sz w:val="20"/>
                <w:szCs w:val="20"/>
              </w:rPr>
            </w:pPr>
            <w:r w:rsidRPr="00032E18">
              <w:rPr>
                <w:rFonts w:cs="Times New Roman"/>
                <w:sz w:val="20"/>
                <w:szCs w:val="20"/>
              </w:rPr>
              <w:t>57 (47.50)</w:t>
            </w:r>
          </w:p>
        </w:tc>
        <w:tc>
          <w:tcPr>
            <w:tcW w:w="628" w:type="pct"/>
            <w:vAlign w:val="center"/>
          </w:tcPr>
          <w:p w14:paraId="784A14C3" w14:textId="77777777" w:rsidR="00032E18" w:rsidRPr="00032E18" w:rsidRDefault="00032E18" w:rsidP="00CD63E1">
            <w:pPr>
              <w:rPr>
                <w:rFonts w:cs="Times New Roman"/>
                <w:sz w:val="20"/>
                <w:szCs w:val="20"/>
              </w:rPr>
            </w:pPr>
            <w:r w:rsidRPr="00032E18">
              <w:rPr>
                <w:rFonts w:cs="Times New Roman"/>
                <w:sz w:val="20"/>
                <w:szCs w:val="20"/>
              </w:rPr>
              <w:t>49 (40.83)</w:t>
            </w:r>
          </w:p>
        </w:tc>
        <w:tc>
          <w:tcPr>
            <w:tcW w:w="577" w:type="pct"/>
            <w:vAlign w:val="center"/>
          </w:tcPr>
          <w:p w14:paraId="4D0B7D57" w14:textId="77777777" w:rsidR="00032E18" w:rsidRPr="00032E18" w:rsidRDefault="00032E18" w:rsidP="00CD63E1">
            <w:pPr>
              <w:rPr>
                <w:rFonts w:cs="Times New Roman"/>
                <w:sz w:val="20"/>
                <w:szCs w:val="20"/>
              </w:rPr>
            </w:pPr>
            <w:r w:rsidRPr="00032E18">
              <w:rPr>
                <w:rFonts w:cs="Times New Roman"/>
                <w:sz w:val="20"/>
                <w:szCs w:val="20"/>
              </w:rPr>
              <w:t>34 (28.33)</w:t>
            </w:r>
          </w:p>
        </w:tc>
        <w:tc>
          <w:tcPr>
            <w:tcW w:w="630" w:type="pct"/>
            <w:vAlign w:val="center"/>
          </w:tcPr>
          <w:p w14:paraId="4CD4603A" w14:textId="77777777" w:rsidR="00032E18" w:rsidRPr="00032E18" w:rsidRDefault="00032E18" w:rsidP="00CD63E1">
            <w:pPr>
              <w:rPr>
                <w:rFonts w:cs="Times New Roman"/>
                <w:sz w:val="20"/>
                <w:szCs w:val="20"/>
              </w:rPr>
            </w:pPr>
            <w:r w:rsidRPr="00032E18">
              <w:rPr>
                <w:rFonts w:cs="Times New Roman"/>
                <w:sz w:val="20"/>
                <w:szCs w:val="20"/>
              </w:rPr>
              <w:t>29 (24.17)</w:t>
            </w:r>
          </w:p>
        </w:tc>
      </w:tr>
      <w:tr w:rsidR="00032E18" w:rsidRPr="00032E18" w14:paraId="01EF4846" w14:textId="77777777" w:rsidTr="00CD63E1">
        <w:tc>
          <w:tcPr>
            <w:tcW w:w="298" w:type="pct"/>
          </w:tcPr>
          <w:p w14:paraId="609FEF84" w14:textId="77777777" w:rsidR="00032E18" w:rsidRPr="00032E18" w:rsidRDefault="00032E18" w:rsidP="00CD63E1">
            <w:pPr>
              <w:spacing w:line="360" w:lineRule="auto"/>
              <w:rPr>
                <w:rFonts w:cs="Times New Roman"/>
                <w:sz w:val="20"/>
                <w:szCs w:val="20"/>
              </w:rPr>
            </w:pPr>
          </w:p>
        </w:tc>
        <w:tc>
          <w:tcPr>
            <w:tcW w:w="1081" w:type="pct"/>
          </w:tcPr>
          <w:p w14:paraId="72B47F5B" w14:textId="77777777" w:rsidR="00032E18" w:rsidRPr="00032E18" w:rsidRDefault="00032E18" w:rsidP="00CD63E1">
            <w:pPr>
              <w:rPr>
                <w:rFonts w:cs="Times New Roman"/>
                <w:sz w:val="20"/>
                <w:szCs w:val="20"/>
              </w:rPr>
            </w:pPr>
            <w:r w:rsidRPr="00032E18">
              <w:rPr>
                <w:rFonts w:cs="Times New Roman"/>
                <w:sz w:val="20"/>
                <w:szCs w:val="20"/>
              </w:rPr>
              <w:t>Low</w:t>
            </w:r>
          </w:p>
        </w:tc>
        <w:tc>
          <w:tcPr>
            <w:tcW w:w="581" w:type="pct"/>
            <w:vAlign w:val="center"/>
          </w:tcPr>
          <w:p w14:paraId="1186AF30" w14:textId="77777777" w:rsidR="00032E18" w:rsidRPr="00032E18" w:rsidRDefault="00032E18" w:rsidP="00CD63E1">
            <w:pPr>
              <w:rPr>
                <w:rFonts w:cs="Times New Roman"/>
                <w:sz w:val="20"/>
                <w:szCs w:val="20"/>
              </w:rPr>
            </w:pPr>
            <w:r w:rsidRPr="00032E18">
              <w:rPr>
                <w:rFonts w:cs="Times New Roman"/>
                <w:sz w:val="20"/>
                <w:szCs w:val="20"/>
              </w:rPr>
              <w:t>43 (35.83)</w:t>
            </w:r>
          </w:p>
        </w:tc>
        <w:tc>
          <w:tcPr>
            <w:tcW w:w="626" w:type="pct"/>
            <w:vAlign w:val="center"/>
          </w:tcPr>
          <w:p w14:paraId="76FB71EA" w14:textId="77777777" w:rsidR="00032E18" w:rsidRPr="00032E18" w:rsidRDefault="00032E18" w:rsidP="00CD63E1">
            <w:pPr>
              <w:rPr>
                <w:rFonts w:cs="Times New Roman"/>
                <w:sz w:val="20"/>
                <w:szCs w:val="20"/>
              </w:rPr>
            </w:pPr>
            <w:r w:rsidRPr="00032E18">
              <w:rPr>
                <w:rFonts w:cs="Times New Roman"/>
                <w:sz w:val="20"/>
                <w:szCs w:val="20"/>
              </w:rPr>
              <w:t>49 (40.83)</w:t>
            </w:r>
          </w:p>
        </w:tc>
        <w:tc>
          <w:tcPr>
            <w:tcW w:w="579" w:type="pct"/>
            <w:vAlign w:val="center"/>
          </w:tcPr>
          <w:p w14:paraId="274E2807" w14:textId="77777777" w:rsidR="00032E18" w:rsidRPr="00032E18" w:rsidRDefault="00032E18" w:rsidP="00CD63E1">
            <w:pPr>
              <w:rPr>
                <w:rFonts w:cs="Times New Roman"/>
                <w:sz w:val="20"/>
                <w:szCs w:val="20"/>
              </w:rPr>
            </w:pPr>
            <w:r w:rsidRPr="00032E18">
              <w:rPr>
                <w:rFonts w:cs="Times New Roman"/>
                <w:sz w:val="20"/>
                <w:szCs w:val="20"/>
              </w:rPr>
              <w:t>29 (24.17)</w:t>
            </w:r>
          </w:p>
        </w:tc>
        <w:tc>
          <w:tcPr>
            <w:tcW w:w="628" w:type="pct"/>
            <w:vAlign w:val="center"/>
          </w:tcPr>
          <w:p w14:paraId="7C625E7E" w14:textId="77777777" w:rsidR="00032E18" w:rsidRPr="00032E18" w:rsidRDefault="00032E18" w:rsidP="00CD63E1">
            <w:pPr>
              <w:rPr>
                <w:rFonts w:cs="Times New Roman"/>
                <w:sz w:val="20"/>
                <w:szCs w:val="20"/>
              </w:rPr>
            </w:pPr>
            <w:r w:rsidRPr="00032E18">
              <w:rPr>
                <w:rFonts w:cs="Times New Roman"/>
                <w:sz w:val="20"/>
                <w:szCs w:val="20"/>
              </w:rPr>
              <w:t>34 (28.33)</w:t>
            </w:r>
          </w:p>
        </w:tc>
        <w:tc>
          <w:tcPr>
            <w:tcW w:w="577" w:type="pct"/>
            <w:vAlign w:val="center"/>
          </w:tcPr>
          <w:p w14:paraId="64D012B0" w14:textId="77777777" w:rsidR="00032E18" w:rsidRPr="00032E18" w:rsidRDefault="00032E18" w:rsidP="00CD63E1">
            <w:pPr>
              <w:rPr>
                <w:rFonts w:cs="Times New Roman"/>
                <w:sz w:val="20"/>
                <w:szCs w:val="20"/>
              </w:rPr>
            </w:pPr>
            <w:r w:rsidRPr="00032E18">
              <w:rPr>
                <w:rFonts w:cs="Times New Roman"/>
                <w:sz w:val="20"/>
                <w:szCs w:val="20"/>
              </w:rPr>
              <w:t>47 (39.17)</w:t>
            </w:r>
          </w:p>
        </w:tc>
        <w:tc>
          <w:tcPr>
            <w:tcW w:w="630" w:type="pct"/>
            <w:vAlign w:val="center"/>
          </w:tcPr>
          <w:p w14:paraId="1D69E127" w14:textId="77777777" w:rsidR="00032E18" w:rsidRPr="00032E18" w:rsidRDefault="00032E18" w:rsidP="00CD63E1">
            <w:pPr>
              <w:rPr>
                <w:rFonts w:cs="Times New Roman"/>
                <w:sz w:val="20"/>
                <w:szCs w:val="20"/>
              </w:rPr>
            </w:pPr>
            <w:r w:rsidRPr="00032E18">
              <w:rPr>
                <w:rFonts w:cs="Times New Roman"/>
                <w:sz w:val="20"/>
                <w:szCs w:val="20"/>
              </w:rPr>
              <w:t>52 (43.33)</w:t>
            </w:r>
          </w:p>
        </w:tc>
      </w:tr>
      <w:tr w:rsidR="00032E18" w:rsidRPr="00032E18" w14:paraId="5FCBA02C" w14:textId="77777777" w:rsidTr="00CD63E1">
        <w:tc>
          <w:tcPr>
            <w:tcW w:w="298" w:type="pct"/>
          </w:tcPr>
          <w:p w14:paraId="53B45442" w14:textId="77777777" w:rsidR="00032E18" w:rsidRPr="00032E18" w:rsidRDefault="00032E18" w:rsidP="00CD63E1">
            <w:pPr>
              <w:spacing w:line="360" w:lineRule="auto"/>
              <w:rPr>
                <w:rFonts w:cs="Times New Roman"/>
                <w:sz w:val="20"/>
                <w:szCs w:val="20"/>
              </w:rPr>
            </w:pPr>
          </w:p>
        </w:tc>
        <w:tc>
          <w:tcPr>
            <w:tcW w:w="1081" w:type="pct"/>
          </w:tcPr>
          <w:p w14:paraId="481155F9" w14:textId="77777777" w:rsidR="00032E18" w:rsidRPr="00032E18" w:rsidRDefault="00032E18" w:rsidP="00CD63E1">
            <w:pPr>
              <w:rPr>
                <w:rFonts w:cs="Times New Roman"/>
                <w:sz w:val="20"/>
                <w:szCs w:val="20"/>
              </w:rPr>
            </w:pPr>
            <w:r w:rsidRPr="00032E18">
              <w:rPr>
                <w:rFonts w:cs="Times New Roman"/>
                <w:sz w:val="20"/>
                <w:szCs w:val="20"/>
              </w:rPr>
              <w:t>No idea</w:t>
            </w:r>
          </w:p>
        </w:tc>
        <w:tc>
          <w:tcPr>
            <w:tcW w:w="581" w:type="pct"/>
            <w:vAlign w:val="center"/>
          </w:tcPr>
          <w:p w14:paraId="5C1C14D0" w14:textId="77777777" w:rsidR="00032E18" w:rsidRPr="00032E18" w:rsidRDefault="00032E18" w:rsidP="00CD63E1">
            <w:pPr>
              <w:rPr>
                <w:rFonts w:cs="Times New Roman"/>
                <w:sz w:val="20"/>
                <w:szCs w:val="20"/>
              </w:rPr>
            </w:pPr>
            <w:r w:rsidRPr="00032E18">
              <w:rPr>
                <w:rFonts w:cs="Times New Roman"/>
                <w:sz w:val="20"/>
                <w:szCs w:val="20"/>
              </w:rPr>
              <w:t>38 (31.67)</w:t>
            </w:r>
          </w:p>
        </w:tc>
        <w:tc>
          <w:tcPr>
            <w:tcW w:w="626" w:type="pct"/>
            <w:vAlign w:val="center"/>
          </w:tcPr>
          <w:p w14:paraId="3C5743DB" w14:textId="77777777" w:rsidR="00032E18" w:rsidRPr="00032E18" w:rsidRDefault="00032E18" w:rsidP="00CD63E1">
            <w:pPr>
              <w:rPr>
                <w:rFonts w:cs="Times New Roman"/>
                <w:sz w:val="20"/>
                <w:szCs w:val="20"/>
              </w:rPr>
            </w:pPr>
            <w:r w:rsidRPr="00032E18">
              <w:rPr>
                <w:rFonts w:cs="Times New Roman"/>
                <w:sz w:val="20"/>
                <w:szCs w:val="20"/>
              </w:rPr>
              <w:t>40 (33.34)</w:t>
            </w:r>
          </w:p>
        </w:tc>
        <w:tc>
          <w:tcPr>
            <w:tcW w:w="579" w:type="pct"/>
            <w:vAlign w:val="center"/>
          </w:tcPr>
          <w:p w14:paraId="7AD30FA8" w14:textId="77777777" w:rsidR="00032E18" w:rsidRPr="00032E18" w:rsidRDefault="00032E18" w:rsidP="00CD63E1">
            <w:pPr>
              <w:rPr>
                <w:rFonts w:cs="Times New Roman"/>
                <w:sz w:val="20"/>
                <w:szCs w:val="20"/>
              </w:rPr>
            </w:pPr>
            <w:r w:rsidRPr="00032E18">
              <w:rPr>
                <w:rFonts w:cs="Times New Roman"/>
                <w:sz w:val="20"/>
                <w:szCs w:val="20"/>
              </w:rPr>
              <w:t>34 (28.33)</w:t>
            </w:r>
          </w:p>
        </w:tc>
        <w:tc>
          <w:tcPr>
            <w:tcW w:w="628" w:type="pct"/>
            <w:vAlign w:val="center"/>
          </w:tcPr>
          <w:p w14:paraId="0E0C9DD7" w14:textId="77777777" w:rsidR="00032E18" w:rsidRPr="00032E18" w:rsidRDefault="00032E18" w:rsidP="00CD63E1">
            <w:pPr>
              <w:rPr>
                <w:rFonts w:cs="Times New Roman"/>
                <w:sz w:val="20"/>
                <w:szCs w:val="20"/>
              </w:rPr>
            </w:pPr>
            <w:r w:rsidRPr="00032E18">
              <w:rPr>
                <w:rFonts w:cs="Times New Roman"/>
                <w:sz w:val="20"/>
                <w:szCs w:val="20"/>
              </w:rPr>
              <w:t>37 (30.84)</w:t>
            </w:r>
          </w:p>
        </w:tc>
        <w:tc>
          <w:tcPr>
            <w:tcW w:w="577" w:type="pct"/>
            <w:vAlign w:val="center"/>
          </w:tcPr>
          <w:p w14:paraId="150FF3AF" w14:textId="77777777" w:rsidR="00032E18" w:rsidRPr="00032E18" w:rsidRDefault="00032E18" w:rsidP="00CD63E1">
            <w:pPr>
              <w:rPr>
                <w:rFonts w:cs="Times New Roman"/>
                <w:sz w:val="20"/>
                <w:szCs w:val="20"/>
              </w:rPr>
            </w:pPr>
            <w:r w:rsidRPr="00032E18">
              <w:rPr>
                <w:rFonts w:cs="Times New Roman"/>
                <w:sz w:val="20"/>
                <w:szCs w:val="20"/>
              </w:rPr>
              <w:t>39 (32.50)</w:t>
            </w:r>
          </w:p>
        </w:tc>
        <w:tc>
          <w:tcPr>
            <w:tcW w:w="630" w:type="pct"/>
            <w:vAlign w:val="center"/>
          </w:tcPr>
          <w:p w14:paraId="20044B5B" w14:textId="77777777" w:rsidR="00032E18" w:rsidRPr="00032E18" w:rsidRDefault="00032E18" w:rsidP="00CD63E1">
            <w:pPr>
              <w:rPr>
                <w:rFonts w:cs="Times New Roman"/>
                <w:sz w:val="20"/>
                <w:szCs w:val="20"/>
              </w:rPr>
            </w:pPr>
            <w:r w:rsidRPr="00032E18">
              <w:rPr>
                <w:rFonts w:cs="Times New Roman"/>
                <w:sz w:val="20"/>
                <w:szCs w:val="20"/>
              </w:rPr>
              <w:t>39 (32.50)</w:t>
            </w:r>
          </w:p>
        </w:tc>
      </w:tr>
      <w:tr w:rsidR="00032E18" w:rsidRPr="00032E18" w14:paraId="4239AC12" w14:textId="77777777" w:rsidTr="00CD63E1">
        <w:tc>
          <w:tcPr>
            <w:tcW w:w="298" w:type="pct"/>
          </w:tcPr>
          <w:p w14:paraId="21CCA814"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10.</w:t>
            </w:r>
          </w:p>
        </w:tc>
        <w:tc>
          <w:tcPr>
            <w:tcW w:w="4702" w:type="pct"/>
            <w:gridSpan w:val="7"/>
          </w:tcPr>
          <w:p w14:paraId="4358D6EA" w14:textId="77777777" w:rsidR="00032E18" w:rsidRPr="00032E18" w:rsidRDefault="00032E18" w:rsidP="00CD63E1">
            <w:pPr>
              <w:spacing w:line="360" w:lineRule="auto"/>
              <w:rPr>
                <w:rFonts w:cs="Times New Roman"/>
                <w:b/>
                <w:sz w:val="20"/>
                <w:szCs w:val="20"/>
              </w:rPr>
            </w:pPr>
            <w:r w:rsidRPr="00032E18">
              <w:rPr>
                <w:rFonts w:cs="Times New Roman"/>
                <w:b/>
                <w:sz w:val="20"/>
                <w:szCs w:val="20"/>
              </w:rPr>
              <w:t>Number of eggs kept under broody hen</w:t>
            </w:r>
          </w:p>
        </w:tc>
      </w:tr>
      <w:tr w:rsidR="00032E18" w:rsidRPr="00032E18" w14:paraId="7B84F712" w14:textId="77777777" w:rsidTr="00CD63E1">
        <w:tc>
          <w:tcPr>
            <w:tcW w:w="298" w:type="pct"/>
          </w:tcPr>
          <w:p w14:paraId="398AF8F2" w14:textId="77777777" w:rsidR="00032E18" w:rsidRPr="00032E18" w:rsidRDefault="00032E18" w:rsidP="00CD63E1">
            <w:pPr>
              <w:spacing w:line="360" w:lineRule="auto"/>
              <w:rPr>
                <w:rFonts w:cs="Times New Roman"/>
                <w:sz w:val="20"/>
                <w:szCs w:val="20"/>
              </w:rPr>
            </w:pPr>
          </w:p>
        </w:tc>
        <w:tc>
          <w:tcPr>
            <w:tcW w:w="1081" w:type="pct"/>
          </w:tcPr>
          <w:p w14:paraId="237D1D8E" w14:textId="77777777" w:rsidR="00032E18" w:rsidRPr="00032E18" w:rsidRDefault="00032E18" w:rsidP="00CD63E1">
            <w:pPr>
              <w:rPr>
                <w:rFonts w:cs="Times New Roman"/>
                <w:sz w:val="20"/>
                <w:szCs w:val="20"/>
              </w:rPr>
            </w:pPr>
            <w:r w:rsidRPr="00032E18">
              <w:rPr>
                <w:rFonts w:cs="Times New Roman"/>
                <w:sz w:val="20"/>
                <w:szCs w:val="20"/>
              </w:rPr>
              <w:t>6–8 eggs</w:t>
            </w:r>
          </w:p>
        </w:tc>
        <w:tc>
          <w:tcPr>
            <w:tcW w:w="581" w:type="pct"/>
            <w:vAlign w:val="center"/>
          </w:tcPr>
          <w:p w14:paraId="11E3888F" w14:textId="77777777" w:rsidR="00032E18" w:rsidRPr="00032E18" w:rsidRDefault="00032E18" w:rsidP="00CD63E1">
            <w:pPr>
              <w:rPr>
                <w:rFonts w:cs="Times New Roman"/>
                <w:sz w:val="20"/>
                <w:szCs w:val="20"/>
              </w:rPr>
            </w:pPr>
            <w:r w:rsidRPr="00032E18">
              <w:rPr>
                <w:rFonts w:cs="Times New Roman"/>
                <w:sz w:val="20"/>
                <w:szCs w:val="20"/>
              </w:rPr>
              <w:t>28 (23.33)</w:t>
            </w:r>
          </w:p>
        </w:tc>
        <w:tc>
          <w:tcPr>
            <w:tcW w:w="626" w:type="pct"/>
            <w:vAlign w:val="center"/>
          </w:tcPr>
          <w:p w14:paraId="60FAA3B9" w14:textId="77777777" w:rsidR="00032E18" w:rsidRPr="00032E18" w:rsidRDefault="00032E18" w:rsidP="00CD63E1">
            <w:pPr>
              <w:rPr>
                <w:rFonts w:cs="Times New Roman"/>
                <w:sz w:val="20"/>
                <w:szCs w:val="20"/>
              </w:rPr>
            </w:pPr>
            <w:r w:rsidRPr="00032E18">
              <w:rPr>
                <w:rFonts w:cs="Times New Roman"/>
                <w:sz w:val="20"/>
                <w:szCs w:val="20"/>
              </w:rPr>
              <w:t>34 (28.33)</w:t>
            </w:r>
          </w:p>
        </w:tc>
        <w:tc>
          <w:tcPr>
            <w:tcW w:w="579" w:type="pct"/>
            <w:vAlign w:val="center"/>
          </w:tcPr>
          <w:p w14:paraId="0A67DEE1" w14:textId="77777777" w:rsidR="00032E18" w:rsidRPr="00032E18" w:rsidRDefault="00032E18" w:rsidP="00CD63E1">
            <w:pPr>
              <w:rPr>
                <w:rFonts w:cs="Times New Roman"/>
                <w:sz w:val="20"/>
                <w:szCs w:val="20"/>
              </w:rPr>
            </w:pPr>
            <w:r w:rsidRPr="00032E18">
              <w:rPr>
                <w:rFonts w:cs="Times New Roman"/>
                <w:sz w:val="20"/>
                <w:szCs w:val="20"/>
              </w:rPr>
              <w:t>21 (17.50)</w:t>
            </w:r>
          </w:p>
        </w:tc>
        <w:tc>
          <w:tcPr>
            <w:tcW w:w="628" w:type="pct"/>
            <w:vAlign w:val="center"/>
          </w:tcPr>
          <w:p w14:paraId="4DDE1C14" w14:textId="77777777" w:rsidR="00032E18" w:rsidRPr="00032E18" w:rsidRDefault="00032E18" w:rsidP="00CD63E1">
            <w:pPr>
              <w:rPr>
                <w:rFonts w:cs="Times New Roman"/>
                <w:sz w:val="20"/>
                <w:szCs w:val="20"/>
              </w:rPr>
            </w:pPr>
            <w:r w:rsidRPr="00032E18">
              <w:rPr>
                <w:rFonts w:cs="Times New Roman"/>
                <w:sz w:val="20"/>
                <w:szCs w:val="20"/>
              </w:rPr>
              <w:t>27 (22.50)</w:t>
            </w:r>
          </w:p>
        </w:tc>
        <w:tc>
          <w:tcPr>
            <w:tcW w:w="577" w:type="pct"/>
            <w:vAlign w:val="center"/>
          </w:tcPr>
          <w:p w14:paraId="5CE809E6" w14:textId="77777777" w:rsidR="00032E18" w:rsidRPr="00032E18" w:rsidRDefault="00032E18" w:rsidP="00CD63E1">
            <w:pPr>
              <w:rPr>
                <w:rFonts w:cs="Times New Roman"/>
                <w:sz w:val="20"/>
                <w:szCs w:val="20"/>
              </w:rPr>
            </w:pPr>
            <w:r w:rsidRPr="00032E18">
              <w:rPr>
                <w:rFonts w:cs="Times New Roman"/>
                <w:sz w:val="20"/>
                <w:szCs w:val="20"/>
              </w:rPr>
              <w:t>25 (20.83)</w:t>
            </w:r>
          </w:p>
        </w:tc>
        <w:tc>
          <w:tcPr>
            <w:tcW w:w="630" w:type="pct"/>
            <w:vAlign w:val="center"/>
          </w:tcPr>
          <w:p w14:paraId="4CD0A634" w14:textId="77777777" w:rsidR="00032E18" w:rsidRPr="00032E18" w:rsidRDefault="00032E18" w:rsidP="00CD63E1">
            <w:pPr>
              <w:rPr>
                <w:rFonts w:cs="Times New Roman"/>
                <w:sz w:val="20"/>
                <w:szCs w:val="20"/>
              </w:rPr>
            </w:pPr>
            <w:r w:rsidRPr="00032E18">
              <w:rPr>
                <w:rFonts w:cs="Times New Roman"/>
                <w:sz w:val="20"/>
                <w:szCs w:val="20"/>
              </w:rPr>
              <w:t>31 (25.83)</w:t>
            </w:r>
          </w:p>
        </w:tc>
      </w:tr>
      <w:tr w:rsidR="00032E18" w:rsidRPr="00032E18" w14:paraId="2B3D358F" w14:textId="77777777" w:rsidTr="00CD63E1">
        <w:tc>
          <w:tcPr>
            <w:tcW w:w="298" w:type="pct"/>
          </w:tcPr>
          <w:p w14:paraId="37077A1B" w14:textId="77777777" w:rsidR="00032E18" w:rsidRPr="00032E18" w:rsidRDefault="00032E18" w:rsidP="00CD63E1">
            <w:pPr>
              <w:spacing w:line="360" w:lineRule="auto"/>
              <w:rPr>
                <w:rFonts w:cs="Times New Roman"/>
                <w:sz w:val="20"/>
                <w:szCs w:val="20"/>
              </w:rPr>
            </w:pPr>
          </w:p>
        </w:tc>
        <w:tc>
          <w:tcPr>
            <w:tcW w:w="1081" w:type="pct"/>
          </w:tcPr>
          <w:p w14:paraId="34E42E5C" w14:textId="77777777" w:rsidR="00032E18" w:rsidRPr="00032E18" w:rsidRDefault="00032E18" w:rsidP="00CD63E1">
            <w:pPr>
              <w:rPr>
                <w:rFonts w:cs="Times New Roman"/>
                <w:sz w:val="20"/>
                <w:szCs w:val="20"/>
              </w:rPr>
            </w:pPr>
            <w:r w:rsidRPr="00032E18">
              <w:rPr>
                <w:rFonts w:cs="Times New Roman"/>
                <w:sz w:val="20"/>
                <w:szCs w:val="20"/>
              </w:rPr>
              <w:t>8–10 eggs</w:t>
            </w:r>
          </w:p>
        </w:tc>
        <w:tc>
          <w:tcPr>
            <w:tcW w:w="581" w:type="pct"/>
            <w:vAlign w:val="center"/>
          </w:tcPr>
          <w:p w14:paraId="30D33D04" w14:textId="77777777" w:rsidR="00032E18" w:rsidRPr="00032E18" w:rsidRDefault="00032E18" w:rsidP="00CD63E1">
            <w:pPr>
              <w:rPr>
                <w:rFonts w:cs="Times New Roman"/>
                <w:sz w:val="20"/>
                <w:szCs w:val="20"/>
              </w:rPr>
            </w:pPr>
            <w:r w:rsidRPr="00032E18">
              <w:rPr>
                <w:rFonts w:cs="Times New Roman"/>
                <w:sz w:val="20"/>
                <w:szCs w:val="20"/>
              </w:rPr>
              <w:t>64 (53.33)</w:t>
            </w:r>
          </w:p>
        </w:tc>
        <w:tc>
          <w:tcPr>
            <w:tcW w:w="626" w:type="pct"/>
            <w:vAlign w:val="center"/>
          </w:tcPr>
          <w:p w14:paraId="32D881C5" w14:textId="77777777" w:rsidR="00032E18" w:rsidRPr="00032E18" w:rsidRDefault="00032E18" w:rsidP="00CD63E1">
            <w:pPr>
              <w:rPr>
                <w:rFonts w:cs="Times New Roman"/>
                <w:sz w:val="20"/>
                <w:szCs w:val="20"/>
              </w:rPr>
            </w:pPr>
            <w:r w:rsidRPr="00032E18">
              <w:rPr>
                <w:rFonts w:cs="Times New Roman"/>
                <w:sz w:val="20"/>
                <w:szCs w:val="20"/>
              </w:rPr>
              <w:t>58 (48.33)</w:t>
            </w:r>
          </w:p>
        </w:tc>
        <w:tc>
          <w:tcPr>
            <w:tcW w:w="579" w:type="pct"/>
            <w:vAlign w:val="center"/>
          </w:tcPr>
          <w:p w14:paraId="36F728B3" w14:textId="77777777" w:rsidR="00032E18" w:rsidRPr="00032E18" w:rsidRDefault="00032E18" w:rsidP="00CD63E1">
            <w:pPr>
              <w:rPr>
                <w:rFonts w:cs="Times New Roman"/>
                <w:sz w:val="20"/>
                <w:szCs w:val="20"/>
              </w:rPr>
            </w:pPr>
            <w:r w:rsidRPr="00032E18">
              <w:rPr>
                <w:rFonts w:cs="Times New Roman"/>
                <w:sz w:val="20"/>
                <w:szCs w:val="20"/>
              </w:rPr>
              <w:t>71 (59.17)</w:t>
            </w:r>
          </w:p>
        </w:tc>
        <w:tc>
          <w:tcPr>
            <w:tcW w:w="628" w:type="pct"/>
            <w:vAlign w:val="center"/>
          </w:tcPr>
          <w:p w14:paraId="42E13577" w14:textId="77777777" w:rsidR="00032E18" w:rsidRPr="00032E18" w:rsidRDefault="00032E18" w:rsidP="00CD63E1">
            <w:pPr>
              <w:rPr>
                <w:rFonts w:cs="Times New Roman"/>
                <w:sz w:val="20"/>
                <w:szCs w:val="20"/>
              </w:rPr>
            </w:pPr>
            <w:r w:rsidRPr="00032E18">
              <w:rPr>
                <w:rFonts w:cs="Times New Roman"/>
                <w:sz w:val="20"/>
                <w:szCs w:val="20"/>
              </w:rPr>
              <w:t>65 (54.17)</w:t>
            </w:r>
          </w:p>
        </w:tc>
        <w:tc>
          <w:tcPr>
            <w:tcW w:w="577" w:type="pct"/>
            <w:vAlign w:val="center"/>
          </w:tcPr>
          <w:p w14:paraId="54CCF949" w14:textId="77777777" w:rsidR="00032E18" w:rsidRPr="00032E18" w:rsidRDefault="00032E18" w:rsidP="00CD63E1">
            <w:pPr>
              <w:rPr>
                <w:rFonts w:cs="Times New Roman"/>
                <w:sz w:val="20"/>
                <w:szCs w:val="20"/>
              </w:rPr>
            </w:pPr>
            <w:r w:rsidRPr="00032E18">
              <w:rPr>
                <w:rFonts w:cs="Times New Roman"/>
                <w:sz w:val="20"/>
                <w:szCs w:val="20"/>
              </w:rPr>
              <w:t>66 (55.00)</w:t>
            </w:r>
          </w:p>
        </w:tc>
        <w:tc>
          <w:tcPr>
            <w:tcW w:w="630" w:type="pct"/>
            <w:vAlign w:val="center"/>
          </w:tcPr>
          <w:p w14:paraId="5684444E" w14:textId="77777777" w:rsidR="00032E18" w:rsidRPr="00032E18" w:rsidRDefault="00032E18" w:rsidP="00CD63E1">
            <w:pPr>
              <w:rPr>
                <w:rFonts w:cs="Times New Roman"/>
                <w:sz w:val="20"/>
                <w:szCs w:val="20"/>
              </w:rPr>
            </w:pPr>
            <w:r w:rsidRPr="00032E18">
              <w:rPr>
                <w:rFonts w:cs="Times New Roman"/>
                <w:sz w:val="20"/>
                <w:szCs w:val="20"/>
              </w:rPr>
              <w:t>59 (49.17)</w:t>
            </w:r>
          </w:p>
        </w:tc>
      </w:tr>
      <w:tr w:rsidR="00032E18" w:rsidRPr="00032E18" w14:paraId="5EE28DFA" w14:textId="77777777" w:rsidTr="00CD63E1">
        <w:tc>
          <w:tcPr>
            <w:tcW w:w="298" w:type="pct"/>
          </w:tcPr>
          <w:p w14:paraId="663C84E4" w14:textId="77777777" w:rsidR="00032E18" w:rsidRPr="00032E18" w:rsidRDefault="00032E18" w:rsidP="00CD63E1">
            <w:pPr>
              <w:spacing w:line="360" w:lineRule="auto"/>
              <w:rPr>
                <w:rFonts w:cs="Times New Roman"/>
                <w:sz w:val="20"/>
                <w:szCs w:val="20"/>
              </w:rPr>
            </w:pPr>
          </w:p>
        </w:tc>
        <w:tc>
          <w:tcPr>
            <w:tcW w:w="1081" w:type="pct"/>
          </w:tcPr>
          <w:p w14:paraId="3AC305C8" w14:textId="77777777" w:rsidR="00032E18" w:rsidRPr="00032E18" w:rsidRDefault="00032E18" w:rsidP="00CD63E1">
            <w:pPr>
              <w:rPr>
                <w:rFonts w:cs="Times New Roman"/>
                <w:sz w:val="20"/>
                <w:szCs w:val="20"/>
              </w:rPr>
            </w:pPr>
            <w:r w:rsidRPr="00032E18">
              <w:rPr>
                <w:rFonts w:cs="Times New Roman"/>
                <w:sz w:val="20"/>
                <w:szCs w:val="20"/>
              </w:rPr>
              <w:t>12–13 eggs</w:t>
            </w:r>
          </w:p>
        </w:tc>
        <w:tc>
          <w:tcPr>
            <w:tcW w:w="581" w:type="pct"/>
            <w:vAlign w:val="center"/>
          </w:tcPr>
          <w:p w14:paraId="66C19329" w14:textId="77777777" w:rsidR="00032E18" w:rsidRPr="00032E18" w:rsidRDefault="00032E18" w:rsidP="00CD63E1">
            <w:pPr>
              <w:rPr>
                <w:rFonts w:cs="Times New Roman"/>
                <w:sz w:val="20"/>
                <w:szCs w:val="20"/>
              </w:rPr>
            </w:pPr>
            <w:r w:rsidRPr="00032E18">
              <w:rPr>
                <w:rFonts w:cs="Times New Roman"/>
                <w:sz w:val="20"/>
                <w:szCs w:val="20"/>
              </w:rPr>
              <w:t>28 (23.34)</w:t>
            </w:r>
          </w:p>
        </w:tc>
        <w:tc>
          <w:tcPr>
            <w:tcW w:w="626" w:type="pct"/>
            <w:vAlign w:val="center"/>
          </w:tcPr>
          <w:p w14:paraId="2B376D01" w14:textId="77777777" w:rsidR="00032E18" w:rsidRPr="00032E18" w:rsidRDefault="00032E18" w:rsidP="00CD63E1">
            <w:pPr>
              <w:rPr>
                <w:rFonts w:cs="Times New Roman"/>
                <w:sz w:val="20"/>
                <w:szCs w:val="20"/>
              </w:rPr>
            </w:pPr>
            <w:r w:rsidRPr="00032E18">
              <w:rPr>
                <w:rFonts w:cs="Times New Roman"/>
                <w:sz w:val="20"/>
                <w:szCs w:val="20"/>
              </w:rPr>
              <w:t>28 (23.34)</w:t>
            </w:r>
          </w:p>
        </w:tc>
        <w:tc>
          <w:tcPr>
            <w:tcW w:w="579" w:type="pct"/>
            <w:vAlign w:val="center"/>
          </w:tcPr>
          <w:p w14:paraId="085D826E" w14:textId="77777777" w:rsidR="00032E18" w:rsidRPr="00032E18" w:rsidRDefault="00032E18" w:rsidP="00CD63E1">
            <w:pPr>
              <w:rPr>
                <w:rFonts w:cs="Times New Roman"/>
                <w:sz w:val="20"/>
                <w:szCs w:val="20"/>
              </w:rPr>
            </w:pPr>
            <w:r w:rsidRPr="00032E18">
              <w:rPr>
                <w:rFonts w:cs="Times New Roman"/>
                <w:sz w:val="20"/>
                <w:szCs w:val="20"/>
              </w:rPr>
              <w:t>28 (23.33)</w:t>
            </w:r>
          </w:p>
        </w:tc>
        <w:tc>
          <w:tcPr>
            <w:tcW w:w="628" w:type="pct"/>
            <w:vAlign w:val="center"/>
          </w:tcPr>
          <w:p w14:paraId="066158E2" w14:textId="77777777" w:rsidR="00032E18" w:rsidRPr="00032E18" w:rsidRDefault="00032E18" w:rsidP="00CD63E1">
            <w:pPr>
              <w:rPr>
                <w:rFonts w:cs="Times New Roman"/>
                <w:sz w:val="20"/>
                <w:szCs w:val="20"/>
              </w:rPr>
            </w:pPr>
            <w:r w:rsidRPr="00032E18">
              <w:rPr>
                <w:rFonts w:cs="Times New Roman"/>
                <w:sz w:val="20"/>
                <w:szCs w:val="20"/>
              </w:rPr>
              <w:t>28 (23.33)</w:t>
            </w:r>
          </w:p>
        </w:tc>
        <w:tc>
          <w:tcPr>
            <w:tcW w:w="577" w:type="pct"/>
            <w:vAlign w:val="center"/>
          </w:tcPr>
          <w:p w14:paraId="5F9B7BF0" w14:textId="77777777" w:rsidR="00032E18" w:rsidRPr="00032E18" w:rsidRDefault="00032E18" w:rsidP="00CD63E1">
            <w:pPr>
              <w:rPr>
                <w:rFonts w:cs="Times New Roman"/>
                <w:sz w:val="20"/>
                <w:szCs w:val="20"/>
              </w:rPr>
            </w:pPr>
            <w:r w:rsidRPr="00032E18">
              <w:rPr>
                <w:rFonts w:cs="Times New Roman"/>
                <w:sz w:val="20"/>
                <w:szCs w:val="20"/>
              </w:rPr>
              <w:t>29 (24.17)</w:t>
            </w:r>
          </w:p>
        </w:tc>
        <w:tc>
          <w:tcPr>
            <w:tcW w:w="630" w:type="pct"/>
            <w:vAlign w:val="center"/>
          </w:tcPr>
          <w:p w14:paraId="6AEE9BF9" w14:textId="77777777" w:rsidR="00032E18" w:rsidRPr="00032E18" w:rsidRDefault="00032E18" w:rsidP="00CD63E1">
            <w:pPr>
              <w:rPr>
                <w:rFonts w:cs="Times New Roman"/>
                <w:sz w:val="20"/>
                <w:szCs w:val="20"/>
              </w:rPr>
            </w:pPr>
            <w:r w:rsidRPr="00032E18">
              <w:rPr>
                <w:rFonts w:cs="Times New Roman"/>
                <w:sz w:val="20"/>
                <w:szCs w:val="20"/>
              </w:rPr>
              <w:t>30 (25.00)</w:t>
            </w:r>
          </w:p>
        </w:tc>
      </w:tr>
    </w:tbl>
    <w:p w14:paraId="346D86AA" w14:textId="77777777" w:rsidR="0036771F" w:rsidRPr="007D0844" w:rsidRDefault="007D0844">
      <w:pPr>
        <w:jc w:val="both"/>
        <w:rPr>
          <w:sz w:val="18"/>
        </w:rPr>
      </w:pPr>
      <w:r w:rsidRPr="007D0844">
        <w:rPr>
          <w:rFonts w:cs="Times New Roman"/>
          <w:sz w:val="20"/>
          <w:szCs w:val="24"/>
        </w:rPr>
        <w:t>(Figure in Parenthesis indicate percentage), EP – Eastern Plain, NEP – North Eastern Plain</w:t>
      </w:r>
      <w:r w:rsidR="002C37B7">
        <w:rPr>
          <w:rFonts w:cs="Times New Roman"/>
          <w:sz w:val="20"/>
          <w:szCs w:val="24"/>
        </w:rPr>
        <w:t xml:space="preserve">, n – No of respondents </w:t>
      </w:r>
    </w:p>
    <w:p w14:paraId="68D3EF3D" w14:textId="77777777" w:rsidR="0062046C" w:rsidRDefault="00CD63E1">
      <w:r>
        <w:rPr>
          <w:b/>
        </w:rPr>
        <w:t>3.4 Health care management practices</w:t>
      </w:r>
    </w:p>
    <w:p w14:paraId="258DDBF1" w14:textId="77777777" w:rsidR="0062046C" w:rsidRDefault="00CD63E1">
      <w:pPr>
        <w:jc w:val="both"/>
      </w:pPr>
      <w:r>
        <w:t>Health care practices were found to be weak and mainly traditional in both zones. Most respondents treated sick birds themselves, while some consulted local experts and very few sought help from veterinary doctors. Vaccination of chicks was not practiced by any respondent. Regular deworming was also not followed by most farmers, although a small number used herbal or Ayurvedic remedies. Antibiotics, growth promoters, and nutraceuticals were not used.</w:t>
      </w:r>
      <w:r w:rsidR="00732F5D">
        <w:t xml:space="preserve"> </w:t>
      </w:r>
      <w:r>
        <w:t>Predators were reported as the major cause of mortality, followed by disease outbreak and adverse weather. Disposal of dead birds was mostly by throwing them in the open, while burial was practiced by fewer respondents. The use of lime or quicklime for disinfection was poor. Most respondents washed watering troughs weekly rather than daily. Disease incidence was moderate in summer and winter but higher during the rainy season.</w:t>
      </w:r>
      <w:r w:rsidR="00732F5D">
        <w:t xml:space="preserve"> </w:t>
      </w:r>
      <w:r>
        <w:t xml:space="preserve">The dominance of self-treatment and low use of veterinary services are in agreement with Mandal et al. (2006), Dinka et al. (2010a), </w:t>
      </w:r>
      <w:proofErr w:type="spellStart"/>
      <w:r>
        <w:t>Oladunni</w:t>
      </w:r>
      <w:proofErr w:type="spellEnd"/>
      <w:r>
        <w:t xml:space="preserve"> and </w:t>
      </w:r>
      <w:proofErr w:type="spellStart"/>
      <w:r>
        <w:t>Fatuase</w:t>
      </w:r>
      <w:proofErr w:type="spellEnd"/>
      <w:r>
        <w:t xml:space="preserve"> (2014), Rahman (2017), Choudhary et al. (2018), and Varadharajan and Gnanasekar (2019). The complete absence of vaccination agrees with </w:t>
      </w:r>
      <w:proofErr w:type="spellStart"/>
      <w:r>
        <w:t>Khandait</w:t>
      </w:r>
      <w:proofErr w:type="spellEnd"/>
      <w:r>
        <w:t xml:space="preserve"> et al. (2011) and Rahman (2017), while the poor deworming practice is also similar to their findings. Open disposal of dead birds and weak sanitation support the observations of </w:t>
      </w:r>
      <w:proofErr w:type="spellStart"/>
      <w:r>
        <w:t>Samantaray</w:t>
      </w:r>
      <w:proofErr w:type="spellEnd"/>
      <w:r>
        <w:t xml:space="preserve"> et al. (2020). The higher disease incidence during the rainy season agrees with Sharma et al. (2013) and Dhara et al. (2022). Hence, health care practices in the study area may be considered largely reactive rather than preventive.</w:t>
      </w:r>
    </w:p>
    <w:p w14:paraId="4E3B6BCA" w14:textId="77777777" w:rsidR="00541E04" w:rsidRDefault="00541E04">
      <w:pPr>
        <w:jc w:val="both"/>
      </w:pPr>
      <w:r w:rsidRPr="00541E04">
        <w:rPr>
          <w:b/>
        </w:rPr>
        <w:t>Table 4</w:t>
      </w:r>
      <w:r>
        <w:t xml:space="preserve">. </w:t>
      </w:r>
      <w:r w:rsidRPr="00541E04">
        <w:rPr>
          <w:rFonts w:cs="Times New Roman"/>
          <w:b/>
          <w:sz w:val="20"/>
          <w:szCs w:val="20"/>
        </w:rPr>
        <w:t>Health</w:t>
      </w:r>
      <w:r w:rsidRPr="00032E18">
        <w:rPr>
          <w:rFonts w:cs="Times New Roman"/>
          <w:b/>
          <w:bCs/>
          <w:kern w:val="36"/>
          <w:szCs w:val="24"/>
        </w:rPr>
        <w:t xml:space="preserve"> management practices adopted by backyard poultry farmers in different seasons</w:t>
      </w:r>
    </w:p>
    <w:tbl>
      <w:tblPr>
        <w:tblStyle w:val="TableGrid"/>
        <w:tblW w:w="5000" w:type="pct"/>
        <w:tblLook w:val="04A0" w:firstRow="1" w:lastRow="0" w:firstColumn="1" w:lastColumn="0" w:noHBand="0" w:noVBand="1"/>
      </w:tblPr>
      <w:tblGrid>
        <w:gridCol w:w="511"/>
        <w:gridCol w:w="2015"/>
        <w:gridCol w:w="1180"/>
        <w:gridCol w:w="1178"/>
        <w:gridCol w:w="99"/>
        <w:gridCol w:w="1180"/>
        <w:gridCol w:w="1286"/>
        <w:gridCol w:w="1180"/>
        <w:gridCol w:w="1235"/>
      </w:tblGrid>
      <w:tr w:rsidR="00541E04" w:rsidRPr="00541E04" w14:paraId="0474697B" w14:textId="77777777" w:rsidTr="00541E04">
        <w:tc>
          <w:tcPr>
            <w:tcW w:w="259" w:type="pct"/>
          </w:tcPr>
          <w:p w14:paraId="58A309E9"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S. No.</w:t>
            </w:r>
          </w:p>
        </w:tc>
        <w:tc>
          <w:tcPr>
            <w:tcW w:w="1022" w:type="pct"/>
          </w:tcPr>
          <w:p w14:paraId="01C00E35"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Health management practices</w:t>
            </w:r>
          </w:p>
        </w:tc>
        <w:tc>
          <w:tcPr>
            <w:tcW w:w="1245" w:type="pct"/>
            <w:gridSpan w:val="3"/>
          </w:tcPr>
          <w:p w14:paraId="3FEDC392"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Summer</w:t>
            </w:r>
          </w:p>
        </w:tc>
        <w:tc>
          <w:tcPr>
            <w:tcW w:w="1250" w:type="pct"/>
            <w:gridSpan w:val="2"/>
          </w:tcPr>
          <w:p w14:paraId="1F749A5A"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Winter</w:t>
            </w:r>
          </w:p>
        </w:tc>
        <w:tc>
          <w:tcPr>
            <w:tcW w:w="1224" w:type="pct"/>
            <w:gridSpan w:val="2"/>
          </w:tcPr>
          <w:p w14:paraId="57521ECC"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Rain</w:t>
            </w:r>
          </w:p>
        </w:tc>
      </w:tr>
      <w:tr w:rsidR="00541E04" w:rsidRPr="00541E04" w14:paraId="42FA6A4B" w14:textId="77777777" w:rsidTr="00541E04">
        <w:tc>
          <w:tcPr>
            <w:tcW w:w="259" w:type="pct"/>
          </w:tcPr>
          <w:p w14:paraId="00FF4058" w14:textId="77777777" w:rsidR="00541E04" w:rsidRPr="00541E04" w:rsidRDefault="00541E04" w:rsidP="00CD63E1">
            <w:pPr>
              <w:spacing w:line="360" w:lineRule="auto"/>
              <w:jc w:val="center"/>
              <w:rPr>
                <w:rFonts w:cs="Times New Roman"/>
                <w:b/>
                <w:sz w:val="20"/>
                <w:szCs w:val="20"/>
              </w:rPr>
            </w:pPr>
          </w:p>
        </w:tc>
        <w:tc>
          <w:tcPr>
            <w:tcW w:w="1022" w:type="pct"/>
          </w:tcPr>
          <w:p w14:paraId="5B542D55" w14:textId="77777777" w:rsidR="00541E04" w:rsidRPr="00541E04" w:rsidRDefault="00541E04" w:rsidP="00CD63E1">
            <w:pPr>
              <w:spacing w:line="360" w:lineRule="auto"/>
              <w:jc w:val="center"/>
              <w:rPr>
                <w:rFonts w:cs="Times New Roman"/>
                <w:b/>
                <w:sz w:val="20"/>
                <w:szCs w:val="20"/>
              </w:rPr>
            </w:pPr>
          </w:p>
        </w:tc>
        <w:tc>
          <w:tcPr>
            <w:tcW w:w="598" w:type="pct"/>
          </w:tcPr>
          <w:p w14:paraId="475C0D04"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47" w:type="pct"/>
            <w:gridSpan w:val="2"/>
          </w:tcPr>
          <w:p w14:paraId="316C306A"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c>
          <w:tcPr>
            <w:tcW w:w="598" w:type="pct"/>
          </w:tcPr>
          <w:p w14:paraId="1E8A23CF"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52" w:type="pct"/>
          </w:tcPr>
          <w:p w14:paraId="348C72BF"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c>
          <w:tcPr>
            <w:tcW w:w="598" w:type="pct"/>
          </w:tcPr>
          <w:p w14:paraId="0B1AEC38"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EP</w:t>
            </w:r>
          </w:p>
        </w:tc>
        <w:tc>
          <w:tcPr>
            <w:tcW w:w="626" w:type="pct"/>
          </w:tcPr>
          <w:p w14:paraId="22E4EA3A" w14:textId="77777777" w:rsidR="00541E04" w:rsidRPr="00541E04" w:rsidRDefault="00541E04" w:rsidP="00CD63E1">
            <w:pPr>
              <w:spacing w:line="360" w:lineRule="auto"/>
              <w:jc w:val="center"/>
              <w:rPr>
                <w:rFonts w:cs="Times New Roman"/>
                <w:b/>
                <w:sz w:val="20"/>
                <w:szCs w:val="20"/>
              </w:rPr>
            </w:pPr>
            <w:r w:rsidRPr="00541E04">
              <w:rPr>
                <w:rFonts w:cs="Times New Roman"/>
                <w:b/>
                <w:sz w:val="20"/>
                <w:szCs w:val="20"/>
              </w:rPr>
              <w:t>NEP</w:t>
            </w:r>
          </w:p>
        </w:tc>
      </w:tr>
      <w:tr w:rsidR="0022412A" w:rsidRPr="00541E04" w14:paraId="13D84E2D" w14:textId="77777777" w:rsidTr="00541E04">
        <w:tc>
          <w:tcPr>
            <w:tcW w:w="259" w:type="pct"/>
          </w:tcPr>
          <w:p w14:paraId="1BCC9411" w14:textId="77777777" w:rsidR="0022412A" w:rsidRPr="00541E04" w:rsidRDefault="0022412A" w:rsidP="00CD63E1">
            <w:pPr>
              <w:spacing w:line="360" w:lineRule="auto"/>
              <w:jc w:val="center"/>
              <w:rPr>
                <w:rFonts w:cs="Times New Roman"/>
                <w:b/>
                <w:sz w:val="20"/>
                <w:szCs w:val="20"/>
              </w:rPr>
            </w:pPr>
          </w:p>
        </w:tc>
        <w:tc>
          <w:tcPr>
            <w:tcW w:w="1022" w:type="pct"/>
          </w:tcPr>
          <w:p w14:paraId="12591B55" w14:textId="77777777" w:rsidR="0022412A" w:rsidRPr="00541E04" w:rsidRDefault="0022412A" w:rsidP="00CD63E1">
            <w:pPr>
              <w:spacing w:line="360" w:lineRule="auto"/>
              <w:jc w:val="center"/>
              <w:rPr>
                <w:rFonts w:cs="Times New Roman"/>
                <w:b/>
                <w:sz w:val="20"/>
                <w:szCs w:val="20"/>
              </w:rPr>
            </w:pPr>
          </w:p>
        </w:tc>
        <w:tc>
          <w:tcPr>
            <w:tcW w:w="598" w:type="pct"/>
          </w:tcPr>
          <w:p w14:paraId="7F7A4678"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47" w:type="pct"/>
            <w:gridSpan w:val="2"/>
          </w:tcPr>
          <w:p w14:paraId="10EE6B73"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598" w:type="pct"/>
          </w:tcPr>
          <w:p w14:paraId="259CC603"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52" w:type="pct"/>
          </w:tcPr>
          <w:p w14:paraId="0A653384"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598" w:type="pct"/>
          </w:tcPr>
          <w:p w14:paraId="6775FAEF"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c>
          <w:tcPr>
            <w:tcW w:w="626" w:type="pct"/>
          </w:tcPr>
          <w:p w14:paraId="34289491" w14:textId="77777777" w:rsidR="0022412A" w:rsidRPr="0022412A" w:rsidRDefault="0022412A" w:rsidP="00CD63E1">
            <w:pPr>
              <w:spacing w:line="360" w:lineRule="auto"/>
              <w:jc w:val="center"/>
              <w:rPr>
                <w:rFonts w:cs="Times New Roman"/>
                <w:b/>
                <w:sz w:val="20"/>
                <w:szCs w:val="20"/>
              </w:rPr>
            </w:pPr>
            <w:r w:rsidRPr="0022412A">
              <w:rPr>
                <w:rFonts w:cs="Times New Roman"/>
                <w:b/>
                <w:sz w:val="20"/>
                <w:szCs w:val="18"/>
              </w:rPr>
              <w:t>n- 120</w:t>
            </w:r>
          </w:p>
        </w:tc>
      </w:tr>
      <w:tr w:rsidR="00541E04" w:rsidRPr="00541E04" w14:paraId="1C36DA46" w14:textId="77777777" w:rsidTr="00541E04">
        <w:tc>
          <w:tcPr>
            <w:tcW w:w="259" w:type="pct"/>
          </w:tcPr>
          <w:p w14:paraId="6C3BE378"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 xml:space="preserve">1. </w:t>
            </w:r>
          </w:p>
        </w:tc>
        <w:tc>
          <w:tcPr>
            <w:tcW w:w="4741" w:type="pct"/>
            <w:gridSpan w:val="8"/>
          </w:tcPr>
          <w:p w14:paraId="50926B9A"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Treatment of sick birds done by</w:t>
            </w:r>
          </w:p>
        </w:tc>
      </w:tr>
      <w:tr w:rsidR="00541E04" w:rsidRPr="00541E04" w14:paraId="547B308C" w14:textId="77777777" w:rsidTr="00541E04">
        <w:tc>
          <w:tcPr>
            <w:tcW w:w="259" w:type="pct"/>
          </w:tcPr>
          <w:p w14:paraId="7F607569" w14:textId="77777777" w:rsidR="00541E04" w:rsidRPr="00541E04" w:rsidRDefault="00541E04" w:rsidP="00CD63E1">
            <w:pPr>
              <w:spacing w:line="360" w:lineRule="auto"/>
              <w:rPr>
                <w:rFonts w:cs="Times New Roman"/>
                <w:b/>
                <w:sz w:val="20"/>
                <w:szCs w:val="20"/>
              </w:rPr>
            </w:pPr>
          </w:p>
        </w:tc>
        <w:tc>
          <w:tcPr>
            <w:tcW w:w="1022" w:type="pct"/>
          </w:tcPr>
          <w:p w14:paraId="32853003" w14:textId="77777777" w:rsidR="00541E04" w:rsidRPr="00541E04" w:rsidRDefault="00541E04" w:rsidP="00CD63E1">
            <w:pPr>
              <w:spacing w:line="360" w:lineRule="auto"/>
              <w:rPr>
                <w:rFonts w:cs="Times New Roman"/>
                <w:sz w:val="20"/>
                <w:szCs w:val="20"/>
              </w:rPr>
            </w:pPr>
            <w:r w:rsidRPr="00541E04">
              <w:rPr>
                <w:rFonts w:cs="Times New Roman"/>
                <w:sz w:val="20"/>
                <w:szCs w:val="20"/>
              </w:rPr>
              <w:t>Self</w:t>
            </w:r>
          </w:p>
        </w:tc>
        <w:tc>
          <w:tcPr>
            <w:tcW w:w="598" w:type="pct"/>
          </w:tcPr>
          <w:p w14:paraId="3A8FA819"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47" w:type="pct"/>
            <w:gridSpan w:val="2"/>
          </w:tcPr>
          <w:p w14:paraId="3430AC16"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c>
          <w:tcPr>
            <w:tcW w:w="598" w:type="pct"/>
          </w:tcPr>
          <w:p w14:paraId="4A469C23"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52" w:type="pct"/>
          </w:tcPr>
          <w:p w14:paraId="11E0C3E2"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c>
          <w:tcPr>
            <w:tcW w:w="598" w:type="pct"/>
          </w:tcPr>
          <w:p w14:paraId="76C76E6B"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66 (55.00)</w:t>
            </w:r>
          </w:p>
        </w:tc>
        <w:tc>
          <w:tcPr>
            <w:tcW w:w="626" w:type="pct"/>
          </w:tcPr>
          <w:p w14:paraId="5BE3FD59"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79 (65.83)</w:t>
            </w:r>
          </w:p>
        </w:tc>
      </w:tr>
      <w:tr w:rsidR="00541E04" w:rsidRPr="00541E04" w14:paraId="5E1E9EA3" w14:textId="77777777" w:rsidTr="00541E04">
        <w:tc>
          <w:tcPr>
            <w:tcW w:w="259" w:type="pct"/>
          </w:tcPr>
          <w:p w14:paraId="1502564F" w14:textId="77777777" w:rsidR="00541E04" w:rsidRPr="00541E04" w:rsidRDefault="00541E04" w:rsidP="00CD63E1">
            <w:pPr>
              <w:spacing w:line="360" w:lineRule="auto"/>
              <w:rPr>
                <w:rFonts w:cs="Times New Roman"/>
                <w:sz w:val="20"/>
                <w:szCs w:val="20"/>
              </w:rPr>
            </w:pPr>
          </w:p>
        </w:tc>
        <w:tc>
          <w:tcPr>
            <w:tcW w:w="1022" w:type="pct"/>
          </w:tcPr>
          <w:p w14:paraId="15B5DA4F" w14:textId="77777777" w:rsidR="00541E04" w:rsidRPr="00541E04" w:rsidRDefault="00541E04" w:rsidP="00CD63E1">
            <w:pPr>
              <w:spacing w:line="360" w:lineRule="auto"/>
              <w:rPr>
                <w:rFonts w:cs="Times New Roman"/>
                <w:sz w:val="20"/>
                <w:szCs w:val="20"/>
              </w:rPr>
            </w:pPr>
            <w:r w:rsidRPr="00541E04">
              <w:rPr>
                <w:rFonts w:cs="Times New Roman"/>
                <w:sz w:val="20"/>
                <w:szCs w:val="20"/>
              </w:rPr>
              <w:t>Local expert</w:t>
            </w:r>
          </w:p>
        </w:tc>
        <w:tc>
          <w:tcPr>
            <w:tcW w:w="598" w:type="pct"/>
          </w:tcPr>
          <w:p w14:paraId="7C84D8B8"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47" w:type="pct"/>
            <w:gridSpan w:val="2"/>
          </w:tcPr>
          <w:p w14:paraId="0F7B0AC0"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c>
          <w:tcPr>
            <w:tcW w:w="598" w:type="pct"/>
          </w:tcPr>
          <w:p w14:paraId="7E581D9F"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52" w:type="pct"/>
          </w:tcPr>
          <w:p w14:paraId="15754D9B"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c>
          <w:tcPr>
            <w:tcW w:w="598" w:type="pct"/>
          </w:tcPr>
          <w:p w14:paraId="502EFC10"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43 (35.83)</w:t>
            </w:r>
          </w:p>
        </w:tc>
        <w:tc>
          <w:tcPr>
            <w:tcW w:w="626" w:type="pct"/>
          </w:tcPr>
          <w:p w14:paraId="3588D9F7"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35 (29.17)</w:t>
            </w:r>
          </w:p>
        </w:tc>
      </w:tr>
      <w:tr w:rsidR="00541E04" w:rsidRPr="00541E04" w14:paraId="3685BF82" w14:textId="77777777" w:rsidTr="00541E04">
        <w:tc>
          <w:tcPr>
            <w:tcW w:w="259" w:type="pct"/>
          </w:tcPr>
          <w:p w14:paraId="57B8BF1C" w14:textId="77777777" w:rsidR="00541E04" w:rsidRPr="00541E04" w:rsidRDefault="00541E04" w:rsidP="00CD63E1">
            <w:pPr>
              <w:spacing w:line="360" w:lineRule="auto"/>
              <w:rPr>
                <w:rFonts w:cs="Times New Roman"/>
                <w:sz w:val="20"/>
                <w:szCs w:val="20"/>
              </w:rPr>
            </w:pPr>
          </w:p>
        </w:tc>
        <w:tc>
          <w:tcPr>
            <w:tcW w:w="1022" w:type="pct"/>
          </w:tcPr>
          <w:p w14:paraId="65888497" w14:textId="77777777" w:rsidR="00541E04" w:rsidRPr="00541E04" w:rsidRDefault="00541E04" w:rsidP="00CD63E1">
            <w:pPr>
              <w:spacing w:line="360" w:lineRule="auto"/>
              <w:rPr>
                <w:rFonts w:cs="Times New Roman"/>
                <w:sz w:val="20"/>
                <w:szCs w:val="20"/>
              </w:rPr>
            </w:pPr>
            <w:r w:rsidRPr="00541E04">
              <w:rPr>
                <w:rFonts w:cs="Times New Roman"/>
                <w:sz w:val="20"/>
                <w:szCs w:val="20"/>
              </w:rPr>
              <w:t>Veterinary doctor</w:t>
            </w:r>
          </w:p>
        </w:tc>
        <w:tc>
          <w:tcPr>
            <w:tcW w:w="598" w:type="pct"/>
          </w:tcPr>
          <w:p w14:paraId="41537284"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47" w:type="pct"/>
            <w:gridSpan w:val="2"/>
          </w:tcPr>
          <w:p w14:paraId="395D0DBE"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c>
          <w:tcPr>
            <w:tcW w:w="598" w:type="pct"/>
          </w:tcPr>
          <w:p w14:paraId="41E4F90E"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52" w:type="pct"/>
          </w:tcPr>
          <w:p w14:paraId="08336F6C"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c>
          <w:tcPr>
            <w:tcW w:w="598" w:type="pct"/>
          </w:tcPr>
          <w:p w14:paraId="384633D6"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11 (9.17)</w:t>
            </w:r>
          </w:p>
        </w:tc>
        <w:tc>
          <w:tcPr>
            <w:tcW w:w="626" w:type="pct"/>
          </w:tcPr>
          <w:p w14:paraId="783F7C05" w14:textId="77777777" w:rsidR="00541E04" w:rsidRPr="00541E04" w:rsidRDefault="00541E04" w:rsidP="00CD63E1">
            <w:pPr>
              <w:spacing w:line="360" w:lineRule="auto"/>
              <w:rPr>
                <w:rFonts w:cs="Times New Roman"/>
                <w:vanish/>
                <w:sz w:val="20"/>
                <w:szCs w:val="20"/>
              </w:rPr>
            </w:pPr>
            <w:r w:rsidRPr="00541E04">
              <w:rPr>
                <w:rFonts w:cs="Times New Roman"/>
                <w:sz w:val="20"/>
                <w:szCs w:val="20"/>
              </w:rPr>
              <w:t>6 (5.00)</w:t>
            </w:r>
          </w:p>
        </w:tc>
      </w:tr>
      <w:tr w:rsidR="00541E04" w:rsidRPr="00541E04" w14:paraId="2B84CDD6" w14:textId="77777777" w:rsidTr="00541E04">
        <w:tc>
          <w:tcPr>
            <w:tcW w:w="259" w:type="pct"/>
          </w:tcPr>
          <w:p w14:paraId="4410A316"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2.</w:t>
            </w:r>
          </w:p>
        </w:tc>
        <w:tc>
          <w:tcPr>
            <w:tcW w:w="4741" w:type="pct"/>
            <w:gridSpan w:val="8"/>
          </w:tcPr>
          <w:p w14:paraId="4D4D5A0F" w14:textId="77777777" w:rsidR="00541E04" w:rsidRPr="00541E04" w:rsidRDefault="00541E04" w:rsidP="00CD63E1">
            <w:pPr>
              <w:rPr>
                <w:rFonts w:cs="Times New Roman"/>
                <w:sz w:val="20"/>
                <w:szCs w:val="20"/>
              </w:rPr>
            </w:pPr>
            <w:r w:rsidRPr="00541E04">
              <w:rPr>
                <w:rFonts w:cs="Times New Roman"/>
                <w:b/>
                <w:sz w:val="20"/>
                <w:szCs w:val="20"/>
              </w:rPr>
              <w:t>Vaccination of chicks</w:t>
            </w:r>
          </w:p>
        </w:tc>
      </w:tr>
      <w:tr w:rsidR="00541E04" w:rsidRPr="00541E04" w14:paraId="3788AFF9" w14:textId="77777777" w:rsidTr="00541E04">
        <w:tc>
          <w:tcPr>
            <w:tcW w:w="259" w:type="pct"/>
          </w:tcPr>
          <w:p w14:paraId="20D96329" w14:textId="77777777" w:rsidR="00541E04" w:rsidRPr="00541E04" w:rsidRDefault="00541E04" w:rsidP="00CD63E1">
            <w:pPr>
              <w:spacing w:line="360" w:lineRule="auto"/>
              <w:rPr>
                <w:rFonts w:cs="Times New Roman"/>
                <w:b/>
                <w:sz w:val="20"/>
                <w:szCs w:val="20"/>
              </w:rPr>
            </w:pPr>
          </w:p>
        </w:tc>
        <w:tc>
          <w:tcPr>
            <w:tcW w:w="1022" w:type="pct"/>
          </w:tcPr>
          <w:p w14:paraId="4EBDDC42" w14:textId="77777777" w:rsidR="00541E04" w:rsidRPr="00541E04" w:rsidRDefault="00541E04" w:rsidP="00CD63E1">
            <w:pPr>
              <w:spacing w:line="480" w:lineRule="auto"/>
              <w:rPr>
                <w:rFonts w:cs="Times New Roman"/>
                <w:sz w:val="20"/>
                <w:szCs w:val="20"/>
              </w:rPr>
            </w:pPr>
            <w:r w:rsidRPr="00541E04">
              <w:rPr>
                <w:rFonts w:cs="Times New Roman"/>
                <w:sz w:val="20"/>
                <w:szCs w:val="20"/>
              </w:rPr>
              <w:t>Yes</w:t>
            </w:r>
          </w:p>
        </w:tc>
        <w:tc>
          <w:tcPr>
            <w:tcW w:w="598" w:type="pct"/>
            <w:vAlign w:val="center"/>
          </w:tcPr>
          <w:p w14:paraId="64B7AAF0"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7525A6A8"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40776355"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3F2A87B9"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5DA5A7DC"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37259317"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0C29BBB2" w14:textId="77777777" w:rsidTr="00541E04">
        <w:tc>
          <w:tcPr>
            <w:tcW w:w="259" w:type="pct"/>
          </w:tcPr>
          <w:p w14:paraId="11D3BC66" w14:textId="77777777" w:rsidR="00541E04" w:rsidRPr="00541E04" w:rsidRDefault="00541E04" w:rsidP="00CD63E1">
            <w:pPr>
              <w:spacing w:line="360" w:lineRule="auto"/>
              <w:rPr>
                <w:rFonts w:cs="Times New Roman"/>
                <w:sz w:val="20"/>
                <w:szCs w:val="20"/>
              </w:rPr>
            </w:pPr>
          </w:p>
        </w:tc>
        <w:tc>
          <w:tcPr>
            <w:tcW w:w="1022" w:type="pct"/>
          </w:tcPr>
          <w:p w14:paraId="02EF5FD6" w14:textId="77777777" w:rsidR="00541E04" w:rsidRPr="00541E04" w:rsidRDefault="00541E04" w:rsidP="00CD63E1">
            <w:pPr>
              <w:spacing w:line="480" w:lineRule="auto"/>
              <w:rPr>
                <w:rFonts w:cs="Times New Roman"/>
                <w:sz w:val="20"/>
                <w:szCs w:val="20"/>
              </w:rPr>
            </w:pPr>
            <w:r w:rsidRPr="00541E04">
              <w:rPr>
                <w:rFonts w:cs="Times New Roman"/>
                <w:sz w:val="20"/>
                <w:szCs w:val="20"/>
              </w:rPr>
              <w:t>No</w:t>
            </w:r>
          </w:p>
        </w:tc>
        <w:tc>
          <w:tcPr>
            <w:tcW w:w="598" w:type="pct"/>
            <w:vAlign w:val="center"/>
          </w:tcPr>
          <w:p w14:paraId="343C52DC"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7" w:type="pct"/>
            <w:vAlign w:val="center"/>
          </w:tcPr>
          <w:p w14:paraId="09438BA8"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48" w:type="pct"/>
            <w:gridSpan w:val="2"/>
            <w:vAlign w:val="center"/>
          </w:tcPr>
          <w:p w14:paraId="7F516C51"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52" w:type="pct"/>
            <w:vAlign w:val="center"/>
          </w:tcPr>
          <w:p w14:paraId="71B559C8"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8" w:type="pct"/>
            <w:vAlign w:val="center"/>
          </w:tcPr>
          <w:p w14:paraId="55423F52"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26" w:type="pct"/>
            <w:vAlign w:val="center"/>
          </w:tcPr>
          <w:p w14:paraId="69841BC1" w14:textId="77777777" w:rsidR="00541E04" w:rsidRPr="00541E04" w:rsidRDefault="00541E04" w:rsidP="00CD63E1">
            <w:pPr>
              <w:rPr>
                <w:rFonts w:cs="Times New Roman"/>
                <w:sz w:val="20"/>
                <w:szCs w:val="20"/>
              </w:rPr>
            </w:pPr>
            <w:r w:rsidRPr="00541E04">
              <w:rPr>
                <w:rFonts w:cs="Times New Roman"/>
                <w:sz w:val="20"/>
                <w:szCs w:val="20"/>
              </w:rPr>
              <w:t>120 (100.00)</w:t>
            </w:r>
          </w:p>
        </w:tc>
      </w:tr>
      <w:tr w:rsidR="00541E04" w:rsidRPr="00541E04" w14:paraId="6D95BD32" w14:textId="77777777" w:rsidTr="00541E04">
        <w:tc>
          <w:tcPr>
            <w:tcW w:w="259" w:type="pct"/>
          </w:tcPr>
          <w:p w14:paraId="38124374"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 xml:space="preserve">3. </w:t>
            </w:r>
          </w:p>
        </w:tc>
        <w:tc>
          <w:tcPr>
            <w:tcW w:w="4741" w:type="pct"/>
            <w:gridSpan w:val="8"/>
          </w:tcPr>
          <w:p w14:paraId="2FB27DED"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Major cause of mortality</w:t>
            </w:r>
          </w:p>
        </w:tc>
      </w:tr>
      <w:tr w:rsidR="00541E04" w:rsidRPr="00541E04" w14:paraId="19112210" w14:textId="77777777" w:rsidTr="00541E04">
        <w:tc>
          <w:tcPr>
            <w:tcW w:w="259" w:type="pct"/>
          </w:tcPr>
          <w:p w14:paraId="248807AC" w14:textId="77777777" w:rsidR="00541E04" w:rsidRPr="00541E04" w:rsidRDefault="00541E04" w:rsidP="00CD63E1">
            <w:pPr>
              <w:spacing w:line="360" w:lineRule="auto"/>
              <w:rPr>
                <w:rFonts w:cs="Times New Roman"/>
                <w:sz w:val="20"/>
                <w:szCs w:val="20"/>
              </w:rPr>
            </w:pPr>
          </w:p>
        </w:tc>
        <w:tc>
          <w:tcPr>
            <w:tcW w:w="1022" w:type="pct"/>
          </w:tcPr>
          <w:p w14:paraId="119B2987" w14:textId="77777777" w:rsidR="00541E04" w:rsidRPr="00541E04" w:rsidRDefault="00541E04" w:rsidP="00CD63E1">
            <w:pPr>
              <w:spacing w:line="360" w:lineRule="auto"/>
              <w:rPr>
                <w:rFonts w:cs="Times New Roman"/>
                <w:sz w:val="20"/>
                <w:szCs w:val="20"/>
              </w:rPr>
            </w:pPr>
            <w:r w:rsidRPr="00541E04">
              <w:rPr>
                <w:rFonts w:cs="Times New Roman"/>
                <w:sz w:val="20"/>
                <w:szCs w:val="20"/>
              </w:rPr>
              <w:t>Disease outbreak</w:t>
            </w:r>
          </w:p>
        </w:tc>
        <w:tc>
          <w:tcPr>
            <w:tcW w:w="598" w:type="pct"/>
          </w:tcPr>
          <w:p w14:paraId="0894E3EF"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597" w:type="pct"/>
          </w:tcPr>
          <w:p w14:paraId="52F8EAAA"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648" w:type="pct"/>
            <w:gridSpan w:val="2"/>
          </w:tcPr>
          <w:p w14:paraId="324F675B"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652" w:type="pct"/>
          </w:tcPr>
          <w:p w14:paraId="2B3CE19B"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598" w:type="pct"/>
          </w:tcPr>
          <w:p w14:paraId="59A7BF17" w14:textId="77777777" w:rsidR="00541E04" w:rsidRPr="00541E04" w:rsidRDefault="00541E04" w:rsidP="00CD63E1">
            <w:pPr>
              <w:rPr>
                <w:rFonts w:cs="Times New Roman"/>
                <w:vanish/>
                <w:sz w:val="20"/>
                <w:szCs w:val="20"/>
              </w:rPr>
            </w:pPr>
            <w:r w:rsidRPr="00541E04">
              <w:rPr>
                <w:rFonts w:cs="Times New Roman"/>
                <w:sz w:val="20"/>
                <w:szCs w:val="20"/>
              </w:rPr>
              <w:t>22 (18.33)</w:t>
            </w:r>
          </w:p>
        </w:tc>
        <w:tc>
          <w:tcPr>
            <w:tcW w:w="626" w:type="pct"/>
          </w:tcPr>
          <w:p w14:paraId="135AAFA6" w14:textId="77777777" w:rsidR="00541E04" w:rsidRPr="00541E04" w:rsidRDefault="00541E04" w:rsidP="00CD63E1">
            <w:pPr>
              <w:rPr>
                <w:rFonts w:cs="Times New Roman"/>
                <w:vanish/>
                <w:sz w:val="20"/>
                <w:szCs w:val="20"/>
              </w:rPr>
            </w:pPr>
            <w:r w:rsidRPr="00541E04">
              <w:rPr>
                <w:rFonts w:cs="Times New Roman"/>
                <w:sz w:val="20"/>
                <w:szCs w:val="20"/>
              </w:rPr>
              <w:t>22 (18.33)</w:t>
            </w:r>
          </w:p>
        </w:tc>
      </w:tr>
      <w:tr w:rsidR="00541E04" w:rsidRPr="00541E04" w14:paraId="6C928629" w14:textId="77777777" w:rsidTr="00541E04">
        <w:tc>
          <w:tcPr>
            <w:tcW w:w="259" w:type="pct"/>
          </w:tcPr>
          <w:p w14:paraId="4154807A" w14:textId="77777777" w:rsidR="00541E04" w:rsidRPr="00541E04" w:rsidRDefault="00541E04" w:rsidP="00CD63E1">
            <w:pPr>
              <w:spacing w:line="360" w:lineRule="auto"/>
              <w:rPr>
                <w:rFonts w:cs="Times New Roman"/>
                <w:sz w:val="20"/>
                <w:szCs w:val="20"/>
              </w:rPr>
            </w:pPr>
          </w:p>
        </w:tc>
        <w:tc>
          <w:tcPr>
            <w:tcW w:w="1022" w:type="pct"/>
          </w:tcPr>
          <w:p w14:paraId="61D198CB" w14:textId="77777777" w:rsidR="00541E04" w:rsidRPr="00541E04" w:rsidRDefault="00541E04" w:rsidP="00CD63E1">
            <w:pPr>
              <w:spacing w:line="360" w:lineRule="auto"/>
              <w:rPr>
                <w:rFonts w:cs="Times New Roman"/>
                <w:sz w:val="20"/>
                <w:szCs w:val="20"/>
              </w:rPr>
            </w:pPr>
            <w:r w:rsidRPr="00541E04">
              <w:rPr>
                <w:rFonts w:cs="Times New Roman"/>
                <w:sz w:val="20"/>
                <w:szCs w:val="20"/>
              </w:rPr>
              <w:t xml:space="preserve">Weather conditions </w:t>
            </w:r>
          </w:p>
        </w:tc>
        <w:tc>
          <w:tcPr>
            <w:tcW w:w="598" w:type="pct"/>
          </w:tcPr>
          <w:p w14:paraId="40DF80BB" w14:textId="77777777" w:rsidR="00541E04" w:rsidRPr="00541E04" w:rsidRDefault="00541E04" w:rsidP="00CD63E1">
            <w:pPr>
              <w:rPr>
                <w:rFonts w:cs="Times New Roman"/>
                <w:vanish/>
                <w:sz w:val="20"/>
                <w:szCs w:val="20"/>
              </w:rPr>
            </w:pPr>
            <w:r w:rsidRPr="00541E04">
              <w:rPr>
                <w:rFonts w:cs="Times New Roman"/>
                <w:sz w:val="20"/>
                <w:szCs w:val="20"/>
              </w:rPr>
              <w:t>16 (13.33)</w:t>
            </w:r>
          </w:p>
        </w:tc>
        <w:tc>
          <w:tcPr>
            <w:tcW w:w="597" w:type="pct"/>
          </w:tcPr>
          <w:p w14:paraId="595A6FBB" w14:textId="77777777" w:rsidR="00541E04" w:rsidRPr="00541E04" w:rsidRDefault="00541E04" w:rsidP="00CD63E1">
            <w:pPr>
              <w:rPr>
                <w:rFonts w:cs="Times New Roman"/>
                <w:vanish/>
                <w:sz w:val="20"/>
                <w:szCs w:val="20"/>
              </w:rPr>
            </w:pPr>
            <w:r w:rsidRPr="00541E04">
              <w:rPr>
                <w:rFonts w:cs="Times New Roman"/>
                <w:sz w:val="20"/>
                <w:szCs w:val="20"/>
              </w:rPr>
              <w:t>21 (17.50)</w:t>
            </w:r>
          </w:p>
        </w:tc>
        <w:tc>
          <w:tcPr>
            <w:tcW w:w="648" w:type="pct"/>
            <w:gridSpan w:val="2"/>
          </w:tcPr>
          <w:p w14:paraId="7D7D450D" w14:textId="77777777" w:rsidR="00541E04" w:rsidRPr="00541E04" w:rsidRDefault="00541E04" w:rsidP="00CD63E1">
            <w:pPr>
              <w:rPr>
                <w:rFonts w:cs="Times New Roman"/>
                <w:vanish/>
                <w:sz w:val="20"/>
                <w:szCs w:val="20"/>
              </w:rPr>
            </w:pPr>
            <w:r w:rsidRPr="00541E04">
              <w:rPr>
                <w:rFonts w:cs="Times New Roman"/>
                <w:sz w:val="20"/>
                <w:szCs w:val="20"/>
              </w:rPr>
              <w:t>16 (13.33)</w:t>
            </w:r>
          </w:p>
        </w:tc>
        <w:tc>
          <w:tcPr>
            <w:tcW w:w="652" w:type="pct"/>
          </w:tcPr>
          <w:p w14:paraId="49CF080C" w14:textId="77777777" w:rsidR="00541E04" w:rsidRPr="00541E04" w:rsidRDefault="00541E04" w:rsidP="00CD63E1">
            <w:pPr>
              <w:rPr>
                <w:rFonts w:cs="Times New Roman"/>
                <w:vanish/>
                <w:sz w:val="20"/>
                <w:szCs w:val="20"/>
              </w:rPr>
            </w:pPr>
            <w:r w:rsidRPr="00541E04">
              <w:rPr>
                <w:rFonts w:cs="Times New Roman"/>
                <w:sz w:val="20"/>
                <w:szCs w:val="20"/>
              </w:rPr>
              <w:t>21 (17.50)</w:t>
            </w:r>
          </w:p>
        </w:tc>
        <w:tc>
          <w:tcPr>
            <w:tcW w:w="598" w:type="pct"/>
          </w:tcPr>
          <w:p w14:paraId="267485CF" w14:textId="77777777" w:rsidR="00541E04" w:rsidRPr="00541E04" w:rsidRDefault="00541E04" w:rsidP="00CD63E1">
            <w:pPr>
              <w:rPr>
                <w:rFonts w:cs="Times New Roman"/>
                <w:vanish/>
                <w:sz w:val="20"/>
                <w:szCs w:val="20"/>
              </w:rPr>
            </w:pPr>
            <w:r w:rsidRPr="00541E04">
              <w:rPr>
                <w:rFonts w:cs="Times New Roman"/>
                <w:sz w:val="20"/>
                <w:szCs w:val="20"/>
              </w:rPr>
              <w:t>16 (13.33)</w:t>
            </w:r>
          </w:p>
        </w:tc>
        <w:tc>
          <w:tcPr>
            <w:tcW w:w="626" w:type="pct"/>
          </w:tcPr>
          <w:p w14:paraId="5F3E1AAF" w14:textId="77777777" w:rsidR="00541E04" w:rsidRPr="00541E04" w:rsidRDefault="00541E04" w:rsidP="00CD63E1">
            <w:pPr>
              <w:rPr>
                <w:rFonts w:cs="Times New Roman"/>
                <w:vanish/>
                <w:sz w:val="20"/>
                <w:szCs w:val="20"/>
              </w:rPr>
            </w:pPr>
            <w:r w:rsidRPr="00541E04">
              <w:rPr>
                <w:rFonts w:cs="Times New Roman"/>
                <w:sz w:val="20"/>
                <w:szCs w:val="20"/>
              </w:rPr>
              <w:t>21 (17.50)</w:t>
            </w:r>
          </w:p>
        </w:tc>
      </w:tr>
      <w:tr w:rsidR="00541E04" w:rsidRPr="00541E04" w14:paraId="03253D90" w14:textId="77777777" w:rsidTr="00541E04">
        <w:tc>
          <w:tcPr>
            <w:tcW w:w="259" w:type="pct"/>
          </w:tcPr>
          <w:p w14:paraId="4C31C3E3" w14:textId="77777777" w:rsidR="00541E04" w:rsidRPr="00541E04" w:rsidRDefault="00541E04" w:rsidP="00CD63E1">
            <w:pPr>
              <w:spacing w:line="360" w:lineRule="auto"/>
              <w:rPr>
                <w:rFonts w:cs="Times New Roman"/>
                <w:sz w:val="20"/>
                <w:szCs w:val="20"/>
              </w:rPr>
            </w:pPr>
          </w:p>
        </w:tc>
        <w:tc>
          <w:tcPr>
            <w:tcW w:w="1022" w:type="pct"/>
          </w:tcPr>
          <w:p w14:paraId="2C34B202" w14:textId="77777777" w:rsidR="00541E04" w:rsidRPr="00541E04" w:rsidRDefault="00541E04" w:rsidP="00CD63E1">
            <w:pPr>
              <w:spacing w:line="360" w:lineRule="auto"/>
              <w:rPr>
                <w:rFonts w:cs="Times New Roman"/>
                <w:sz w:val="20"/>
                <w:szCs w:val="20"/>
              </w:rPr>
            </w:pPr>
            <w:r w:rsidRPr="00541E04">
              <w:rPr>
                <w:rFonts w:cs="Times New Roman"/>
                <w:sz w:val="20"/>
                <w:szCs w:val="20"/>
              </w:rPr>
              <w:t>Predators</w:t>
            </w:r>
          </w:p>
        </w:tc>
        <w:tc>
          <w:tcPr>
            <w:tcW w:w="598" w:type="pct"/>
          </w:tcPr>
          <w:p w14:paraId="7C9DC8B2" w14:textId="77777777" w:rsidR="00541E04" w:rsidRPr="00541E04" w:rsidRDefault="00541E04" w:rsidP="00CD63E1">
            <w:pPr>
              <w:rPr>
                <w:rFonts w:cs="Times New Roman"/>
                <w:vanish/>
                <w:sz w:val="20"/>
                <w:szCs w:val="20"/>
              </w:rPr>
            </w:pPr>
            <w:r w:rsidRPr="00541E04">
              <w:rPr>
                <w:rFonts w:cs="Times New Roman"/>
                <w:sz w:val="20"/>
                <w:szCs w:val="20"/>
              </w:rPr>
              <w:t>82 (68.33)</w:t>
            </w:r>
          </w:p>
        </w:tc>
        <w:tc>
          <w:tcPr>
            <w:tcW w:w="597" w:type="pct"/>
          </w:tcPr>
          <w:p w14:paraId="4C2949ED" w14:textId="77777777" w:rsidR="00541E04" w:rsidRPr="00541E04" w:rsidRDefault="00541E04" w:rsidP="00CD63E1">
            <w:pPr>
              <w:rPr>
                <w:rFonts w:cs="Times New Roman"/>
                <w:vanish/>
                <w:sz w:val="20"/>
                <w:szCs w:val="20"/>
              </w:rPr>
            </w:pPr>
            <w:r w:rsidRPr="00541E04">
              <w:rPr>
                <w:rFonts w:cs="Times New Roman"/>
                <w:sz w:val="20"/>
                <w:szCs w:val="20"/>
              </w:rPr>
              <w:t>77 (64.17)</w:t>
            </w:r>
          </w:p>
        </w:tc>
        <w:tc>
          <w:tcPr>
            <w:tcW w:w="648" w:type="pct"/>
            <w:gridSpan w:val="2"/>
          </w:tcPr>
          <w:p w14:paraId="6705ED46" w14:textId="77777777" w:rsidR="00541E04" w:rsidRPr="00541E04" w:rsidRDefault="00541E04" w:rsidP="00CD63E1">
            <w:pPr>
              <w:rPr>
                <w:rFonts w:cs="Times New Roman"/>
                <w:vanish/>
                <w:sz w:val="20"/>
                <w:szCs w:val="20"/>
              </w:rPr>
            </w:pPr>
            <w:r w:rsidRPr="00541E04">
              <w:rPr>
                <w:rFonts w:cs="Times New Roman"/>
                <w:sz w:val="20"/>
                <w:szCs w:val="20"/>
              </w:rPr>
              <w:t>82 (68.33)</w:t>
            </w:r>
          </w:p>
        </w:tc>
        <w:tc>
          <w:tcPr>
            <w:tcW w:w="652" w:type="pct"/>
          </w:tcPr>
          <w:p w14:paraId="696C9103" w14:textId="77777777" w:rsidR="00541E04" w:rsidRPr="00541E04" w:rsidRDefault="00541E04" w:rsidP="00CD63E1">
            <w:pPr>
              <w:rPr>
                <w:rFonts w:cs="Times New Roman"/>
                <w:vanish/>
                <w:sz w:val="20"/>
                <w:szCs w:val="20"/>
              </w:rPr>
            </w:pPr>
            <w:r w:rsidRPr="00541E04">
              <w:rPr>
                <w:rFonts w:cs="Times New Roman"/>
                <w:sz w:val="20"/>
                <w:szCs w:val="20"/>
              </w:rPr>
              <w:t>77 (64.17)</w:t>
            </w:r>
          </w:p>
        </w:tc>
        <w:tc>
          <w:tcPr>
            <w:tcW w:w="598" w:type="pct"/>
          </w:tcPr>
          <w:p w14:paraId="0504003A" w14:textId="77777777" w:rsidR="00541E04" w:rsidRPr="00541E04" w:rsidRDefault="00541E04" w:rsidP="00CD63E1">
            <w:pPr>
              <w:rPr>
                <w:rFonts w:cs="Times New Roman"/>
                <w:vanish/>
                <w:sz w:val="20"/>
                <w:szCs w:val="20"/>
              </w:rPr>
            </w:pPr>
            <w:r w:rsidRPr="00541E04">
              <w:rPr>
                <w:rFonts w:cs="Times New Roman"/>
                <w:sz w:val="20"/>
                <w:szCs w:val="20"/>
              </w:rPr>
              <w:t>82 (68.33)</w:t>
            </w:r>
          </w:p>
        </w:tc>
        <w:tc>
          <w:tcPr>
            <w:tcW w:w="626" w:type="pct"/>
          </w:tcPr>
          <w:p w14:paraId="05896646" w14:textId="77777777" w:rsidR="00541E04" w:rsidRPr="00541E04" w:rsidRDefault="00541E04" w:rsidP="00CD63E1">
            <w:pPr>
              <w:rPr>
                <w:rFonts w:cs="Times New Roman"/>
                <w:vanish/>
                <w:sz w:val="20"/>
                <w:szCs w:val="20"/>
              </w:rPr>
            </w:pPr>
            <w:r w:rsidRPr="00541E04">
              <w:rPr>
                <w:rFonts w:cs="Times New Roman"/>
                <w:sz w:val="20"/>
                <w:szCs w:val="20"/>
              </w:rPr>
              <w:t>77 (64.17)</w:t>
            </w:r>
          </w:p>
        </w:tc>
      </w:tr>
      <w:tr w:rsidR="00541E04" w:rsidRPr="00541E04" w14:paraId="7CE7297B" w14:textId="77777777" w:rsidTr="00541E04">
        <w:tc>
          <w:tcPr>
            <w:tcW w:w="259" w:type="pct"/>
          </w:tcPr>
          <w:p w14:paraId="46B75E48"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4.</w:t>
            </w:r>
          </w:p>
        </w:tc>
        <w:tc>
          <w:tcPr>
            <w:tcW w:w="4741" w:type="pct"/>
            <w:gridSpan w:val="8"/>
          </w:tcPr>
          <w:p w14:paraId="03A8C701"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Deworming practice</w:t>
            </w:r>
          </w:p>
        </w:tc>
      </w:tr>
      <w:tr w:rsidR="00541E04" w:rsidRPr="00541E04" w14:paraId="3E600505" w14:textId="77777777" w:rsidTr="00541E04">
        <w:tc>
          <w:tcPr>
            <w:tcW w:w="259" w:type="pct"/>
          </w:tcPr>
          <w:p w14:paraId="4B2F55C2" w14:textId="77777777" w:rsidR="00541E04" w:rsidRPr="00541E04" w:rsidRDefault="00541E04" w:rsidP="00CD63E1">
            <w:pPr>
              <w:spacing w:line="360" w:lineRule="auto"/>
              <w:rPr>
                <w:rFonts w:cs="Times New Roman"/>
                <w:sz w:val="20"/>
                <w:szCs w:val="20"/>
              </w:rPr>
            </w:pPr>
          </w:p>
        </w:tc>
        <w:tc>
          <w:tcPr>
            <w:tcW w:w="1022" w:type="pct"/>
          </w:tcPr>
          <w:p w14:paraId="71F9D9E7" w14:textId="77777777" w:rsidR="00541E04" w:rsidRPr="00541E04" w:rsidRDefault="00541E04" w:rsidP="00CD63E1">
            <w:pPr>
              <w:spacing w:line="360" w:lineRule="auto"/>
              <w:rPr>
                <w:rFonts w:cs="Times New Roman"/>
                <w:sz w:val="20"/>
                <w:szCs w:val="20"/>
              </w:rPr>
            </w:pPr>
            <w:r w:rsidRPr="00541E04">
              <w:rPr>
                <w:rFonts w:cs="Times New Roman"/>
                <w:sz w:val="20"/>
                <w:szCs w:val="20"/>
              </w:rPr>
              <w:t>Allopathic medicine</w:t>
            </w:r>
          </w:p>
        </w:tc>
        <w:tc>
          <w:tcPr>
            <w:tcW w:w="598" w:type="pct"/>
            <w:vAlign w:val="center"/>
          </w:tcPr>
          <w:p w14:paraId="19295860"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62300C40"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6852E7FC"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4F9AAE99"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7C290DAD"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4DFEADD8"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0BC489A8" w14:textId="77777777" w:rsidTr="00541E04">
        <w:tc>
          <w:tcPr>
            <w:tcW w:w="259" w:type="pct"/>
          </w:tcPr>
          <w:p w14:paraId="04AD6A96" w14:textId="77777777" w:rsidR="00541E04" w:rsidRPr="00541E04" w:rsidRDefault="00541E04" w:rsidP="00CD63E1">
            <w:pPr>
              <w:spacing w:line="360" w:lineRule="auto"/>
              <w:rPr>
                <w:rFonts w:cs="Times New Roman"/>
                <w:sz w:val="20"/>
                <w:szCs w:val="20"/>
              </w:rPr>
            </w:pPr>
          </w:p>
        </w:tc>
        <w:tc>
          <w:tcPr>
            <w:tcW w:w="1022" w:type="pct"/>
          </w:tcPr>
          <w:p w14:paraId="0BDEA0D6" w14:textId="77777777" w:rsidR="00541E04" w:rsidRPr="00541E04" w:rsidRDefault="00541E04" w:rsidP="00CD63E1">
            <w:pPr>
              <w:spacing w:line="360" w:lineRule="auto"/>
              <w:rPr>
                <w:rFonts w:cs="Times New Roman"/>
                <w:sz w:val="20"/>
                <w:szCs w:val="20"/>
              </w:rPr>
            </w:pPr>
            <w:r w:rsidRPr="00541E04">
              <w:rPr>
                <w:rFonts w:cs="Times New Roman"/>
                <w:sz w:val="20"/>
                <w:szCs w:val="20"/>
              </w:rPr>
              <w:t>Homeopathic</w:t>
            </w:r>
          </w:p>
        </w:tc>
        <w:tc>
          <w:tcPr>
            <w:tcW w:w="598" w:type="pct"/>
            <w:vAlign w:val="center"/>
          </w:tcPr>
          <w:p w14:paraId="76CCE8E3"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2E0F40AE"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1A312290"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6A07AF7F"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43E49C63"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34506878"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3DF33E5E" w14:textId="77777777" w:rsidTr="00541E04">
        <w:tc>
          <w:tcPr>
            <w:tcW w:w="259" w:type="pct"/>
          </w:tcPr>
          <w:p w14:paraId="0DE19F24" w14:textId="77777777" w:rsidR="00541E04" w:rsidRPr="00541E04" w:rsidRDefault="00541E04" w:rsidP="00CD63E1">
            <w:pPr>
              <w:spacing w:line="360" w:lineRule="auto"/>
              <w:rPr>
                <w:rFonts w:cs="Times New Roman"/>
                <w:sz w:val="20"/>
                <w:szCs w:val="20"/>
              </w:rPr>
            </w:pPr>
          </w:p>
        </w:tc>
        <w:tc>
          <w:tcPr>
            <w:tcW w:w="1022" w:type="pct"/>
          </w:tcPr>
          <w:p w14:paraId="23A2E8E5" w14:textId="77777777" w:rsidR="00541E04" w:rsidRPr="00541E04" w:rsidRDefault="00541E04" w:rsidP="00CD63E1">
            <w:pPr>
              <w:spacing w:line="360" w:lineRule="auto"/>
              <w:rPr>
                <w:rFonts w:cs="Times New Roman"/>
                <w:sz w:val="20"/>
                <w:szCs w:val="20"/>
              </w:rPr>
            </w:pPr>
            <w:r w:rsidRPr="00541E04">
              <w:rPr>
                <w:rFonts w:cs="Times New Roman"/>
                <w:sz w:val="20"/>
                <w:szCs w:val="20"/>
              </w:rPr>
              <w:t>Ayurvedic/ Herbal</w:t>
            </w:r>
          </w:p>
        </w:tc>
        <w:tc>
          <w:tcPr>
            <w:tcW w:w="598" w:type="pct"/>
            <w:vAlign w:val="center"/>
          </w:tcPr>
          <w:p w14:paraId="3BCD513D" w14:textId="77777777" w:rsidR="00541E04" w:rsidRPr="00541E04" w:rsidRDefault="00541E04" w:rsidP="00CD63E1">
            <w:pPr>
              <w:rPr>
                <w:rFonts w:cs="Times New Roman"/>
                <w:sz w:val="20"/>
                <w:szCs w:val="20"/>
              </w:rPr>
            </w:pPr>
            <w:r w:rsidRPr="00541E04">
              <w:rPr>
                <w:rFonts w:cs="Times New Roman"/>
                <w:sz w:val="20"/>
                <w:szCs w:val="20"/>
              </w:rPr>
              <w:t>19 (15.83)</w:t>
            </w:r>
          </w:p>
        </w:tc>
        <w:tc>
          <w:tcPr>
            <w:tcW w:w="597" w:type="pct"/>
            <w:vAlign w:val="center"/>
          </w:tcPr>
          <w:p w14:paraId="4EB265E7" w14:textId="77777777" w:rsidR="00541E04" w:rsidRPr="00541E04" w:rsidRDefault="00541E04" w:rsidP="00CD63E1">
            <w:pPr>
              <w:rPr>
                <w:rFonts w:cs="Times New Roman"/>
                <w:sz w:val="20"/>
                <w:szCs w:val="20"/>
              </w:rPr>
            </w:pPr>
            <w:r w:rsidRPr="00541E04">
              <w:rPr>
                <w:rFonts w:cs="Times New Roman"/>
                <w:sz w:val="20"/>
                <w:szCs w:val="20"/>
              </w:rPr>
              <w:t>12 (10.00)</w:t>
            </w:r>
          </w:p>
        </w:tc>
        <w:tc>
          <w:tcPr>
            <w:tcW w:w="648" w:type="pct"/>
            <w:gridSpan w:val="2"/>
            <w:vAlign w:val="center"/>
          </w:tcPr>
          <w:p w14:paraId="2CFC3978" w14:textId="77777777" w:rsidR="00541E04" w:rsidRPr="00541E04" w:rsidRDefault="00541E04" w:rsidP="00CD63E1">
            <w:pPr>
              <w:rPr>
                <w:rFonts w:cs="Times New Roman"/>
                <w:sz w:val="20"/>
                <w:szCs w:val="20"/>
              </w:rPr>
            </w:pPr>
            <w:r w:rsidRPr="00541E04">
              <w:rPr>
                <w:rFonts w:cs="Times New Roman"/>
                <w:sz w:val="20"/>
                <w:szCs w:val="20"/>
              </w:rPr>
              <w:t>19 (15.83)</w:t>
            </w:r>
          </w:p>
        </w:tc>
        <w:tc>
          <w:tcPr>
            <w:tcW w:w="652" w:type="pct"/>
            <w:vAlign w:val="center"/>
          </w:tcPr>
          <w:p w14:paraId="63356F4F" w14:textId="77777777" w:rsidR="00541E04" w:rsidRPr="00541E04" w:rsidRDefault="00541E04" w:rsidP="00CD63E1">
            <w:pPr>
              <w:rPr>
                <w:rFonts w:cs="Times New Roman"/>
                <w:sz w:val="20"/>
                <w:szCs w:val="20"/>
              </w:rPr>
            </w:pPr>
            <w:r w:rsidRPr="00541E04">
              <w:rPr>
                <w:rFonts w:cs="Times New Roman"/>
                <w:sz w:val="20"/>
                <w:szCs w:val="20"/>
              </w:rPr>
              <w:t>12 (10.00)</w:t>
            </w:r>
          </w:p>
        </w:tc>
        <w:tc>
          <w:tcPr>
            <w:tcW w:w="598" w:type="pct"/>
            <w:vAlign w:val="center"/>
          </w:tcPr>
          <w:p w14:paraId="13FC04D1" w14:textId="77777777" w:rsidR="00541E04" w:rsidRPr="00541E04" w:rsidRDefault="00541E04" w:rsidP="00CD63E1">
            <w:pPr>
              <w:rPr>
                <w:rFonts w:cs="Times New Roman"/>
                <w:sz w:val="20"/>
                <w:szCs w:val="20"/>
              </w:rPr>
            </w:pPr>
            <w:r w:rsidRPr="00541E04">
              <w:rPr>
                <w:rFonts w:cs="Times New Roman"/>
                <w:sz w:val="20"/>
                <w:szCs w:val="20"/>
              </w:rPr>
              <w:t>19 (15.83)</w:t>
            </w:r>
          </w:p>
        </w:tc>
        <w:tc>
          <w:tcPr>
            <w:tcW w:w="626" w:type="pct"/>
            <w:vAlign w:val="center"/>
          </w:tcPr>
          <w:p w14:paraId="4651749B" w14:textId="77777777" w:rsidR="00541E04" w:rsidRPr="00541E04" w:rsidRDefault="00541E04" w:rsidP="00CD63E1">
            <w:pPr>
              <w:rPr>
                <w:rFonts w:cs="Times New Roman"/>
                <w:sz w:val="20"/>
                <w:szCs w:val="20"/>
              </w:rPr>
            </w:pPr>
            <w:r w:rsidRPr="00541E04">
              <w:rPr>
                <w:rFonts w:cs="Times New Roman"/>
                <w:sz w:val="20"/>
                <w:szCs w:val="20"/>
              </w:rPr>
              <w:t>12 (10.00)</w:t>
            </w:r>
          </w:p>
        </w:tc>
      </w:tr>
      <w:tr w:rsidR="00541E04" w:rsidRPr="00541E04" w14:paraId="3C02DDAC" w14:textId="77777777" w:rsidTr="00541E04">
        <w:tc>
          <w:tcPr>
            <w:tcW w:w="259" w:type="pct"/>
          </w:tcPr>
          <w:p w14:paraId="37AC70BE" w14:textId="77777777" w:rsidR="00541E04" w:rsidRPr="00541E04" w:rsidRDefault="00541E04" w:rsidP="00CD63E1">
            <w:pPr>
              <w:spacing w:line="360" w:lineRule="auto"/>
              <w:rPr>
                <w:rFonts w:cs="Times New Roman"/>
                <w:sz w:val="20"/>
                <w:szCs w:val="20"/>
              </w:rPr>
            </w:pPr>
          </w:p>
        </w:tc>
        <w:tc>
          <w:tcPr>
            <w:tcW w:w="1022" w:type="pct"/>
          </w:tcPr>
          <w:p w14:paraId="6D6E05A2" w14:textId="77777777" w:rsidR="00541E04" w:rsidRPr="00541E04" w:rsidRDefault="00541E04" w:rsidP="00CD63E1">
            <w:pPr>
              <w:spacing w:line="360" w:lineRule="auto"/>
              <w:rPr>
                <w:rFonts w:cs="Times New Roman"/>
                <w:sz w:val="20"/>
                <w:szCs w:val="20"/>
              </w:rPr>
            </w:pPr>
            <w:r w:rsidRPr="00541E04">
              <w:rPr>
                <w:rFonts w:cs="Times New Roman"/>
                <w:sz w:val="20"/>
                <w:szCs w:val="20"/>
              </w:rPr>
              <w:t>Not followed</w:t>
            </w:r>
          </w:p>
        </w:tc>
        <w:tc>
          <w:tcPr>
            <w:tcW w:w="598" w:type="pct"/>
          </w:tcPr>
          <w:p w14:paraId="30DB052C" w14:textId="77777777" w:rsidR="00541E04" w:rsidRPr="00541E04" w:rsidRDefault="00541E04" w:rsidP="00CD63E1">
            <w:pPr>
              <w:rPr>
                <w:rFonts w:cs="Times New Roman"/>
                <w:vanish/>
                <w:sz w:val="20"/>
                <w:szCs w:val="20"/>
              </w:rPr>
            </w:pPr>
            <w:r w:rsidRPr="00541E04">
              <w:rPr>
                <w:rFonts w:cs="Times New Roman"/>
                <w:sz w:val="20"/>
                <w:szCs w:val="20"/>
              </w:rPr>
              <w:t>101 (84.16)</w:t>
            </w:r>
          </w:p>
        </w:tc>
        <w:tc>
          <w:tcPr>
            <w:tcW w:w="597" w:type="pct"/>
          </w:tcPr>
          <w:p w14:paraId="5D62436C" w14:textId="77777777" w:rsidR="00541E04" w:rsidRPr="00541E04" w:rsidRDefault="00541E04" w:rsidP="00CD63E1">
            <w:pPr>
              <w:rPr>
                <w:rFonts w:cs="Times New Roman"/>
                <w:vanish/>
                <w:sz w:val="20"/>
                <w:szCs w:val="20"/>
              </w:rPr>
            </w:pPr>
            <w:r w:rsidRPr="00541E04">
              <w:rPr>
                <w:rFonts w:cs="Times New Roman"/>
                <w:sz w:val="20"/>
                <w:szCs w:val="20"/>
              </w:rPr>
              <w:t>108 (90.00)</w:t>
            </w:r>
          </w:p>
        </w:tc>
        <w:tc>
          <w:tcPr>
            <w:tcW w:w="648" w:type="pct"/>
            <w:gridSpan w:val="2"/>
          </w:tcPr>
          <w:p w14:paraId="1DC1694B" w14:textId="77777777" w:rsidR="00541E04" w:rsidRPr="00541E04" w:rsidRDefault="00541E04" w:rsidP="00CD63E1">
            <w:pPr>
              <w:rPr>
                <w:rFonts w:cs="Times New Roman"/>
                <w:vanish/>
                <w:sz w:val="20"/>
                <w:szCs w:val="20"/>
              </w:rPr>
            </w:pPr>
            <w:r w:rsidRPr="00541E04">
              <w:rPr>
                <w:rFonts w:cs="Times New Roman"/>
                <w:sz w:val="20"/>
                <w:szCs w:val="20"/>
              </w:rPr>
              <w:t>101 (84.16)</w:t>
            </w:r>
          </w:p>
        </w:tc>
        <w:tc>
          <w:tcPr>
            <w:tcW w:w="652" w:type="pct"/>
          </w:tcPr>
          <w:p w14:paraId="1FF11AAB" w14:textId="77777777" w:rsidR="00541E04" w:rsidRPr="00541E04" w:rsidRDefault="00541E04" w:rsidP="00CD63E1">
            <w:pPr>
              <w:rPr>
                <w:rFonts w:cs="Times New Roman"/>
                <w:vanish/>
                <w:sz w:val="20"/>
                <w:szCs w:val="20"/>
              </w:rPr>
            </w:pPr>
            <w:r w:rsidRPr="00541E04">
              <w:rPr>
                <w:rFonts w:cs="Times New Roman"/>
                <w:sz w:val="20"/>
                <w:szCs w:val="20"/>
              </w:rPr>
              <w:t>108 (90.00)</w:t>
            </w:r>
          </w:p>
        </w:tc>
        <w:tc>
          <w:tcPr>
            <w:tcW w:w="598" w:type="pct"/>
          </w:tcPr>
          <w:p w14:paraId="7F98E357" w14:textId="77777777" w:rsidR="00541E04" w:rsidRPr="00541E04" w:rsidRDefault="00541E04" w:rsidP="00CD63E1">
            <w:pPr>
              <w:rPr>
                <w:rFonts w:cs="Times New Roman"/>
                <w:vanish/>
                <w:sz w:val="20"/>
                <w:szCs w:val="20"/>
              </w:rPr>
            </w:pPr>
            <w:r w:rsidRPr="00541E04">
              <w:rPr>
                <w:rFonts w:cs="Times New Roman"/>
                <w:sz w:val="20"/>
                <w:szCs w:val="20"/>
              </w:rPr>
              <w:t>101 (84.16)</w:t>
            </w:r>
          </w:p>
        </w:tc>
        <w:tc>
          <w:tcPr>
            <w:tcW w:w="626" w:type="pct"/>
          </w:tcPr>
          <w:p w14:paraId="27567CEA" w14:textId="77777777" w:rsidR="00541E04" w:rsidRPr="00541E04" w:rsidRDefault="00541E04" w:rsidP="00CD63E1">
            <w:pPr>
              <w:rPr>
                <w:rFonts w:cs="Times New Roman"/>
                <w:vanish/>
                <w:sz w:val="20"/>
                <w:szCs w:val="20"/>
              </w:rPr>
            </w:pPr>
            <w:r w:rsidRPr="00541E04">
              <w:rPr>
                <w:rFonts w:cs="Times New Roman"/>
                <w:sz w:val="20"/>
                <w:szCs w:val="20"/>
              </w:rPr>
              <w:t>108 (90.00)</w:t>
            </w:r>
          </w:p>
        </w:tc>
      </w:tr>
      <w:tr w:rsidR="00541E04" w:rsidRPr="00541E04" w14:paraId="50E296FD" w14:textId="77777777" w:rsidTr="00CD63E1">
        <w:tc>
          <w:tcPr>
            <w:tcW w:w="5000" w:type="pct"/>
            <w:gridSpan w:val="9"/>
            <w:tcBorders>
              <w:left w:val="nil"/>
              <w:right w:val="nil"/>
            </w:tcBorders>
          </w:tcPr>
          <w:p w14:paraId="54FEDFF5" w14:textId="77777777" w:rsidR="00541E04" w:rsidRPr="00541E04" w:rsidRDefault="00541E04" w:rsidP="00CD63E1">
            <w:pPr>
              <w:rPr>
                <w:rFonts w:cs="Times New Roman"/>
                <w:sz w:val="20"/>
                <w:szCs w:val="20"/>
              </w:rPr>
            </w:pPr>
          </w:p>
        </w:tc>
      </w:tr>
      <w:tr w:rsidR="00541E04" w:rsidRPr="00541E04" w14:paraId="73A80755" w14:textId="77777777" w:rsidTr="00541E04">
        <w:tc>
          <w:tcPr>
            <w:tcW w:w="259" w:type="pct"/>
          </w:tcPr>
          <w:p w14:paraId="1FC751B6"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5.</w:t>
            </w:r>
          </w:p>
        </w:tc>
        <w:tc>
          <w:tcPr>
            <w:tcW w:w="4741" w:type="pct"/>
            <w:gridSpan w:val="8"/>
          </w:tcPr>
          <w:p w14:paraId="3C9678E0"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Use of antibiotics, growth promoters and nutraceuticals</w:t>
            </w:r>
          </w:p>
        </w:tc>
      </w:tr>
      <w:tr w:rsidR="00541E04" w:rsidRPr="00541E04" w14:paraId="33F6299B" w14:textId="77777777" w:rsidTr="00541E04">
        <w:tc>
          <w:tcPr>
            <w:tcW w:w="259" w:type="pct"/>
          </w:tcPr>
          <w:p w14:paraId="102E3F8B" w14:textId="77777777" w:rsidR="00541E04" w:rsidRPr="00541E04" w:rsidRDefault="00541E04" w:rsidP="00CD63E1">
            <w:pPr>
              <w:spacing w:line="360" w:lineRule="auto"/>
              <w:rPr>
                <w:rFonts w:cs="Times New Roman"/>
                <w:sz w:val="20"/>
                <w:szCs w:val="20"/>
              </w:rPr>
            </w:pPr>
          </w:p>
        </w:tc>
        <w:tc>
          <w:tcPr>
            <w:tcW w:w="1022" w:type="pct"/>
          </w:tcPr>
          <w:p w14:paraId="59486E1E" w14:textId="77777777" w:rsidR="00541E04" w:rsidRPr="00541E04" w:rsidRDefault="00541E04" w:rsidP="00CD63E1">
            <w:pPr>
              <w:spacing w:line="360" w:lineRule="auto"/>
              <w:rPr>
                <w:rFonts w:cs="Times New Roman"/>
                <w:sz w:val="20"/>
                <w:szCs w:val="20"/>
              </w:rPr>
            </w:pPr>
            <w:r w:rsidRPr="00541E04">
              <w:rPr>
                <w:rFonts w:cs="Times New Roman"/>
                <w:sz w:val="20"/>
                <w:szCs w:val="20"/>
              </w:rPr>
              <w:t>Yes</w:t>
            </w:r>
          </w:p>
        </w:tc>
        <w:tc>
          <w:tcPr>
            <w:tcW w:w="598" w:type="pct"/>
            <w:vAlign w:val="center"/>
          </w:tcPr>
          <w:p w14:paraId="4AB55EB2"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2AFEBECA"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09EA02FC"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7181287A"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02FAD399"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6B94510C"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36FF8B5D" w14:textId="77777777" w:rsidTr="00541E04">
        <w:tc>
          <w:tcPr>
            <w:tcW w:w="259" w:type="pct"/>
          </w:tcPr>
          <w:p w14:paraId="05A6ED9D" w14:textId="77777777" w:rsidR="00541E04" w:rsidRPr="00541E04" w:rsidRDefault="00541E04" w:rsidP="00CD63E1">
            <w:pPr>
              <w:spacing w:line="360" w:lineRule="auto"/>
              <w:rPr>
                <w:rFonts w:cs="Times New Roman"/>
                <w:sz w:val="20"/>
                <w:szCs w:val="20"/>
              </w:rPr>
            </w:pPr>
          </w:p>
        </w:tc>
        <w:tc>
          <w:tcPr>
            <w:tcW w:w="1022" w:type="pct"/>
          </w:tcPr>
          <w:p w14:paraId="6FF64C64" w14:textId="77777777" w:rsidR="00541E04" w:rsidRPr="00541E04" w:rsidRDefault="00541E04" w:rsidP="00CD63E1">
            <w:pPr>
              <w:spacing w:line="360" w:lineRule="auto"/>
              <w:rPr>
                <w:rFonts w:cs="Times New Roman"/>
                <w:sz w:val="20"/>
                <w:szCs w:val="20"/>
              </w:rPr>
            </w:pPr>
            <w:r w:rsidRPr="00541E04">
              <w:rPr>
                <w:rFonts w:cs="Times New Roman"/>
                <w:sz w:val="20"/>
                <w:szCs w:val="20"/>
              </w:rPr>
              <w:t>No</w:t>
            </w:r>
          </w:p>
        </w:tc>
        <w:tc>
          <w:tcPr>
            <w:tcW w:w="598" w:type="pct"/>
            <w:vAlign w:val="center"/>
          </w:tcPr>
          <w:p w14:paraId="56DD868C"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7" w:type="pct"/>
            <w:vAlign w:val="center"/>
          </w:tcPr>
          <w:p w14:paraId="0B7F8A32"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48" w:type="pct"/>
            <w:gridSpan w:val="2"/>
            <w:vAlign w:val="center"/>
          </w:tcPr>
          <w:p w14:paraId="36E551C4"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52" w:type="pct"/>
            <w:vAlign w:val="center"/>
          </w:tcPr>
          <w:p w14:paraId="167EAF7C"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598" w:type="pct"/>
            <w:vAlign w:val="center"/>
          </w:tcPr>
          <w:p w14:paraId="151EF560" w14:textId="77777777" w:rsidR="00541E04" w:rsidRPr="00541E04" w:rsidRDefault="00541E04" w:rsidP="00CD63E1">
            <w:pPr>
              <w:rPr>
                <w:rFonts w:cs="Times New Roman"/>
                <w:sz w:val="20"/>
                <w:szCs w:val="20"/>
              </w:rPr>
            </w:pPr>
            <w:r w:rsidRPr="00541E04">
              <w:rPr>
                <w:rFonts w:cs="Times New Roman"/>
                <w:sz w:val="20"/>
                <w:szCs w:val="20"/>
              </w:rPr>
              <w:t>120 (100.00)</w:t>
            </w:r>
          </w:p>
        </w:tc>
        <w:tc>
          <w:tcPr>
            <w:tcW w:w="626" w:type="pct"/>
            <w:vAlign w:val="center"/>
          </w:tcPr>
          <w:p w14:paraId="5FB828BC" w14:textId="77777777" w:rsidR="00541E04" w:rsidRPr="00541E04" w:rsidRDefault="00541E04" w:rsidP="00CD63E1">
            <w:pPr>
              <w:rPr>
                <w:rFonts w:cs="Times New Roman"/>
                <w:sz w:val="20"/>
                <w:szCs w:val="20"/>
              </w:rPr>
            </w:pPr>
            <w:r w:rsidRPr="00541E04">
              <w:rPr>
                <w:rFonts w:cs="Times New Roman"/>
                <w:sz w:val="20"/>
                <w:szCs w:val="20"/>
              </w:rPr>
              <w:t>120 (100.00)</w:t>
            </w:r>
          </w:p>
        </w:tc>
      </w:tr>
      <w:tr w:rsidR="00541E04" w:rsidRPr="00541E04" w14:paraId="6107C2C8" w14:textId="77777777" w:rsidTr="00541E04">
        <w:tc>
          <w:tcPr>
            <w:tcW w:w="259" w:type="pct"/>
          </w:tcPr>
          <w:p w14:paraId="04924B2D"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6.</w:t>
            </w:r>
          </w:p>
        </w:tc>
        <w:tc>
          <w:tcPr>
            <w:tcW w:w="4741" w:type="pct"/>
            <w:gridSpan w:val="8"/>
          </w:tcPr>
          <w:p w14:paraId="7B5AAF65" w14:textId="77777777" w:rsidR="00541E04" w:rsidRPr="00541E04" w:rsidRDefault="00541E04" w:rsidP="00CD63E1">
            <w:pPr>
              <w:spacing w:line="360" w:lineRule="auto"/>
              <w:rPr>
                <w:rFonts w:cs="Times New Roman"/>
                <w:sz w:val="20"/>
                <w:szCs w:val="20"/>
              </w:rPr>
            </w:pPr>
            <w:r w:rsidRPr="00541E04">
              <w:rPr>
                <w:rFonts w:cs="Times New Roman"/>
                <w:b/>
                <w:sz w:val="20"/>
                <w:szCs w:val="20"/>
              </w:rPr>
              <w:t>Disposal of dead birds</w:t>
            </w:r>
          </w:p>
        </w:tc>
      </w:tr>
      <w:tr w:rsidR="00541E04" w:rsidRPr="00541E04" w14:paraId="5F25A156" w14:textId="77777777" w:rsidTr="00541E04">
        <w:tc>
          <w:tcPr>
            <w:tcW w:w="259" w:type="pct"/>
          </w:tcPr>
          <w:p w14:paraId="01C84DB3" w14:textId="77777777" w:rsidR="00541E04" w:rsidRPr="00541E04" w:rsidRDefault="00541E04" w:rsidP="00CD63E1">
            <w:pPr>
              <w:spacing w:line="360" w:lineRule="auto"/>
              <w:rPr>
                <w:rFonts w:cs="Times New Roman"/>
                <w:sz w:val="20"/>
                <w:szCs w:val="20"/>
              </w:rPr>
            </w:pPr>
          </w:p>
        </w:tc>
        <w:tc>
          <w:tcPr>
            <w:tcW w:w="1022" w:type="pct"/>
          </w:tcPr>
          <w:p w14:paraId="7C5973BC" w14:textId="77777777" w:rsidR="00541E04" w:rsidRPr="00541E04" w:rsidRDefault="00541E04" w:rsidP="00CD63E1">
            <w:pPr>
              <w:spacing w:line="360" w:lineRule="auto"/>
              <w:rPr>
                <w:rFonts w:cs="Times New Roman"/>
                <w:sz w:val="20"/>
                <w:szCs w:val="20"/>
              </w:rPr>
            </w:pPr>
            <w:r w:rsidRPr="00541E04">
              <w:rPr>
                <w:rFonts w:cs="Times New Roman"/>
                <w:sz w:val="20"/>
                <w:szCs w:val="20"/>
              </w:rPr>
              <w:t>Burial</w:t>
            </w:r>
          </w:p>
        </w:tc>
        <w:tc>
          <w:tcPr>
            <w:tcW w:w="598" w:type="pct"/>
            <w:vAlign w:val="center"/>
          </w:tcPr>
          <w:p w14:paraId="0EB9FDD8" w14:textId="77777777" w:rsidR="00541E04" w:rsidRPr="00541E04" w:rsidRDefault="00541E04" w:rsidP="00CD63E1">
            <w:pPr>
              <w:rPr>
                <w:rFonts w:cs="Times New Roman"/>
                <w:sz w:val="20"/>
                <w:szCs w:val="20"/>
              </w:rPr>
            </w:pPr>
            <w:r w:rsidRPr="00541E04">
              <w:rPr>
                <w:rFonts w:cs="Times New Roman"/>
                <w:sz w:val="20"/>
                <w:szCs w:val="20"/>
              </w:rPr>
              <w:t>23 (19.16)</w:t>
            </w:r>
          </w:p>
        </w:tc>
        <w:tc>
          <w:tcPr>
            <w:tcW w:w="597" w:type="pct"/>
            <w:vAlign w:val="center"/>
          </w:tcPr>
          <w:p w14:paraId="104C0C55" w14:textId="77777777" w:rsidR="00541E04" w:rsidRPr="00541E04" w:rsidRDefault="00541E04" w:rsidP="00CD63E1">
            <w:pPr>
              <w:rPr>
                <w:rFonts w:cs="Times New Roman"/>
                <w:sz w:val="20"/>
                <w:szCs w:val="20"/>
              </w:rPr>
            </w:pPr>
            <w:r w:rsidRPr="00541E04">
              <w:rPr>
                <w:rFonts w:cs="Times New Roman"/>
                <w:sz w:val="20"/>
                <w:szCs w:val="20"/>
              </w:rPr>
              <w:t>57 (47.50)</w:t>
            </w:r>
          </w:p>
        </w:tc>
        <w:tc>
          <w:tcPr>
            <w:tcW w:w="648" w:type="pct"/>
            <w:gridSpan w:val="2"/>
            <w:vAlign w:val="center"/>
          </w:tcPr>
          <w:p w14:paraId="5081C995" w14:textId="77777777" w:rsidR="00541E04" w:rsidRPr="00541E04" w:rsidRDefault="00541E04" w:rsidP="00CD63E1">
            <w:pPr>
              <w:rPr>
                <w:rFonts w:cs="Times New Roman"/>
                <w:sz w:val="20"/>
                <w:szCs w:val="20"/>
              </w:rPr>
            </w:pPr>
            <w:r w:rsidRPr="00541E04">
              <w:rPr>
                <w:rFonts w:cs="Times New Roman"/>
                <w:sz w:val="20"/>
                <w:szCs w:val="20"/>
              </w:rPr>
              <w:t>23 (19.16)</w:t>
            </w:r>
          </w:p>
        </w:tc>
        <w:tc>
          <w:tcPr>
            <w:tcW w:w="652" w:type="pct"/>
            <w:vAlign w:val="center"/>
          </w:tcPr>
          <w:p w14:paraId="1E1F3585" w14:textId="77777777" w:rsidR="00541E04" w:rsidRPr="00541E04" w:rsidRDefault="00541E04" w:rsidP="00CD63E1">
            <w:pPr>
              <w:rPr>
                <w:rFonts w:cs="Times New Roman"/>
                <w:sz w:val="20"/>
                <w:szCs w:val="20"/>
              </w:rPr>
            </w:pPr>
            <w:r w:rsidRPr="00541E04">
              <w:rPr>
                <w:rFonts w:cs="Times New Roman"/>
                <w:sz w:val="20"/>
                <w:szCs w:val="20"/>
              </w:rPr>
              <w:t>57 (47.50)</w:t>
            </w:r>
          </w:p>
        </w:tc>
        <w:tc>
          <w:tcPr>
            <w:tcW w:w="598" w:type="pct"/>
            <w:vAlign w:val="center"/>
          </w:tcPr>
          <w:p w14:paraId="2E54E15F" w14:textId="77777777" w:rsidR="00541E04" w:rsidRPr="00541E04" w:rsidRDefault="00541E04" w:rsidP="00CD63E1">
            <w:pPr>
              <w:rPr>
                <w:rFonts w:cs="Times New Roman"/>
                <w:sz w:val="20"/>
                <w:szCs w:val="20"/>
              </w:rPr>
            </w:pPr>
            <w:r w:rsidRPr="00541E04">
              <w:rPr>
                <w:rFonts w:cs="Times New Roman"/>
                <w:sz w:val="20"/>
                <w:szCs w:val="20"/>
              </w:rPr>
              <w:t>16 (13.33)</w:t>
            </w:r>
          </w:p>
        </w:tc>
        <w:tc>
          <w:tcPr>
            <w:tcW w:w="626" w:type="pct"/>
            <w:vAlign w:val="center"/>
          </w:tcPr>
          <w:p w14:paraId="0956B9E1" w14:textId="77777777" w:rsidR="00541E04" w:rsidRPr="00541E04" w:rsidRDefault="00541E04" w:rsidP="00CD63E1">
            <w:pPr>
              <w:rPr>
                <w:rFonts w:cs="Times New Roman"/>
                <w:sz w:val="20"/>
                <w:szCs w:val="20"/>
              </w:rPr>
            </w:pPr>
            <w:r w:rsidRPr="00541E04">
              <w:rPr>
                <w:rFonts w:cs="Times New Roman"/>
                <w:sz w:val="20"/>
                <w:szCs w:val="20"/>
              </w:rPr>
              <w:t>34 (28.35)</w:t>
            </w:r>
          </w:p>
        </w:tc>
      </w:tr>
      <w:tr w:rsidR="00541E04" w:rsidRPr="00541E04" w14:paraId="5F1C32A9" w14:textId="77777777" w:rsidTr="00541E04">
        <w:tc>
          <w:tcPr>
            <w:tcW w:w="259" w:type="pct"/>
          </w:tcPr>
          <w:p w14:paraId="41AB4DB6" w14:textId="77777777" w:rsidR="00541E04" w:rsidRPr="00541E04" w:rsidRDefault="00541E04" w:rsidP="00CD63E1">
            <w:pPr>
              <w:spacing w:line="360" w:lineRule="auto"/>
              <w:rPr>
                <w:rFonts w:cs="Times New Roman"/>
                <w:sz w:val="20"/>
                <w:szCs w:val="20"/>
              </w:rPr>
            </w:pPr>
          </w:p>
        </w:tc>
        <w:tc>
          <w:tcPr>
            <w:tcW w:w="1022" w:type="pct"/>
          </w:tcPr>
          <w:p w14:paraId="63D1276A" w14:textId="77777777" w:rsidR="00541E04" w:rsidRPr="00541E04" w:rsidRDefault="00541E04" w:rsidP="00CD63E1">
            <w:pPr>
              <w:spacing w:line="360" w:lineRule="auto"/>
              <w:rPr>
                <w:rFonts w:cs="Times New Roman"/>
                <w:sz w:val="20"/>
                <w:szCs w:val="20"/>
              </w:rPr>
            </w:pPr>
            <w:r w:rsidRPr="00541E04">
              <w:rPr>
                <w:rFonts w:cs="Times New Roman"/>
                <w:sz w:val="20"/>
                <w:szCs w:val="20"/>
              </w:rPr>
              <w:t>Burning</w:t>
            </w:r>
          </w:p>
        </w:tc>
        <w:tc>
          <w:tcPr>
            <w:tcW w:w="598" w:type="pct"/>
            <w:vAlign w:val="center"/>
          </w:tcPr>
          <w:p w14:paraId="69E207B7"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1F4EDB23"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2F399785"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4F769FEF"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14E26CC4"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4D7365FB"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4C61CAD1" w14:textId="77777777" w:rsidTr="00541E04">
        <w:tc>
          <w:tcPr>
            <w:tcW w:w="259" w:type="pct"/>
          </w:tcPr>
          <w:p w14:paraId="57D06D7C" w14:textId="77777777" w:rsidR="00541E04" w:rsidRPr="00541E04" w:rsidRDefault="00541E04" w:rsidP="00CD63E1">
            <w:pPr>
              <w:spacing w:line="360" w:lineRule="auto"/>
              <w:rPr>
                <w:rFonts w:cs="Times New Roman"/>
                <w:sz w:val="20"/>
                <w:szCs w:val="20"/>
              </w:rPr>
            </w:pPr>
          </w:p>
        </w:tc>
        <w:tc>
          <w:tcPr>
            <w:tcW w:w="1022" w:type="pct"/>
          </w:tcPr>
          <w:p w14:paraId="7205240E" w14:textId="77777777" w:rsidR="00541E04" w:rsidRPr="00541E04" w:rsidRDefault="00541E04" w:rsidP="00CD63E1">
            <w:pPr>
              <w:spacing w:line="360" w:lineRule="auto"/>
              <w:rPr>
                <w:rFonts w:cs="Times New Roman"/>
                <w:sz w:val="20"/>
                <w:szCs w:val="20"/>
              </w:rPr>
            </w:pPr>
            <w:r w:rsidRPr="00541E04">
              <w:rPr>
                <w:rFonts w:cs="Times New Roman"/>
                <w:sz w:val="20"/>
                <w:szCs w:val="20"/>
              </w:rPr>
              <w:t>Throwing in open</w:t>
            </w:r>
          </w:p>
        </w:tc>
        <w:tc>
          <w:tcPr>
            <w:tcW w:w="598" w:type="pct"/>
            <w:vAlign w:val="center"/>
          </w:tcPr>
          <w:p w14:paraId="4A453083" w14:textId="77777777" w:rsidR="00541E04" w:rsidRPr="00541E04" w:rsidRDefault="00541E04" w:rsidP="00CD63E1">
            <w:pPr>
              <w:rPr>
                <w:rFonts w:cs="Times New Roman"/>
                <w:sz w:val="20"/>
                <w:szCs w:val="20"/>
              </w:rPr>
            </w:pPr>
            <w:r w:rsidRPr="00541E04">
              <w:rPr>
                <w:rFonts w:cs="Times New Roman"/>
                <w:sz w:val="20"/>
                <w:szCs w:val="20"/>
              </w:rPr>
              <w:t>97 (80.83)</w:t>
            </w:r>
          </w:p>
        </w:tc>
        <w:tc>
          <w:tcPr>
            <w:tcW w:w="597" w:type="pct"/>
            <w:vAlign w:val="center"/>
          </w:tcPr>
          <w:p w14:paraId="5B62DC24" w14:textId="77777777" w:rsidR="00541E04" w:rsidRPr="00541E04" w:rsidRDefault="00541E04" w:rsidP="00CD63E1">
            <w:pPr>
              <w:rPr>
                <w:rFonts w:cs="Times New Roman"/>
                <w:sz w:val="20"/>
                <w:szCs w:val="20"/>
              </w:rPr>
            </w:pPr>
            <w:r w:rsidRPr="00541E04">
              <w:rPr>
                <w:rFonts w:cs="Times New Roman"/>
                <w:sz w:val="20"/>
                <w:szCs w:val="20"/>
              </w:rPr>
              <w:t>63 (52.50)</w:t>
            </w:r>
          </w:p>
        </w:tc>
        <w:tc>
          <w:tcPr>
            <w:tcW w:w="648" w:type="pct"/>
            <w:gridSpan w:val="2"/>
            <w:vAlign w:val="center"/>
          </w:tcPr>
          <w:p w14:paraId="7AA44703" w14:textId="77777777" w:rsidR="00541E04" w:rsidRPr="00541E04" w:rsidRDefault="00541E04" w:rsidP="00CD63E1">
            <w:pPr>
              <w:rPr>
                <w:rFonts w:cs="Times New Roman"/>
                <w:sz w:val="20"/>
                <w:szCs w:val="20"/>
              </w:rPr>
            </w:pPr>
            <w:r w:rsidRPr="00541E04">
              <w:rPr>
                <w:rFonts w:cs="Times New Roman"/>
                <w:sz w:val="20"/>
                <w:szCs w:val="20"/>
              </w:rPr>
              <w:t>97 (80.83)</w:t>
            </w:r>
          </w:p>
        </w:tc>
        <w:tc>
          <w:tcPr>
            <w:tcW w:w="652" w:type="pct"/>
            <w:vAlign w:val="center"/>
          </w:tcPr>
          <w:p w14:paraId="0B453A8D" w14:textId="77777777" w:rsidR="00541E04" w:rsidRPr="00541E04" w:rsidRDefault="00541E04" w:rsidP="00CD63E1">
            <w:pPr>
              <w:rPr>
                <w:rFonts w:cs="Times New Roman"/>
                <w:sz w:val="20"/>
                <w:szCs w:val="20"/>
              </w:rPr>
            </w:pPr>
            <w:r w:rsidRPr="00541E04">
              <w:rPr>
                <w:rFonts w:cs="Times New Roman"/>
                <w:sz w:val="20"/>
                <w:szCs w:val="20"/>
              </w:rPr>
              <w:t>63 (52.50)</w:t>
            </w:r>
          </w:p>
        </w:tc>
        <w:tc>
          <w:tcPr>
            <w:tcW w:w="598" w:type="pct"/>
            <w:vAlign w:val="center"/>
          </w:tcPr>
          <w:p w14:paraId="79E3DB75" w14:textId="77777777" w:rsidR="00541E04" w:rsidRPr="00541E04" w:rsidRDefault="00541E04" w:rsidP="00CD63E1">
            <w:pPr>
              <w:rPr>
                <w:rFonts w:cs="Times New Roman"/>
                <w:sz w:val="20"/>
                <w:szCs w:val="20"/>
              </w:rPr>
            </w:pPr>
            <w:r w:rsidRPr="00541E04">
              <w:rPr>
                <w:rFonts w:cs="Times New Roman"/>
                <w:sz w:val="20"/>
                <w:szCs w:val="20"/>
              </w:rPr>
              <w:t>104 (86.66)</w:t>
            </w:r>
          </w:p>
        </w:tc>
        <w:tc>
          <w:tcPr>
            <w:tcW w:w="626" w:type="pct"/>
            <w:vAlign w:val="center"/>
          </w:tcPr>
          <w:p w14:paraId="35670619" w14:textId="77777777" w:rsidR="00541E04" w:rsidRPr="00541E04" w:rsidRDefault="00541E04" w:rsidP="00CD63E1">
            <w:pPr>
              <w:rPr>
                <w:rFonts w:cs="Times New Roman"/>
                <w:sz w:val="20"/>
                <w:szCs w:val="20"/>
              </w:rPr>
            </w:pPr>
            <w:r w:rsidRPr="00541E04">
              <w:rPr>
                <w:rFonts w:cs="Times New Roman"/>
                <w:sz w:val="20"/>
                <w:szCs w:val="20"/>
              </w:rPr>
              <w:t>86 (71.66)</w:t>
            </w:r>
          </w:p>
        </w:tc>
      </w:tr>
      <w:tr w:rsidR="00541E04" w:rsidRPr="00541E04" w14:paraId="6782C8C0" w14:textId="77777777" w:rsidTr="00541E04">
        <w:tc>
          <w:tcPr>
            <w:tcW w:w="259" w:type="pct"/>
          </w:tcPr>
          <w:p w14:paraId="5EAE96AE"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7.</w:t>
            </w:r>
          </w:p>
        </w:tc>
        <w:tc>
          <w:tcPr>
            <w:tcW w:w="4741" w:type="pct"/>
            <w:gridSpan w:val="8"/>
          </w:tcPr>
          <w:p w14:paraId="6AD77A7C"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Use of lime or quicklime for disinfection</w:t>
            </w:r>
          </w:p>
        </w:tc>
      </w:tr>
      <w:tr w:rsidR="00541E04" w:rsidRPr="00541E04" w14:paraId="0FA52970" w14:textId="77777777" w:rsidTr="00541E04">
        <w:tc>
          <w:tcPr>
            <w:tcW w:w="259" w:type="pct"/>
          </w:tcPr>
          <w:p w14:paraId="1F5C688F" w14:textId="77777777" w:rsidR="00541E04" w:rsidRPr="00541E04" w:rsidRDefault="00541E04" w:rsidP="00CD63E1">
            <w:pPr>
              <w:spacing w:line="360" w:lineRule="auto"/>
              <w:rPr>
                <w:rFonts w:cs="Times New Roman"/>
                <w:sz w:val="20"/>
                <w:szCs w:val="20"/>
              </w:rPr>
            </w:pPr>
          </w:p>
        </w:tc>
        <w:tc>
          <w:tcPr>
            <w:tcW w:w="1022" w:type="pct"/>
          </w:tcPr>
          <w:p w14:paraId="372404A0" w14:textId="77777777" w:rsidR="00541E04" w:rsidRPr="00541E04" w:rsidRDefault="00541E04" w:rsidP="00CD63E1">
            <w:pPr>
              <w:spacing w:line="360" w:lineRule="auto"/>
              <w:rPr>
                <w:rFonts w:cs="Times New Roman"/>
                <w:sz w:val="20"/>
                <w:szCs w:val="20"/>
              </w:rPr>
            </w:pPr>
            <w:r w:rsidRPr="00541E04">
              <w:rPr>
                <w:rFonts w:cs="Times New Roman"/>
                <w:sz w:val="20"/>
                <w:szCs w:val="20"/>
              </w:rPr>
              <w:t>Yes</w:t>
            </w:r>
          </w:p>
        </w:tc>
        <w:tc>
          <w:tcPr>
            <w:tcW w:w="598" w:type="pct"/>
            <w:vAlign w:val="center"/>
          </w:tcPr>
          <w:p w14:paraId="7BD23D52" w14:textId="77777777" w:rsidR="00541E04" w:rsidRPr="00541E04" w:rsidRDefault="00541E04" w:rsidP="00CD63E1">
            <w:pPr>
              <w:rPr>
                <w:rFonts w:cs="Times New Roman"/>
                <w:sz w:val="20"/>
                <w:szCs w:val="20"/>
              </w:rPr>
            </w:pPr>
            <w:r w:rsidRPr="00541E04">
              <w:rPr>
                <w:rFonts w:cs="Times New Roman"/>
                <w:sz w:val="20"/>
                <w:szCs w:val="20"/>
              </w:rPr>
              <w:t>20 (16.66)</w:t>
            </w:r>
          </w:p>
        </w:tc>
        <w:tc>
          <w:tcPr>
            <w:tcW w:w="597" w:type="pct"/>
            <w:vAlign w:val="center"/>
          </w:tcPr>
          <w:p w14:paraId="4B8772C4" w14:textId="77777777" w:rsidR="00541E04" w:rsidRPr="00541E04" w:rsidRDefault="00541E04" w:rsidP="00CD63E1">
            <w:pPr>
              <w:rPr>
                <w:rFonts w:cs="Times New Roman"/>
                <w:sz w:val="20"/>
                <w:szCs w:val="20"/>
              </w:rPr>
            </w:pPr>
            <w:r w:rsidRPr="00541E04">
              <w:rPr>
                <w:rFonts w:cs="Times New Roman"/>
                <w:sz w:val="20"/>
                <w:szCs w:val="20"/>
              </w:rPr>
              <w:t>8 (06.66)</w:t>
            </w:r>
          </w:p>
        </w:tc>
        <w:tc>
          <w:tcPr>
            <w:tcW w:w="648" w:type="pct"/>
            <w:gridSpan w:val="2"/>
            <w:vAlign w:val="center"/>
          </w:tcPr>
          <w:p w14:paraId="264AAC56" w14:textId="77777777" w:rsidR="00541E04" w:rsidRPr="00541E04" w:rsidRDefault="00541E04" w:rsidP="00CD63E1">
            <w:pPr>
              <w:rPr>
                <w:rFonts w:cs="Times New Roman"/>
                <w:sz w:val="20"/>
                <w:szCs w:val="20"/>
              </w:rPr>
            </w:pPr>
            <w:r w:rsidRPr="00541E04">
              <w:rPr>
                <w:rFonts w:cs="Times New Roman"/>
                <w:sz w:val="20"/>
                <w:szCs w:val="20"/>
              </w:rPr>
              <w:t>20 (16.66)</w:t>
            </w:r>
          </w:p>
        </w:tc>
        <w:tc>
          <w:tcPr>
            <w:tcW w:w="652" w:type="pct"/>
            <w:vAlign w:val="center"/>
          </w:tcPr>
          <w:p w14:paraId="19C21EA2" w14:textId="77777777" w:rsidR="00541E04" w:rsidRPr="00541E04" w:rsidRDefault="00541E04" w:rsidP="00CD63E1">
            <w:pPr>
              <w:rPr>
                <w:rFonts w:cs="Times New Roman"/>
                <w:sz w:val="20"/>
                <w:szCs w:val="20"/>
              </w:rPr>
            </w:pPr>
            <w:r w:rsidRPr="00541E04">
              <w:rPr>
                <w:rFonts w:cs="Times New Roman"/>
                <w:sz w:val="20"/>
                <w:szCs w:val="20"/>
              </w:rPr>
              <w:t>8 (06.66)</w:t>
            </w:r>
          </w:p>
        </w:tc>
        <w:tc>
          <w:tcPr>
            <w:tcW w:w="598" w:type="pct"/>
            <w:vAlign w:val="center"/>
          </w:tcPr>
          <w:p w14:paraId="471DF9F4" w14:textId="77777777" w:rsidR="00541E04" w:rsidRPr="00541E04" w:rsidRDefault="00541E04" w:rsidP="00CD63E1">
            <w:pPr>
              <w:rPr>
                <w:rFonts w:cs="Times New Roman"/>
                <w:sz w:val="20"/>
                <w:szCs w:val="20"/>
              </w:rPr>
            </w:pPr>
            <w:r w:rsidRPr="00541E04">
              <w:rPr>
                <w:rFonts w:cs="Times New Roman"/>
                <w:sz w:val="20"/>
                <w:szCs w:val="20"/>
              </w:rPr>
              <w:t>20 (16.66)</w:t>
            </w:r>
          </w:p>
        </w:tc>
        <w:tc>
          <w:tcPr>
            <w:tcW w:w="626" w:type="pct"/>
            <w:vAlign w:val="center"/>
          </w:tcPr>
          <w:p w14:paraId="640ADBF5" w14:textId="77777777" w:rsidR="00541E04" w:rsidRPr="00541E04" w:rsidRDefault="00541E04" w:rsidP="00CD63E1">
            <w:pPr>
              <w:rPr>
                <w:rFonts w:cs="Times New Roman"/>
                <w:sz w:val="20"/>
                <w:szCs w:val="20"/>
              </w:rPr>
            </w:pPr>
            <w:r w:rsidRPr="00541E04">
              <w:rPr>
                <w:rFonts w:cs="Times New Roman"/>
                <w:sz w:val="20"/>
                <w:szCs w:val="20"/>
              </w:rPr>
              <w:t>8 (06.66)</w:t>
            </w:r>
          </w:p>
        </w:tc>
      </w:tr>
      <w:tr w:rsidR="00541E04" w:rsidRPr="00541E04" w14:paraId="22D55E00" w14:textId="77777777" w:rsidTr="00541E04">
        <w:tc>
          <w:tcPr>
            <w:tcW w:w="259" w:type="pct"/>
          </w:tcPr>
          <w:p w14:paraId="4E336296" w14:textId="77777777" w:rsidR="00541E04" w:rsidRPr="00541E04" w:rsidRDefault="00541E04" w:rsidP="00CD63E1">
            <w:pPr>
              <w:spacing w:line="360" w:lineRule="auto"/>
              <w:rPr>
                <w:rFonts w:cs="Times New Roman"/>
                <w:sz w:val="20"/>
                <w:szCs w:val="20"/>
              </w:rPr>
            </w:pPr>
          </w:p>
        </w:tc>
        <w:tc>
          <w:tcPr>
            <w:tcW w:w="1022" w:type="pct"/>
          </w:tcPr>
          <w:p w14:paraId="2459F779" w14:textId="77777777" w:rsidR="00541E04" w:rsidRPr="00541E04" w:rsidRDefault="00541E04" w:rsidP="00CD63E1">
            <w:pPr>
              <w:spacing w:line="360" w:lineRule="auto"/>
              <w:rPr>
                <w:rFonts w:cs="Times New Roman"/>
                <w:sz w:val="20"/>
                <w:szCs w:val="20"/>
              </w:rPr>
            </w:pPr>
            <w:r w:rsidRPr="00541E04">
              <w:rPr>
                <w:rFonts w:cs="Times New Roman"/>
                <w:sz w:val="20"/>
                <w:szCs w:val="20"/>
              </w:rPr>
              <w:t>No</w:t>
            </w:r>
          </w:p>
        </w:tc>
        <w:tc>
          <w:tcPr>
            <w:tcW w:w="598" w:type="pct"/>
            <w:vAlign w:val="center"/>
          </w:tcPr>
          <w:p w14:paraId="2A77B4C6" w14:textId="77777777" w:rsidR="00541E04" w:rsidRPr="00541E04" w:rsidRDefault="00541E04" w:rsidP="00CD63E1">
            <w:pPr>
              <w:rPr>
                <w:rFonts w:cs="Times New Roman"/>
                <w:sz w:val="20"/>
                <w:szCs w:val="20"/>
              </w:rPr>
            </w:pPr>
            <w:r w:rsidRPr="00541E04">
              <w:rPr>
                <w:rFonts w:cs="Times New Roman"/>
                <w:sz w:val="20"/>
                <w:szCs w:val="20"/>
              </w:rPr>
              <w:t>100 (83.33)</w:t>
            </w:r>
          </w:p>
        </w:tc>
        <w:tc>
          <w:tcPr>
            <w:tcW w:w="597" w:type="pct"/>
            <w:vAlign w:val="center"/>
          </w:tcPr>
          <w:p w14:paraId="4D5EE546" w14:textId="77777777" w:rsidR="00541E04" w:rsidRPr="00541E04" w:rsidRDefault="00541E04" w:rsidP="00CD63E1">
            <w:pPr>
              <w:rPr>
                <w:rFonts w:cs="Times New Roman"/>
                <w:sz w:val="20"/>
                <w:szCs w:val="20"/>
              </w:rPr>
            </w:pPr>
            <w:r w:rsidRPr="00541E04">
              <w:rPr>
                <w:rFonts w:cs="Times New Roman"/>
                <w:sz w:val="20"/>
                <w:szCs w:val="20"/>
              </w:rPr>
              <w:t>112 (93.33)</w:t>
            </w:r>
          </w:p>
        </w:tc>
        <w:tc>
          <w:tcPr>
            <w:tcW w:w="648" w:type="pct"/>
            <w:gridSpan w:val="2"/>
            <w:vAlign w:val="center"/>
          </w:tcPr>
          <w:p w14:paraId="4C8E83FF" w14:textId="77777777" w:rsidR="00541E04" w:rsidRPr="00541E04" w:rsidRDefault="00541E04" w:rsidP="00CD63E1">
            <w:pPr>
              <w:rPr>
                <w:rFonts w:cs="Times New Roman"/>
                <w:sz w:val="20"/>
                <w:szCs w:val="20"/>
              </w:rPr>
            </w:pPr>
            <w:r w:rsidRPr="00541E04">
              <w:rPr>
                <w:rFonts w:cs="Times New Roman"/>
                <w:sz w:val="20"/>
                <w:szCs w:val="20"/>
              </w:rPr>
              <w:t>100 (83.33)</w:t>
            </w:r>
          </w:p>
        </w:tc>
        <w:tc>
          <w:tcPr>
            <w:tcW w:w="652" w:type="pct"/>
            <w:vAlign w:val="center"/>
          </w:tcPr>
          <w:p w14:paraId="126AB81D" w14:textId="77777777" w:rsidR="00541E04" w:rsidRPr="00541E04" w:rsidRDefault="00541E04" w:rsidP="00CD63E1">
            <w:pPr>
              <w:rPr>
                <w:rFonts w:cs="Times New Roman"/>
                <w:sz w:val="20"/>
                <w:szCs w:val="20"/>
              </w:rPr>
            </w:pPr>
            <w:r w:rsidRPr="00541E04">
              <w:rPr>
                <w:rFonts w:cs="Times New Roman"/>
                <w:sz w:val="20"/>
                <w:szCs w:val="20"/>
              </w:rPr>
              <w:t>112 (93.33)</w:t>
            </w:r>
          </w:p>
        </w:tc>
        <w:tc>
          <w:tcPr>
            <w:tcW w:w="598" w:type="pct"/>
            <w:vAlign w:val="center"/>
          </w:tcPr>
          <w:p w14:paraId="2325E849" w14:textId="77777777" w:rsidR="00541E04" w:rsidRPr="00541E04" w:rsidRDefault="00541E04" w:rsidP="00CD63E1">
            <w:pPr>
              <w:rPr>
                <w:rFonts w:cs="Times New Roman"/>
                <w:sz w:val="20"/>
                <w:szCs w:val="20"/>
              </w:rPr>
            </w:pPr>
            <w:r w:rsidRPr="00541E04">
              <w:rPr>
                <w:rFonts w:cs="Times New Roman"/>
                <w:sz w:val="20"/>
                <w:szCs w:val="20"/>
              </w:rPr>
              <w:t>100 (83.33)</w:t>
            </w:r>
          </w:p>
        </w:tc>
        <w:tc>
          <w:tcPr>
            <w:tcW w:w="626" w:type="pct"/>
            <w:vAlign w:val="center"/>
          </w:tcPr>
          <w:p w14:paraId="004CF165" w14:textId="77777777" w:rsidR="00541E04" w:rsidRPr="00541E04" w:rsidRDefault="00541E04" w:rsidP="00CD63E1">
            <w:pPr>
              <w:rPr>
                <w:rFonts w:cs="Times New Roman"/>
                <w:sz w:val="20"/>
                <w:szCs w:val="20"/>
              </w:rPr>
            </w:pPr>
            <w:r w:rsidRPr="00541E04">
              <w:rPr>
                <w:rFonts w:cs="Times New Roman"/>
                <w:sz w:val="20"/>
                <w:szCs w:val="20"/>
              </w:rPr>
              <w:t>112 (93.33)</w:t>
            </w:r>
          </w:p>
        </w:tc>
      </w:tr>
      <w:tr w:rsidR="00541E04" w:rsidRPr="00541E04" w14:paraId="18D90C9F" w14:textId="77777777" w:rsidTr="00541E04">
        <w:tc>
          <w:tcPr>
            <w:tcW w:w="259" w:type="pct"/>
          </w:tcPr>
          <w:p w14:paraId="6E83E337"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8.</w:t>
            </w:r>
          </w:p>
        </w:tc>
        <w:tc>
          <w:tcPr>
            <w:tcW w:w="4741" w:type="pct"/>
            <w:gridSpan w:val="8"/>
          </w:tcPr>
          <w:p w14:paraId="54B0AC91" w14:textId="77777777" w:rsidR="00541E04" w:rsidRPr="00541E04" w:rsidRDefault="00541E04" w:rsidP="00CD63E1">
            <w:pPr>
              <w:spacing w:line="360" w:lineRule="auto"/>
              <w:rPr>
                <w:rFonts w:cs="Times New Roman"/>
                <w:sz w:val="20"/>
                <w:szCs w:val="20"/>
              </w:rPr>
            </w:pPr>
            <w:r w:rsidRPr="00541E04">
              <w:rPr>
                <w:rFonts w:cs="Times New Roman"/>
                <w:b/>
                <w:sz w:val="20"/>
                <w:szCs w:val="20"/>
              </w:rPr>
              <w:t>Washing of watering trough</w:t>
            </w:r>
          </w:p>
        </w:tc>
      </w:tr>
      <w:tr w:rsidR="00541E04" w:rsidRPr="00541E04" w14:paraId="65F03C68" w14:textId="77777777" w:rsidTr="00541E04">
        <w:tc>
          <w:tcPr>
            <w:tcW w:w="259" w:type="pct"/>
          </w:tcPr>
          <w:p w14:paraId="59C5F059" w14:textId="77777777" w:rsidR="00541E04" w:rsidRPr="00541E04" w:rsidRDefault="00541E04" w:rsidP="00CD63E1">
            <w:pPr>
              <w:spacing w:line="360" w:lineRule="auto"/>
              <w:rPr>
                <w:rFonts w:cs="Times New Roman"/>
                <w:sz w:val="20"/>
                <w:szCs w:val="20"/>
              </w:rPr>
            </w:pPr>
          </w:p>
        </w:tc>
        <w:tc>
          <w:tcPr>
            <w:tcW w:w="1022" w:type="pct"/>
          </w:tcPr>
          <w:p w14:paraId="19A27634" w14:textId="77777777" w:rsidR="00541E04" w:rsidRPr="00541E04" w:rsidRDefault="00541E04" w:rsidP="00CD63E1">
            <w:pPr>
              <w:spacing w:line="360" w:lineRule="auto"/>
              <w:rPr>
                <w:rFonts w:cs="Times New Roman"/>
                <w:sz w:val="20"/>
                <w:szCs w:val="20"/>
              </w:rPr>
            </w:pPr>
            <w:r w:rsidRPr="00541E04">
              <w:rPr>
                <w:rFonts w:cs="Times New Roman"/>
                <w:sz w:val="20"/>
                <w:szCs w:val="20"/>
              </w:rPr>
              <w:t>Daily morning</w:t>
            </w:r>
          </w:p>
        </w:tc>
        <w:tc>
          <w:tcPr>
            <w:tcW w:w="598" w:type="pct"/>
            <w:vAlign w:val="center"/>
          </w:tcPr>
          <w:p w14:paraId="089D63A3" w14:textId="77777777" w:rsidR="00541E04" w:rsidRPr="00541E04" w:rsidRDefault="00541E04" w:rsidP="00CD63E1">
            <w:pPr>
              <w:rPr>
                <w:rFonts w:cs="Times New Roman"/>
                <w:sz w:val="20"/>
                <w:szCs w:val="20"/>
              </w:rPr>
            </w:pPr>
            <w:r w:rsidRPr="00541E04">
              <w:rPr>
                <w:rFonts w:cs="Times New Roman"/>
                <w:sz w:val="20"/>
                <w:szCs w:val="20"/>
              </w:rPr>
              <w:t>0 (0.00)</w:t>
            </w:r>
          </w:p>
        </w:tc>
        <w:tc>
          <w:tcPr>
            <w:tcW w:w="597" w:type="pct"/>
            <w:vAlign w:val="center"/>
          </w:tcPr>
          <w:p w14:paraId="19042747" w14:textId="77777777" w:rsidR="00541E04" w:rsidRPr="00541E04" w:rsidRDefault="00541E04" w:rsidP="00CD63E1">
            <w:pPr>
              <w:rPr>
                <w:rFonts w:cs="Times New Roman"/>
                <w:sz w:val="20"/>
                <w:szCs w:val="20"/>
              </w:rPr>
            </w:pPr>
            <w:r w:rsidRPr="00541E04">
              <w:rPr>
                <w:rFonts w:cs="Times New Roman"/>
                <w:sz w:val="20"/>
                <w:szCs w:val="20"/>
              </w:rPr>
              <w:t>0 (0.00)</w:t>
            </w:r>
          </w:p>
        </w:tc>
        <w:tc>
          <w:tcPr>
            <w:tcW w:w="648" w:type="pct"/>
            <w:gridSpan w:val="2"/>
            <w:vAlign w:val="center"/>
          </w:tcPr>
          <w:p w14:paraId="4F639812" w14:textId="77777777" w:rsidR="00541E04" w:rsidRPr="00541E04" w:rsidRDefault="00541E04" w:rsidP="00CD63E1">
            <w:pPr>
              <w:rPr>
                <w:rFonts w:cs="Times New Roman"/>
                <w:sz w:val="20"/>
                <w:szCs w:val="20"/>
              </w:rPr>
            </w:pPr>
            <w:r w:rsidRPr="00541E04">
              <w:rPr>
                <w:rFonts w:cs="Times New Roman"/>
                <w:sz w:val="20"/>
                <w:szCs w:val="20"/>
              </w:rPr>
              <w:t>0 (0.00)</w:t>
            </w:r>
          </w:p>
        </w:tc>
        <w:tc>
          <w:tcPr>
            <w:tcW w:w="652" w:type="pct"/>
            <w:vAlign w:val="center"/>
          </w:tcPr>
          <w:p w14:paraId="3ACDDD1B" w14:textId="77777777" w:rsidR="00541E04" w:rsidRPr="00541E04" w:rsidRDefault="00541E04" w:rsidP="00CD63E1">
            <w:pPr>
              <w:rPr>
                <w:rFonts w:cs="Times New Roman"/>
                <w:sz w:val="20"/>
                <w:szCs w:val="20"/>
              </w:rPr>
            </w:pPr>
            <w:r w:rsidRPr="00541E04">
              <w:rPr>
                <w:rFonts w:cs="Times New Roman"/>
                <w:sz w:val="20"/>
                <w:szCs w:val="20"/>
              </w:rPr>
              <w:t>0 (0.00)</w:t>
            </w:r>
          </w:p>
        </w:tc>
        <w:tc>
          <w:tcPr>
            <w:tcW w:w="598" w:type="pct"/>
            <w:vAlign w:val="center"/>
          </w:tcPr>
          <w:p w14:paraId="06A8243D" w14:textId="77777777" w:rsidR="00541E04" w:rsidRPr="00541E04" w:rsidRDefault="00541E04" w:rsidP="00CD63E1">
            <w:pPr>
              <w:rPr>
                <w:rFonts w:cs="Times New Roman"/>
                <w:sz w:val="20"/>
                <w:szCs w:val="20"/>
              </w:rPr>
            </w:pPr>
            <w:r w:rsidRPr="00541E04">
              <w:rPr>
                <w:rFonts w:cs="Times New Roman"/>
                <w:sz w:val="20"/>
                <w:szCs w:val="20"/>
              </w:rPr>
              <w:t>0 (0.00)</w:t>
            </w:r>
          </w:p>
        </w:tc>
        <w:tc>
          <w:tcPr>
            <w:tcW w:w="626" w:type="pct"/>
            <w:vAlign w:val="center"/>
          </w:tcPr>
          <w:p w14:paraId="7B82D9F3" w14:textId="77777777" w:rsidR="00541E04" w:rsidRPr="00541E04" w:rsidRDefault="00541E04" w:rsidP="00CD63E1">
            <w:pPr>
              <w:rPr>
                <w:rFonts w:cs="Times New Roman"/>
                <w:sz w:val="20"/>
                <w:szCs w:val="20"/>
              </w:rPr>
            </w:pPr>
            <w:r w:rsidRPr="00541E04">
              <w:rPr>
                <w:rFonts w:cs="Times New Roman"/>
                <w:sz w:val="20"/>
                <w:szCs w:val="20"/>
              </w:rPr>
              <w:t>0 (0.00)</w:t>
            </w:r>
          </w:p>
        </w:tc>
      </w:tr>
      <w:tr w:rsidR="00541E04" w:rsidRPr="00541E04" w14:paraId="47E6A3F3" w14:textId="77777777" w:rsidTr="00541E04">
        <w:tc>
          <w:tcPr>
            <w:tcW w:w="259" w:type="pct"/>
          </w:tcPr>
          <w:p w14:paraId="4C4A48CF" w14:textId="77777777" w:rsidR="00541E04" w:rsidRPr="00541E04" w:rsidRDefault="00541E04" w:rsidP="00CD63E1">
            <w:pPr>
              <w:spacing w:line="360" w:lineRule="auto"/>
              <w:rPr>
                <w:rFonts w:cs="Times New Roman"/>
                <w:sz w:val="20"/>
                <w:szCs w:val="20"/>
              </w:rPr>
            </w:pPr>
          </w:p>
        </w:tc>
        <w:tc>
          <w:tcPr>
            <w:tcW w:w="1022" w:type="pct"/>
          </w:tcPr>
          <w:p w14:paraId="58D7FDAC" w14:textId="77777777" w:rsidR="00541E04" w:rsidRPr="00541E04" w:rsidRDefault="00541E04" w:rsidP="00CD63E1">
            <w:pPr>
              <w:spacing w:line="360" w:lineRule="auto"/>
              <w:rPr>
                <w:rFonts w:cs="Times New Roman"/>
                <w:sz w:val="20"/>
                <w:szCs w:val="20"/>
              </w:rPr>
            </w:pPr>
            <w:r w:rsidRPr="00541E04">
              <w:rPr>
                <w:rFonts w:cs="Times New Roman"/>
                <w:sz w:val="20"/>
                <w:szCs w:val="20"/>
              </w:rPr>
              <w:t>Every third day</w:t>
            </w:r>
          </w:p>
        </w:tc>
        <w:tc>
          <w:tcPr>
            <w:tcW w:w="598" w:type="pct"/>
          </w:tcPr>
          <w:p w14:paraId="712B8C78" w14:textId="77777777" w:rsidR="00541E04" w:rsidRPr="00541E04" w:rsidRDefault="00541E04" w:rsidP="00CD63E1">
            <w:pPr>
              <w:rPr>
                <w:rFonts w:cs="Times New Roman"/>
                <w:sz w:val="20"/>
                <w:szCs w:val="20"/>
              </w:rPr>
            </w:pPr>
            <w:r w:rsidRPr="00541E04">
              <w:rPr>
                <w:rFonts w:cs="Times New Roman"/>
                <w:sz w:val="20"/>
                <w:szCs w:val="20"/>
              </w:rPr>
              <w:t>29 (24.17%)</w:t>
            </w:r>
          </w:p>
        </w:tc>
        <w:tc>
          <w:tcPr>
            <w:tcW w:w="597" w:type="pct"/>
          </w:tcPr>
          <w:p w14:paraId="2EB8C165" w14:textId="77777777" w:rsidR="00541E04" w:rsidRPr="00541E04" w:rsidRDefault="00541E04" w:rsidP="00CD63E1">
            <w:pPr>
              <w:rPr>
                <w:rFonts w:cs="Times New Roman"/>
                <w:sz w:val="20"/>
                <w:szCs w:val="20"/>
              </w:rPr>
            </w:pPr>
            <w:r w:rsidRPr="00541E04">
              <w:rPr>
                <w:rFonts w:cs="Times New Roman"/>
                <w:sz w:val="20"/>
                <w:szCs w:val="20"/>
              </w:rPr>
              <w:t>20 (16.67%)</w:t>
            </w:r>
          </w:p>
        </w:tc>
        <w:tc>
          <w:tcPr>
            <w:tcW w:w="648" w:type="pct"/>
            <w:gridSpan w:val="2"/>
          </w:tcPr>
          <w:p w14:paraId="00E00574" w14:textId="77777777" w:rsidR="00541E04" w:rsidRPr="00541E04" w:rsidRDefault="00541E04" w:rsidP="00CD63E1">
            <w:pPr>
              <w:rPr>
                <w:rFonts w:cs="Times New Roman"/>
                <w:sz w:val="20"/>
                <w:szCs w:val="20"/>
              </w:rPr>
            </w:pPr>
            <w:r w:rsidRPr="00541E04">
              <w:rPr>
                <w:rFonts w:cs="Times New Roman"/>
                <w:sz w:val="20"/>
                <w:szCs w:val="20"/>
              </w:rPr>
              <w:t>29 (24.17%)</w:t>
            </w:r>
          </w:p>
        </w:tc>
        <w:tc>
          <w:tcPr>
            <w:tcW w:w="652" w:type="pct"/>
          </w:tcPr>
          <w:p w14:paraId="2D3DEABD" w14:textId="77777777" w:rsidR="00541E04" w:rsidRPr="00541E04" w:rsidRDefault="00541E04" w:rsidP="00CD63E1">
            <w:pPr>
              <w:rPr>
                <w:rFonts w:cs="Times New Roman"/>
                <w:sz w:val="20"/>
                <w:szCs w:val="20"/>
              </w:rPr>
            </w:pPr>
            <w:r w:rsidRPr="00541E04">
              <w:rPr>
                <w:rFonts w:cs="Times New Roman"/>
                <w:sz w:val="20"/>
                <w:szCs w:val="20"/>
              </w:rPr>
              <w:t>20 (16.67%)</w:t>
            </w:r>
          </w:p>
        </w:tc>
        <w:tc>
          <w:tcPr>
            <w:tcW w:w="598" w:type="pct"/>
          </w:tcPr>
          <w:p w14:paraId="3B6325F6" w14:textId="77777777" w:rsidR="00541E04" w:rsidRPr="00541E04" w:rsidRDefault="00541E04" w:rsidP="00CD63E1">
            <w:pPr>
              <w:rPr>
                <w:rFonts w:cs="Times New Roman"/>
                <w:sz w:val="20"/>
                <w:szCs w:val="20"/>
              </w:rPr>
            </w:pPr>
            <w:r w:rsidRPr="00541E04">
              <w:rPr>
                <w:rFonts w:cs="Times New Roman"/>
                <w:sz w:val="20"/>
                <w:szCs w:val="20"/>
              </w:rPr>
              <w:t>29 (24.17%)</w:t>
            </w:r>
          </w:p>
        </w:tc>
        <w:tc>
          <w:tcPr>
            <w:tcW w:w="626" w:type="pct"/>
          </w:tcPr>
          <w:p w14:paraId="65B4106A" w14:textId="77777777" w:rsidR="00541E04" w:rsidRPr="00541E04" w:rsidRDefault="00541E04" w:rsidP="00CD63E1">
            <w:pPr>
              <w:rPr>
                <w:rFonts w:cs="Times New Roman"/>
                <w:sz w:val="20"/>
                <w:szCs w:val="20"/>
              </w:rPr>
            </w:pPr>
            <w:r w:rsidRPr="00541E04">
              <w:rPr>
                <w:rFonts w:cs="Times New Roman"/>
                <w:sz w:val="20"/>
                <w:szCs w:val="20"/>
              </w:rPr>
              <w:t>20 (16.67%)</w:t>
            </w:r>
          </w:p>
        </w:tc>
      </w:tr>
      <w:tr w:rsidR="00541E04" w:rsidRPr="00541E04" w14:paraId="680D4DE3" w14:textId="77777777" w:rsidTr="00541E04">
        <w:tc>
          <w:tcPr>
            <w:tcW w:w="259" w:type="pct"/>
          </w:tcPr>
          <w:p w14:paraId="762C7B43" w14:textId="77777777" w:rsidR="00541E04" w:rsidRPr="00541E04" w:rsidRDefault="00541E04" w:rsidP="00CD63E1">
            <w:pPr>
              <w:spacing w:line="360" w:lineRule="auto"/>
              <w:rPr>
                <w:rFonts w:cs="Times New Roman"/>
                <w:sz w:val="20"/>
                <w:szCs w:val="20"/>
              </w:rPr>
            </w:pPr>
          </w:p>
        </w:tc>
        <w:tc>
          <w:tcPr>
            <w:tcW w:w="1022" w:type="pct"/>
          </w:tcPr>
          <w:p w14:paraId="2381BF50" w14:textId="77777777" w:rsidR="00541E04" w:rsidRPr="00541E04" w:rsidRDefault="00541E04" w:rsidP="00CD63E1">
            <w:pPr>
              <w:spacing w:line="360" w:lineRule="auto"/>
              <w:rPr>
                <w:rFonts w:cs="Times New Roman"/>
                <w:sz w:val="20"/>
                <w:szCs w:val="20"/>
              </w:rPr>
            </w:pPr>
            <w:r w:rsidRPr="00541E04">
              <w:rPr>
                <w:rFonts w:cs="Times New Roman"/>
                <w:sz w:val="20"/>
                <w:szCs w:val="20"/>
              </w:rPr>
              <w:t>Weekly</w:t>
            </w:r>
          </w:p>
        </w:tc>
        <w:tc>
          <w:tcPr>
            <w:tcW w:w="598" w:type="pct"/>
            <w:vAlign w:val="center"/>
          </w:tcPr>
          <w:p w14:paraId="43953136" w14:textId="77777777" w:rsidR="00541E04" w:rsidRPr="00541E04" w:rsidRDefault="00541E04" w:rsidP="00CD63E1">
            <w:pPr>
              <w:rPr>
                <w:rFonts w:cs="Times New Roman"/>
                <w:sz w:val="20"/>
                <w:szCs w:val="20"/>
              </w:rPr>
            </w:pPr>
            <w:r w:rsidRPr="00541E04">
              <w:rPr>
                <w:rFonts w:cs="Times New Roman"/>
                <w:sz w:val="20"/>
                <w:szCs w:val="20"/>
              </w:rPr>
              <w:t>83 (69.17%)</w:t>
            </w:r>
          </w:p>
        </w:tc>
        <w:tc>
          <w:tcPr>
            <w:tcW w:w="597" w:type="pct"/>
            <w:vAlign w:val="center"/>
          </w:tcPr>
          <w:p w14:paraId="4D8DB397" w14:textId="77777777" w:rsidR="00541E04" w:rsidRPr="00541E04" w:rsidRDefault="00541E04" w:rsidP="00CD63E1">
            <w:pPr>
              <w:rPr>
                <w:rFonts w:cs="Times New Roman"/>
                <w:sz w:val="20"/>
                <w:szCs w:val="20"/>
              </w:rPr>
            </w:pPr>
            <w:r w:rsidRPr="00541E04">
              <w:rPr>
                <w:rFonts w:cs="Times New Roman"/>
                <w:sz w:val="20"/>
                <w:szCs w:val="20"/>
              </w:rPr>
              <w:t>85 (70.83%)</w:t>
            </w:r>
          </w:p>
        </w:tc>
        <w:tc>
          <w:tcPr>
            <w:tcW w:w="648" w:type="pct"/>
            <w:gridSpan w:val="2"/>
            <w:vAlign w:val="center"/>
          </w:tcPr>
          <w:p w14:paraId="502F92ED" w14:textId="77777777" w:rsidR="00541E04" w:rsidRPr="00541E04" w:rsidRDefault="00541E04" w:rsidP="00CD63E1">
            <w:pPr>
              <w:rPr>
                <w:rFonts w:cs="Times New Roman"/>
                <w:sz w:val="20"/>
                <w:szCs w:val="20"/>
              </w:rPr>
            </w:pPr>
            <w:r w:rsidRPr="00541E04">
              <w:rPr>
                <w:rFonts w:cs="Times New Roman"/>
                <w:sz w:val="20"/>
                <w:szCs w:val="20"/>
              </w:rPr>
              <w:t>83 (69.17%)</w:t>
            </w:r>
          </w:p>
        </w:tc>
        <w:tc>
          <w:tcPr>
            <w:tcW w:w="652" w:type="pct"/>
            <w:vAlign w:val="center"/>
          </w:tcPr>
          <w:p w14:paraId="4C247D97" w14:textId="77777777" w:rsidR="00541E04" w:rsidRPr="00541E04" w:rsidRDefault="00541E04" w:rsidP="00CD63E1">
            <w:pPr>
              <w:rPr>
                <w:rFonts w:cs="Times New Roman"/>
                <w:sz w:val="20"/>
                <w:szCs w:val="20"/>
              </w:rPr>
            </w:pPr>
            <w:r w:rsidRPr="00541E04">
              <w:rPr>
                <w:rFonts w:cs="Times New Roman"/>
                <w:sz w:val="20"/>
                <w:szCs w:val="20"/>
              </w:rPr>
              <w:t>85 (70.83%)</w:t>
            </w:r>
          </w:p>
        </w:tc>
        <w:tc>
          <w:tcPr>
            <w:tcW w:w="598" w:type="pct"/>
            <w:vAlign w:val="center"/>
          </w:tcPr>
          <w:p w14:paraId="2EF2EE7C" w14:textId="77777777" w:rsidR="00541E04" w:rsidRPr="00541E04" w:rsidRDefault="00541E04" w:rsidP="00CD63E1">
            <w:pPr>
              <w:rPr>
                <w:rFonts w:cs="Times New Roman"/>
                <w:sz w:val="20"/>
                <w:szCs w:val="20"/>
              </w:rPr>
            </w:pPr>
            <w:r w:rsidRPr="00541E04">
              <w:rPr>
                <w:rFonts w:cs="Times New Roman"/>
                <w:sz w:val="20"/>
                <w:szCs w:val="20"/>
              </w:rPr>
              <w:t>83 (69.17%)</w:t>
            </w:r>
          </w:p>
        </w:tc>
        <w:tc>
          <w:tcPr>
            <w:tcW w:w="626" w:type="pct"/>
            <w:vAlign w:val="center"/>
          </w:tcPr>
          <w:p w14:paraId="38B3E2B7" w14:textId="77777777" w:rsidR="00541E04" w:rsidRPr="00541E04" w:rsidRDefault="00541E04" w:rsidP="00CD63E1">
            <w:pPr>
              <w:rPr>
                <w:rFonts w:cs="Times New Roman"/>
                <w:sz w:val="20"/>
                <w:szCs w:val="20"/>
              </w:rPr>
            </w:pPr>
            <w:r w:rsidRPr="00541E04">
              <w:rPr>
                <w:rFonts w:cs="Times New Roman"/>
                <w:sz w:val="20"/>
                <w:szCs w:val="20"/>
              </w:rPr>
              <w:t>85 (70.83%)</w:t>
            </w:r>
          </w:p>
        </w:tc>
      </w:tr>
      <w:tr w:rsidR="00541E04" w:rsidRPr="00541E04" w14:paraId="1BA68FC4" w14:textId="77777777" w:rsidTr="00541E04">
        <w:tc>
          <w:tcPr>
            <w:tcW w:w="259" w:type="pct"/>
          </w:tcPr>
          <w:p w14:paraId="6171DB46" w14:textId="77777777" w:rsidR="00541E04" w:rsidRPr="00541E04" w:rsidRDefault="00541E04" w:rsidP="00CD63E1">
            <w:pPr>
              <w:spacing w:line="360" w:lineRule="auto"/>
              <w:rPr>
                <w:rFonts w:cs="Times New Roman"/>
                <w:sz w:val="20"/>
                <w:szCs w:val="20"/>
              </w:rPr>
            </w:pPr>
          </w:p>
        </w:tc>
        <w:tc>
          <w:tcPr>
            <w:tcW w:w="1022" w:type="pct"/>
          </w:tcPr>
          <w:p w14:paraId="67F5F627" w14:textId="77777777" w:rsidR="00541E04" w:rsidRPr="00541E04" w:rsidRDefault="00541E04" w:rsidP="00CD63E1">
            <w:pPr>
              <w:spacing w:line="360" w:lineRule="auto"/>
              <w:rPr>
                <w:rFonts w:cs="Times New Roman"/>
                <w:sz w:val="20"/>
                <w:szCs w:val="20"/>
              </w:rPr>
            </w:pPr>
            <w:r w:rsidRPr="00541E04">
              <w:rPr>
                <w:rFonts w:cs="Times New Roman"/>
                <w:sz w:val="20"/>
                <w:szCs w:val="20"/>
              </w:rPr>
              <w:t>Not washed</w:t>
            </w:r>
          </w:p>
        </w:tc>
        <w:tc>
          <w:tcPr>
            <w:tcW w:w="598" w:type="pct"/>
            <w:vAlign w:val="center"/>
          </w:tcPr>
          <w:p w14:paraId="61F11B52" w14:textId="77777777" w:rsidR="00541E04" w:rsidRPr="00541E04" w:rsidRDefault="00541E04" w:rsidP="00CD63E1">
            <w:pPr>
              <w:rPr>
                <w:rFonts w:cs="Times New Roman"/>
                <w:sz w:val="20"/>
                <w:szCs w:val="20"/>
              </w:rPr>
            </w:pPr>
            <w:r w:rsidRPr="00541E04">
              <w:rPr>
                <w:rFonts w:cs="Times New Roman"/>
                <w:sz w:val="20"/>
                <w:szCs w:val="20"/>
              </w:rPr>
              <w:t>8 (6.67%)</w:t>
            </w:r>
          </w:p>
        </w:tc>
        <w:tc>
          <w:tcPr>
            <w:tcW w:w="597" w:type="pct"/>
            <w:vAlign w:val="center"/>
          </w:tcPr>
          <w:p w14:paraId="79B1FADE" w14:textId="77777777" w:rsidR="00541E04" w:rsidRPr="00541E04" w:rsidRDefault="00541E04" w:rsidP="00CD63E1">
            <w:pPr>
              <w:rPr>
                <w:rFonts w:cs="Times New Roman"/>
                <w:sz w:val="20"/>
                <w:szCs w:val="20"/>
              </w:rPr>
            </w:pPr>
            <w:r w:rsidRPr="00541E04">
              <w:rPr>
                <w:rFonts w:cs="Times New Roman"/>
                <w:sz w:val="20"/>
                <w:szCs w:val="20"/>
              </w:rPr>
              <w:t>15 (12.50%)</w:t>
            </w:r>
          </w:p>
        </w:tc>
        <w:tc>
          <w:tcPr>
            <w:tcW w:w="648" w:type="pct"/>
            <w:gridSpan w:val="2"/>
            <w:vAlign w:val="center"/>
          </w:tcPr>
          <w:p w14:paraId="3BF20DEF" w14:textId="77777777" w:rsidR="00541E04" w:rsidRPr="00541E04" w:rsidRDefault="00541E04" w:rsidP="00CD63E1">
            <w:pPr>
              <w:rPr>
                <w:rFonts w:cs="Times New Roman"/>
                <w:sz w:val="20"/>
                <w:szCs w:val="20"/>
              </w:rPr>
            </w:pPr>
            <w:r w:rsidRPr="00541E04">
              <w:rPr>
                <w:rFonts w:cs="Times New Roman"/>
                <w:sz w:val="20"/>
                <w:szCs w:val="20"/>
              </w:rPr>
              <w:t>8 (6.67%)</w:t>
            </w:r>
          </w:p>
        </w:tc>
        <w:tc>
          <w:tcPr>
            <w:tcW w:w="652" w:type="pct"/>
            <w:vAlign w:val="center"/>
          </w:tcPr>
          <w:p w14:paraId="500D6A42" w14:textId="77777777" w:rsidR="00541E04" w:rsidRPr="00541E04" w:rsidRDefault="00541E04" w:rsidP="00CD63E1">
            <w:pPr>
              <w:rPr>
                <w:rFonts w:cs="Times New Roman"/>
                <w:sz w:val="20"/>
                <w:szCs w:val="20"/>
              </w:rPr>
            </w:pPr>
            <w:r w:rsidRPr="00541E04">
              <w:rPr>
                <w:rFonts w:cs="Times New Roman"/>
                <w:sz w:val="20"/>
                <w:szCs w:val="20"/>
              </w:rPr>
              <w:t>15 (12.50%)</w:t>
            </w:r>
          </w:p>
        </w:tc>
        <w:tc>
          <w:tcPr>
            <w:tcW w:w="598" w:type="pct"/>
            <w:vAlign w:val="center"/>
          </w:tcPr>
          <w:p w14:paraId="2DB2370D" w14:textId="77777777" w:rsidR="00541E04" w:rsidRPr="00541E04" w:rsidRDefault="00541E04" w:rsidP="00CD63E1">
            <w:pPr>
              <w:rPr>
                <w:rFonts w:cs="Times New Roman"/>
                <w:sz w:val="20"/>
                <w:szCs w:val="20"/>
              </w:rPr>
            </w:pPr>
            <w:r w:rsidRPr="00541E04">
              <w:rPr>
                <w:rFonts w:cs="Times New Roman"/>
                <w:sz w:val="20"/>
                <w:szCs w:val="20"/>
              </w:rPr>
              <w:t>8 (6.67%)</w:t>
            </w:r>
          </w:p>
        </w:tc>
        <w:tc>
          <w:tcPr>
            <w:tcW w:w="626" w:type="pct"/>
            <w:vAlign w:val="center"/>
          </w:tcPr>
          <w:p w14:paraId="28F6B5BB" w14:textId="77777777" w:rsidR="00541E04" w:rsidRPr="00541E04" w:rsidRDefault="00541E04" w:rsidP="00CD63E1">
            <w:pPr>
              <w:rPr>
                <w:rFonts w:cs="Times New Roman"/>
                <w:sz w:val="20"/>
                <w:szCs w:val="20"/>
              </w:rPr>
            </w:pPr>
            <w:r w:rsidRPr="00541E04">
              <w:rPr>
                <w:rFonts w:cs="Times New Roman"/>
                <w:sz w:val="20"/>
                <w:szCs w:val="20"/>
              </w:rPr>
              <w:t>15 (12.50%)</w:t>
            </w:r>
          </w:p>
        </w:tc>
      </w:tr>
      <w:tr w:rsidR="00541E04" w:rsidRPr="00541E04" w14:paraId="6C8FF170" w14:textId="77777777" w:rsidTr="00541E04">
        <w:tc>
          <w:tcPr>
            <w:tcW w:w="259" w:type="pct"/>
          </w:tcPr>
          <w:p w14:paraId="5FE61AF5" w14:textId="77777777" w:rsidR="00541E04" w:rsidRPr="00541E04" w:rsidRDefault="00541E04" w:rsidP="00CD63E1">
            <w:pPr>
              <w:spacing w:line="360" w:lineRule="auto"/>
              <w:rPr>
                <w:rFonts w:cs="Times New Roman"/>
                <w:b/>
                <w:sz w:val="20"/>
                <w:szCs w:val="20"/>
              </w:rPr>
            </w:pPr>
            <w:r w:rsidRPr="00541E04">
              <w:rPr>
                <w:rFonts w:cs="Times New Roman"/>
                <w:b/>
                <w:sz w:val="20"/>
                <w:szCs w:val="20"/>
              </w:rPr>
              <w:t>9.</w:t>
            </w:r>
          </w:p>
        </w:tc>
        <w:tc>
          <w:tcPr>
            <w:tcW w:w="4741" w:type="pct"/>
            <w:gridSpan w:val="8"/>
          </w:tcPr>
          <w:p w14:paraId="19A51128" w14:textId="77777777" w:rsidR="00541E04" w:rsidRPr="00541E04" w:rsidRDefault="00541E04" w:rsidP="00CD63E1">
            <w:pPr>
              <w:spacing w:line="360" w:lineRule="auto"/>
              <w:rPr>
                <w:rFonts w:cs="Times New Roman"/>
                <w:sz w:val="20"/>
                <w:szCs w:val="20"/>
              </w:rPr>
            </w:pPr>
            <w:r w:rsidRPr="00541E04">
              <w:rPr>
                <w:rFonts w:cs="Times New Roman"/>
                <w:b/>
                <w:sz w:val="20"/>
                <w:szCs w:val="20"/>
              </w:rPr>
              <w:t>Disease incidence</w:t>
            </w:r>
          </w:p>
        </w:tc>
      </w:tr>
      <w:tr w:rsidR="00541E04" w:rsidRPr="00541E04" w14:paraId="6134BCF8" w14:textId="77777777" w:rsidTr="00541E04">
        <w:tc>
          <w:tcPr>
            <w:tcW w:w="259" w:type="pct"/>
          </w:tcPr>
          <w:p w14:paraId="692E4195" w14:textId="77777777" w:rsidR="00541E04" w:rsidRPr="00541E04" w:rsidRDefault="00541E04" w:rsidP="00CD63E1">
            <w:pPr>
              <w:spacing w:line="360" w:lineRule="auto"/>
              <w:rPr>
                <w:rFonts w:cs="Times New Roman"/>
                <w:sz w:val="20"/>
                <w:szCs w:val="20"/>
              </w:rPr>
            </w:pPr>
          </w:p>
        </w:tc>
        <w:tc>
          <w:tcPr>
            <w:tcW w:w="1022" w:type="pct"/>
          </w:tcPr>
          <w:p w14:paraId="2E96E08C" w14:textId="77777777" w:rsidR="00541E04" w:rsidRPr="00541E04" w:rsidRDefault="00541E04" w:rsidP="00CD63E1">
            <w:pPr>
              <w:spacing w:line="360" w:lineRule="auto"/>
              <w:rPr>
                <w:rFonts w:cs="Times New Roman"/>
                <w:sz w:val="20"/>
                <w:szCs w:val="20"/>
              </w:rPr>
            </w:pPr>
            <w:r w:rsidRPr="00541E04">
              <w:rPr>
                <w:rFonts w:cs="Times New Roman"/>
                <w:sz w:val="20"/>
                <w:szCs w:val="20"/>
              </w:rPr>
              <w:t>High</w:t>
            </w:r>
          </w:p>
        </w:tc>
        <w:tc>
          <w:tcPr>
            <w:tcW w:w="598" w:type="pct"/>
            <w:vAlign w:val="center"/>
          </w:tcPr>
          <w:p w14:paraId="6D313884" w14:textId="77777777" w:rsidR="00541E04" w:rsidRPr="00541E04" w:rsidRDefault="00541E04" w:rsidP="00CD63E1">
            <w:pPr>
              <w:rPr>
                <w:rFonts w:cs="Times New Roman"/>
                <w:sz w:val="20"/>
                <w:szCs w:val="20"/>
              </w:rPr>
            </w:pPr>
            <w:r w:rsidRPr="00541E04">
              <w:rPr>
                <w:rFonts w:cs="Times New Roman"/>
                <w:sz w:val="20"/>
                <w:szCs w:val="20"/>
              </w:rPr>
              <w:t>30 (25.00%)</w:t>
            </w:r>
          </w:p>
        </w:tc>
        <w:tc>
          <w:tcPr>
            <w:tcW w:w="597" w:type="pct"/>
            <w:vAlign w:val="center"/>
          </w:tcPr>
          <w:p w14:paraId="1452221B" w14:textId="77777777" w:rsidR="00541E04" w:rsidRPr="00541E04" w:rsidRDefault="00541E04" w:rsidP="00CD63E1">
            <w:pPr>
              <w:rPr>
                <w:rFonts w:cs="Times New Roman"/>
                <w:sz w:val="20"/>
                <w:szCs w:val="20"/>
              </w:rPr>
            </w:pPr>
            <w:r w:rsidRPr="00541E04">
              <w:rPr>
                <w:rFonts w:cs="Times New Roman"/>
                <w:sz w:val="20"/>
                <w:szCs w:val="20"/>
              </w:rPr>
              <w:t>22 (18.33%)</w:t>
            </w:r>
          </w:p>
        </w:tc>
        <w:tc>
          <w:tcPr>
            <w:tcW w:w="648" w:type="pct"/>
            <w:gridSpan w:val="2"/>
            <w:vAlign w:val="center"/>
          </w:tcPr>
          <w:p w14:paraId="2DF32CEB" w14:textId="77777777" w:rsidR="00541E04" w:rsidRPr="00541E04" w:rsidRDefault="00541E04" w:rsidP="00CD63E1">
            <w:pPr>
              <w:rPr>
                <w:rFonts w:cs="Times New Roman"/>
                <w:sz w:val="20"/>
                <w:szCs w:val="20"/>
              </w:rPr>
            </w:pPr>
            <w:r w:rsidRPr="00541E04">
              <w:rPr>
                <w:rFonts w:cs="Times New Roman"/>
                <w:sz w:val="20"/>
                <w:szCs w:val="20"/>
              </w:rPr>
              <w:t>30 (25.00%)</w:t>
            </w:r>
          </w:p>
        </w:tc>
        <w:tc>
          <w:tcPr>
            <w:tcW w:w="652" w:type="pct"/>
            <w:vAlign w:val="center"/>
          </w:tcPr>
          <w:p w14:paraId="650EF54E" w14:textId="77777777" w:rsidR="00541E04" w:rsidRPr="00541E04" w:rsidRDefault="00541E04" w:rsidP="00CD63E1">
            <w:pPr>
              <w:rPr>
                <w:rFonts w:cs="Times New Roman"/>
                <w:sz w:val="20"/>
                <w:szCs w:val="20"/>
              </w:rPr>
            </w:pPr>
            <w:r w:rsidRPr="00541E04">
              <w:rPr>
                <w:rFonts w:cs="Times New Roman"/>
                <w:sz w:val="20"/>
                <w:szCs w:val="20"/>
              </w:rPr>
              <w:t>22 (18.33%)</w:t>
            </w:r>
          </w:p>
        </w:tc>
        <w:tc>
          <w:tcPr>
            <w:tcW w:w="598" w:type="pct"/>
            <w:vAlign w:val="center"/>
          </w:tcPr>
          <w:p w14:paraId="09E5AB8C" w14:textId="77777777" w:rsidR="00541E04" w:rsidRPr="00541E04" w:rsidRDefault="00541E04" w:rsidP="00CD63E1">
            <w:pPr>
              <w:rPr>
                <w:rFonts w:cs="Times New Roman"/>
                <w:sz w:val="20"/>
                <w:szCs w:val="20"/>
              </w:rPr>
            </w:pPr>
            <w:r w:rsidRPr="00541E04">
              <w:rPr>
                <w:rFonts w:cs="Times New Roman"/>
                <w:sz w:val="20"/>
                <w:szCs w:val="20"/>
              </w:rPr>
              <w:t>81 (67.50%)</w:t>
            </w:r>
          </w:p>
        </w:tc>
        <w:tc>
          <w:tcPr>
            <w:tcW w:w="626" w:type="pct"/>
            <w:vAlign w:val="center"/>
          </w:tcPr>
          <w:p w14:paraId="4AF2D726" w14:textId="77777777" w:rsidR="00541E04" w:rsidRPr="00541E04" w:rsidRDefault="00541E04" w:rsidP="00CD63E1">
            <w:pPr>
              <w:rPr>
                <w:rFonts w:cs="Times New Roman"/>
                <w:sz w:val="20"/>
                <w:szCs w:val="20"/>
              </w:rPr>
            </w:pPr>
            <w:r w:rsidRPr="00541E04">
              <w:rPr>
                <w:rFonts w:cs="Times New Roman"/>
                <w:sz w:val="20"/>
                <w:szCs w:val="20"/>
              </w:rPr>
              <w:t>74 (61.67%)</w:t>
            </w:r>
          </w:p>
        </w:tc>
      </w:tr>
      <w:tr w:rsidR="00541E04" w:rsidRPr="00541E04" w14:paraId="56B63329" w14:textId="77777777" w:rsidTr="00541E04">
        <w:tc>
          <w:tcPr>
            <w:tcW w:w="259" w:type="pct"/>
          </w:tcPr>
          <w:p w14:paraId="3F427313" w14:textId="77777777" w:rsidR="00541E04" w:rsidRPr="00541E04" w:rsidRDefault="00541E04" w:rsidP="00CD63E1">
            <w:pPr>
              <w:spacing w:line="360" w:lineRule="auto"/>
              <w:rPr>
                <w:rFonts w:cs="Times New Roman"/>
                <w:sz w:val="20"/>
                <w:szCs w:val="20"/>
              </w:rPr>
            </w:pPr>
          </w:p>
        </w:tc>
        <w:tc>
          <w:tcPr>
            <w:tcW w:w="1022" w:type="pct"/>
          </w:tcPr>
          <w:p w14:paraId="734578D7" w14:textId="77777777" w:rsidR="00541E04" w:rsidRPr="00541E04" w:rsidRDefault="00541E04" w:rsidP="00CD63E1">
            <w:pPr>
              <w:spacing w:line="360" w:lineRule="auto"/>
              <w:rPr>
                <w:rFonts w:cs="Times New Roman"/>
                <w:sz w:val="20"/>
                <w:szCs w:val="20"/>
              </w:rPr>
            </w:pPr>
            <w:r w:rsidRPr="00541E04">
              <w:rPr>
                <w:rFonts w:cs="Times New Roman"/>
                <w:sz w:val="20"/>
                <w:szCs w:val="20"/>
              </w:rPr>
              <w:t>Moderate</w:t>
            </w:r>
          </w:p>
        </w:tc>
        <w:tc>
          <w:tcPr>
            <w:tcW w:w="598" w:type="pct"/>
            <w:vAlign w:val="center"/>
          </w:tcPr>
          <w:p w14:paraId="4B39C13F" w14:textId="77777777" w:rsidR="00541E04" w:rsidRPr="00541E04" w:rsidRDefault="00541E04" w:rsidP="00CD63E1">
            <w:pPr>
              <w:rPr>
                <w:rFonts w:cs="Times New Roman"/>
                <w:sz w:val="20"/>
                <w:szCs w:val="20"/>
              </w:rPr>
            </w:pPr>
            <w:r w:rsidRPr="00541E04">
              <w:rPr>
                <w:rFonts w:cs="Times New Roman"/>
                <w:sz w:val="20"/>
                <w:szCs w:val="20"/>
              </w:rPr>
              <w:t>78 (65.00%)</w:t>
            </w:r>
          </w:p>
        </w:tc>
        <w:tc>
          <w:tcPr>
            <w:tcW w:w="597" w:type="pct"/>
            <w:vAlign w:val="center"/>
          </w:tcPr>
          <w:p w14:paraId="01B77285" w14:textId="77777777" w:rsidR="00541E04" w:rsidRPr="00541E04" w:rsidRDefault="00541E04" w:rsidP="00CD63E1">
            <w:pPr>
              <w:rPr>
                <w:rFonts w:cs="Times New Roman"/>
                <w:sz w:val="20"/>
                <w:szCs w:val="20"/>
              </w:rPr>
            </w:pPr>
            <w:r w:rsidRPr="00541E04">
              <w:rPr>
                <w:rFonts w:cs="Times New Roman"/>
                <w:sz w:val="20"/>
                <w:szCs w:val="20"/>
              </w:rPr>
              <w:t>83 (69.17%)</w:t>
            </w:r>
          </w:p>
        </w:tc>
        <w:tc>
          <w:tcPr>
            <w:tcW w:w="648" w:type="pct"/>
            <w:gridSpan w:val="2"/>
            <w:vAlign w:val="center"/>
          </w:tcPr>
          <w:p w14:paraId="75B1099E" w14:textId="77777777" w:rsidR="00541E04" w:rsidRPr="00541E04" w:rsidRDefault="00541E04" w:rsidP="00CD63E1">
            <w:pPr>
              <w:rPr>
                <w:rFonts w:cs="Times New Roman"/>
                <w:sz w:val="20"/>
                <w:szCs w:val="20"/>
              </w:rPr>
            </w:pPr>
            <w:r w:rsidRPr="00541E04">
              <w:rPr>
                <w:rFonts w:cs="Times New Roman"/>
                <w:sz w:val="20"/>
                <w:szCs w:val="20"/>
              </w:rPr>
              <w:t>78 (65.00%)</w:t>
            </w:r>
          </w:p>
        </w:tc>
        <w:tc>
          <w:tcPr>
            <w:tcW w:w="652" w:type="pct"/>
            <w:vAlign w:val="center"/>
          </w:tcPr>
          <w:p w14:paraId="23CAE02C" w14:textId="77777777" w:rsidR="00541E04" w:rsidRPr="00541E04" w:rsidRDefault="00541E04" w:rsidP="00CD63E1">
            <w:pPr>
              <w:rPr>
                <w:rFonts w:cs="Times New Roman"/>
                <w:sz w:val="20"/>
                <w:szCs w:val="20"/>
              </w:rPr>
            </w:pPr>
            <w:r w:rsidRPr="00541E04">
              <w:rPr>
                <w:rFonts w:cs="Times New Roman"/>
                <w:sz w:val="20"/>
                <w:szCs w:val="20"/>
              </w:rPr>
              <w:t>83 (69.17%)</w:t>
            </w:r>
          </w:p>
        </w:tc>
        <w:tc>
          <w:tcPr>
            <w:tcW w:w="598" w:type="pct"/>
            <w:vAlign w:val="center"/>
          </w:tcPr>
          <w:p w14:paraId="3906C66F" w14:textId="77777777" w:rsidR="00541E04" w:rsidRPr="00541E04" w:rsidRDefault="00541E04" w:rsidP="00CD63E1">
            <w:pPr>
              <w:rPr>
                <w:rFonts w:cs="Times New Roman"/>
                <w:sz w:val="20"/>
                <w:szCs w:val="20"/>
              </w:rPr>
            </w:pPr>
            <w:r w:rsidRPr="00541E04">
              <w:rPr>
                <w:rFonts w:cs="Times New Roman"/>
                <w:sz w:val="20"/>
                <w:szCs w:val="20"/>
              </w:rPr>
              <w:t>33 (27.50%)</w:t>
            </w:r>
          </w:p>
        </w:tc>
        <w:tc>
          <w:tcPr>
            <w:tcW w:w="626" w:type="pct"/>
            <w:vAlign w:val="center"/>
          </w:tcPr>
          <w:p w14:paraId="53F770FB" w14:textId="77777777" w:rsidR="00541E04" w:rsidRPr="00541E04" w:rsidRDefault="00541E04" w:rsidP="00CD63E1">
            <w:pPr>
              <w:rPr>
                <w:rFonts w:cs="Times New Roman"/>
                <w:sz w:val="20"/>
                <w:szCs w:val="20"/>
              </w:rPr>
            </w:pPr>
            <w:r w:rsidRPr="00541E04">
              <w:rPr>
                <w:rFonts w:cs="Times New Roman"/>
                <w:sz w:val="20"/>
                <w:szCs w:val="20"/>
              </w:rPr>
              <w:t>36 (30.00%)</w:t>
            </w:r>
          </w:p>
        </w:tc>
      </w:tr>
      <w:tr w:rsidR="00541E04" w:rsidRPr="00541E04" w14:paraId="251457A0" w14:textId="77777777" w:rsidTr="00541E04">
        <w:tc>
          <w:tcPr>
            <w:tcW w:w="259" w:type="pct"/>
          </w:tcPr>
          <w:p w14:paraId="26D58DE7" w14:textId="77777777" w:rsidR="00541E04" w:rsidRPr="00541E04" w:rsidRDefault="00541E04" w:rsidP="00CD63E1">
            <w:pPr>
              <w:spacing w:line="360" w:lineRule="auto"/>
              <w:rPr>
                <w:rFonts w:cs="Times New Roman"/>
                <w:sz w:val="20"/>
                <w:szCs w:val="20"/>
              </w:rPr>
            </w:pPr>
          </w:p>
        </w:tc>
        <w:tc>
          <w:tcPr>
            <w:tcW w:w="1022" w:type="pct"/>
          </w:tcPr>
          <w:p w14:paraId="69B1A0DF" w14:textId="77777777" w:rsidR="00541E04" w:rsidRPr="00541E04" w:rsidRDefault="00541E04" w:rsidP="00CD63E1">
            <w:pPr>
              <w:spacing w:line="360" w:lineRule="auto"/>
              <w:rPr>
                <w:rFonts w:cs="Times New Roman"/>
                <w:sz w:val="20"/>
                <w:szCs w:val="20"/>
              </w:rPr>
            </w:pPr>
            <w:r w:rsidRPr="00541E04">
              <w:rPr>
                <w:rFonts w:cs="Times New Roman"/>
                <w:sz w:val="20"/>
                <w:szCs w:val="20"/>
              </w:rPr>
              <w:t>Low</w:t>
            </w:r>
          </w:p>
        </w:tc>
        <w:tc>
          <w:tcPr>
            <w:tcW w:w="598" w:type="pct"/>
            <w:vAlign w:val="center"/>
          </w:tcPr>
          <w:p w14:paraId="5E756F90" w14:textId="77777777" w:rsidR="00541E04" w:rsidRPr="00541E04" w:rsidRDefault="00541E04" w:rsidP="00CD63E1">
            <w:pPr>
              <w:rPr>
                <w:rFonts w:cs="Times New Roman"/>
                <w:sz w:val="20"/>
                <w:szCs w:val="20"/>
              </w:rPr>
            </w:pPr>
            <w:r w:rsidRPr="00541E04">
              <w:rPr>
                <w:rFonts w:cs="Times New Roman"/>
                <w:sz w:val="20"/>
                <w:szCs w:val="20"/>
              </w:rPr>
              <w:t>12 (10.00%)</w:t>
            </w:r>
          </w:p>
        </w:tc>
        <w:tc>
          <w:tcPr>
            <w:tcW w:w="597" w:type="pct"/>
            <w:vAlign w:val="center"/>
          </w:tcPr>
          <w:p w14:paraId="5A45DE5F" w14:textId="77777777" w:rsidR="00541E04" w:rsidRPr="00541E04" w:rsidRDefault="00541E04" w:rsidP="00CD63E1">
            <w:pPr>
              <w:rPr>
                <w:rFonts w:cs="Times New Roman"/>
                <w:sz w:val="20"/>
                <w:szCs w:val="20"/>
              </w:rPr>
            </w:pPr>
            <w:r w:rsidRPr="00541E04">
              <w:rPr>
                <w:rFonts w:cs="Times New Roman"/>
                <w:sz w:val="20"/>
                <w:szCs w:val="20"/>
              </w:rPr>
              <w:t>15 (12.50%)</w:t>
            </w:r>
          </w:p>
        </w:tc>
        <w:tc>
          <w:tcPr>
            <w:tcW w:w="648" w:type="pct"/>
            <w:gridSpan w:val="2"/>
            <w:vAlign w:val="center"/>
          </w:tcPr>
          <w:p w14:paraId="4570D467" w14:textId="77777777" w:rsidR="00541E04" w:rsidRPr="00541E04" w:rsidRDefault="00541E04" w:rsidP="00CD63E1">
            <w:pPr>
              <w:rPr>
                <w:rFonts w:cs="Times New Roman"/>
                <w:sz w:val="20"/>
                <w:szCs w:val="20"/>
              </w:rPr>
            </w:pPr>
            <w:r w:rsidRPr="00541E04">
              <w:rPr>
                <w:rFonts w:cs="Times New Roman"/>
                <w:sz w:val="20"/>
                <w:szCs w:val="20"/>
              </w:rPr>
              <w:t>12 (10.00%)</w:t>
            </w:r>
          </w:p>
        </w:tc>
        <w:tc>
          <w:tcPr>
            <w:tcW w:w="652" w:type="pct"/>
            <w:vAlign w:val="center"/>
          </w:tcPr>
          <w:p w14:paraId="149150DB" w14:textId="77777777" w:rsidR="00541E04" w:rsidRPr="00541E04" w:rsidRDefault="00541E04" w:rsidP="00CD63E1">
            <w:pPr>
              <w:rPr>
                <w:rFonts w:cs="Times New Roman"/>
                <w:sz w:val="20"/>
                <w:szCs w:val="20"/>
              </w:rPr>
            </w:pPr>
            <w:r w:rsidRPr="00541E04">
              <w:rPr>
                <w:rFonts w:cs="Times New Roman"/>
                <w:sz w:val="20"/>
                <w:szCs w:val="20"/>
              </w:rPr>
              <w:t>15 (12.50%)</w:t>
            </w:r>
          </w:p>
        </w:tc>
        <w:tc>
          <w:tcPr>
            <w:tcW w:w="598" w:type="pct"/>
            <w:vAlign w:val="center"/>
          </w:tcPr>
          <w:p w14:paraId="25D7A871" w14:textId="77777777" w:rsidR="00541E04" w:rsidRPr="00541E04" w:rsidRDefault="00541E04" w:rsidP="00CD63E1">
            <w:pPr>
              <w:rPr>
                <w:rFonts w:cs="Times New Roman"/>
                <w:sz w:val="20"/>
                <w:szCs w:val="20"/>
              </w:rPr>
            </w:pPr>
            <w:r w:rsidRPr="00541E04">
              <w:rPr>
                <w:rFonts w:cs="Times New Roman"/>
                <w:sz w:val="20"/>
                <w:szCs w:val="20"/>
              </w:rPr>
              <w:t>6 (5.00%)</w:t>
            </w:r>
          </w:p>
        </w:tc>
        <w:tc>
          <w:tcPr>
            <w:tcW w:w="626" w:type="pct"/>
            <w:vAlign w:val="center"/>
          </w:tcPr>
          <w:p w14:paraId="5D65CA72" w14:textId="77777777" w:rsidR="00541E04" w:rsidRPr="00541E04" w:rsidRDefault="00541E04" w:rsidP="00CD63E1">
            <w:pPr>
              <w:rPr>
                <w:rFonts w:cs="Times New Roman"/>
                <w:sz w:val="20"/>
                <w:szCs w:val="20"/>
              </w:rPr>
            </w:pPr>
            <w:r w:rsidRPr="00541E04">
              <w:rPr>
                <w:rFonts w:cs="Times New Roman"/>
                <w:sz w:val="20"/>
                <w:szCs w:val="20"/>
              </w:rPr>
              <w:t>10 (8.33%)</w:t>
            </w:r>
          </w:p>
        </w:tc>
      </w:tr>
    </w:tbl>
    <w:p w14:paraId="1872514C" w14:textId="77777777" w:rsidR="00541E04" w:rsidRPr="008F0480" w:rsidRDefault="00541E04">
      <w:pPr>
        <w:jc w:val="both"/>
        <w:rPr>
          <w:sz w:val="18"/>
        </w:rPr>
      </w:pPr>
      <w:r w:rsidRPr="007D0844">
        <w:rPr>
          <w:rFonts w:cs="Times New Roman"/>
          <w:sz w:val="20"/>
          <w:szCs w:val="24"/>
        </w:rPr>
        <w:t>(Figure in Parenthesis indicate percentage), EP – Eastern Plain, NEP – North Eastern Plain</w:t>
      </w:r>
    </w:p>
    <w:p w14:paraId="74A57E9D" w14:textId="77777777" w:rsidR="0062046C" w:rsidRDefault="00CD63E1">
      <w:r>
        <w:rPr>
          <w:b/>
        </w:rPr>
        <w:t>3.5 Marketing practices</w:t>
      </w:r>
    </w:p>
    <w:p w14:paraId="0BF73B1C" w14:textId="77777777" w:rsidR="0062046C" w:rsidRDefault="00CD63E1">
      <w:pPr>
        <w:jc w:val="both"/>
      </w:pPr>
      <w:r>
        <w:t>Marketing of backyard poultry birds was mainly local and household-based. Most respondents sold birds at their own doorstep in all seasons. Sale through local markets or middlemen was limited. Birds were mainly sold as surplus stock, while the second common reason was the need for money. Record keeping was very poor. Most respondents sold adult birds at about 2.5 years of age, suggesting that birds were first used for egg production and household needs before being sold.</w:t>
      </w:r>
    </w:p>
    <w:p w14:paraId="26A34E35" w14:textId="77777777" w:rsidR="0062046C" w:rsidRDefault="00CD63E1">
      <w:pPr>
        <w:jc w:val="both"/>
      </w:pPr>
      <w:r>
        <w:t xml:space="preserve">The predominance of doorstep sale agrees with </w:t>
      </w:r>
      <w:proofErr w:type="spellStart"/>
      <w:r>
        <w:t>Khandait</w:t>
      </w:r>
      <w:proofErr w:type="spellEnd"/>
      <w:r>
        <w:t xml:space="preserve"> et al. (2011), Mandal et al. (2006), and Deka and Thakur (2013), who also reported home-based sale of birds and eggs. Similar observations were made by Rahman (2017) and Sharma et al. (2018). The sale of birds due to urgent cash need agrees with Tsegaye et al. (2014) and </w:t>
      </w:r>
      <w:proofErr w:type="spellStart"/>
      <w:r>
        <w:t>Khandait</w:t>
      </w:r>
      <w:proofErr w:type="spellEnd"/>
      <w:r>
        <w:t xml:space="preserve"> et al. (2011). Thus, marketing in the study area was informal, household-centered, and weakly commercialized.</w:t>
      </w:r>
    </w:p>
    <w:p w14:paraId="61FC0119" w14:textId="77777777" w:rsidR="008F0480" w:rsidRDefault="008F0480">
      <w:pPr>
        <w:jc w:val="both"/>
        <w:rPr>
          <w:b/>
        </w:rPr>
      </w:pPr>
      <w:r>
        <w:rPr>
          <w:b/>
        </w:rPr>
        <w:t>Table 5. Marketing</w:t>
      </w:r>
      <w:r w:rsidRPr="00032E18">
        <w:rPr>
          <w:rFonts w:cs="Times New Roman"/>
          <w:b/>
          <w:bCs/>
          <w:kern w:val="36"/>
          <w:szCs w:val="24"/>
        </w:rPr>
        <w:t xml:space="preserve"> management practices adopted by backyard poultry farmers in different seasons</w:t>
      </w:r>
    </w:p>
    <w:tbl>
      <w:tblPr>
        <w:tblStyle w:val="TableGrid"/>
        <w:tblW w:w="5000" w:type="pct"/>
        <w:tblLook w:val="04A0" w:firstRow="1" w:lastRow="0" w:firstColumn="1" w:lastColumn="0" w:noHBand="0" w:noVBand="1"/>
      </w:tblPr>
      <w:tblGrid>
        <w:gridCol w:w="731"/>
        <w:gridCol w:w="1945"/>
        <w:gridCol w:w="1190"/>
        <w:gridCol w:w="1190"/>
        <w:gridCol w:w="1190"/>
        <w:gridCol w:w="1351"/>
        <w:gridCol w:w="1160"/>
        <w:gridCol w:w="1107"/>
      </w:tblGrid>
      <w:tr w:rsidR="002749A3" w:rsidRPr="002749A3" w14:paraId="1E3141B7" w14:textId="77777777" w:rsidTr="00CD63E1">
        <w:tc>
          <w:tcPr>
            <w:tcW w:w="371" w:type="pct"/>
          </w:tcPr>
          <w:p w14:paraId="1BC2FE9E"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lastRenderedPageBreak/>
              <w:t>S. No.</w:t>
            </w:r>
          </w:p>
        </w:tc>
        <w:tc>
          <w:tcPr>
            <w:tcW w:w="986" w:type="pct"/>
          </w:tcPr>
          <w:p w14:paraId="22AEA168"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Marketing practices</w:t>
            </w:r>
          </w:p>
        </w:tc>
        <w:tc>
          <w:tcPr>
            <w:tcW w:w="1206" w:type="pct"/>
            <w:gridSpan w:val="2"/>
          </w:tcPr>
          <w:p w14:paraId="2072DA7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Summer</w:t>
            </w:r>
          </w:p>
        </w:tc>
        <w:tc>
          <w:tcPr>
            <w:tcW w:w="1288" w:type="pct"/>
            <w:gridSpan w:val="2"/>
          </w:tcPr>
          <w:p w14:paraId="7134C0B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Winter</w:t>
            </w:r>
          </w:p>
        </w:tc>
        <w:tc>
          <w:tcPr>
            <w:tcW w:w="1149" w:type="pct"/>
            <w:gridSpan w:val="2"/>
          </w:tcPr>
          <w:p w14:paraId="0FD29F2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Rain</w:t>
            </w:r>
          </w:p>
        </w:tc>
      </w:tr>
      <w:tr w:rsidR="002749A3" w:rsidRPr="002749A3" w14:paraId="1980C97A" w14:textId="77777777" w:rsidTr="00CD63E1">
        <w:tc>
          <w:tcPr>
            <w:tcW w:w="371" w:type="pct"/>
          </w:tcPr>
          <w:p w14:paraId="62B2BE14" w14:textId="77777777" w:rsidR="002749A3" w:rsidRPr="002749A3" w:rsidRDefault="002749A3" w:rsidP="00CD63E1">
            <w:pPr>
              <w:spacing w:line="360" w:lineRule="auto"/>
              <w:jc w:val="center"/>
              <w:rPr>
                <w:rFonts w:cs="Times New Roman"/>
                <w:b/>
                <w:sz w:val="20"/>
                <w:szCs w:val="20"/>
              </w:rPr>
            </w:pPr>
          </w:p>
        </w:tc>
        <w:tc>
          <w:tcPr>
            <w:tcW w:w="986" w:type="pct"/>
          </w:tcPr>
          <w:p w14:paraId="7E32F2BB" w14:textId="77777777" w:rsidR="002749A3" w:rsidRPr="002749A3" w:rsidRDefault="002749A3" w:rsidP="00CD63E1">
            <w:pPr>
              <w:spacing w:line="360" w:lineRule="auto"/>
              <w:jc w:val="center"/>
              <w:rPr>
                <w:rFonts w:cs="Times New Roman"/>
                <w:b/>
                <w:sz w:val="20"/>
                <w:szCs w:val="20"/>
              </w:rPr>
            </w:pPr>
          </w:p>
        </w:tc>
        <w:tc>
          <w:tcPr>
            <w:tcW w:w="603" w:type="pct"/>
          </w:tcPr>
          <w:p w14:paraId="0396FE9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603" w:type="pct"/>
          </w:tcPr>
          <w:p w14:paraId="52B2076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c>
          <w:tcPr>
            <w:tcW w:w="603" w:type="pct"/>
          </w:tcPr>
          <w:p w14:paraId="12D3C441"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685" w:type="pct"/>
          </w:tcPr>
          <w:p w14:paraId="611CBB6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c>
          <w:tcPr>
            <w:tcW w:w="588" w:type="pct"/>
          </w:tcPr>
          <w:p w14:paraId="264ECE7D"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EP</w:t>
            </w:r>
          </w:p>
        </w:tc>
        <w:tc>
          <w:tcPr>
            <w:tcW w:w="561" w:type="pct"/>
          </w:tcPr>
          <w:p w14:paraId="38546A5A" w14:textId="77777777" w:rsidR="002749A3" w:rsidRPr="002749A3" w:rsidRDefault="002749A3" w:rsidP="00CD63E1">
            <w:pPr>
              <w:spacing w:line="360" w:lineRule="auto"/>
              <w:jc w:val="center"/>
              <w:rPr>
                <w:rFonts w:cs="Times New Roman"/>
                <w:b/>
                <w:sz w:val="20"/>
                <w:szCs w:val="20"/>
              </w:rPr>
            </w:pPr>
            <w:r w:rsidRPr="002749A3">
              <w:rPr>
                <w:rFonts w:cs="Times New Roman"/>
                <w:b/>
                <w:sz w:val="20"/>
                <w:szCs w:val="20"/>
              </w:rPr>
              <w:t>NEP</w:t>
            </w:r>
          </w:p>
        </w:tc>
      </w:tr>
      <w:tr w:rsidR="002749A3" w:rsidRPr="002749A3" w14:paraId="4CDC8585" w14:textId="77777777" w:rsidTr="00CD63E1">
        <w:tc>
          <w:tcPr>
            <w:tcW w:w="371" w:type="pct"/>
          </w:tcPr>
          <w:p w14:paraId="7CBE0B6F"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 xml:space="preserve">1. </w:t>
            </w:r>
          </w:p>
        </w:tc>
        <w:tc>
          <w:tcPr>
            <w:tcW w:w="4629" w:type="pct"/>
            <w:gridSpan w:val="7"/>
          </w:tcPr>
          <w:p w14:paraId="21C9916B"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Place of sale of chickens</w:t>
            </w:r>
          </w:p>
        </w:tc>
      </w:tr>
      <w:tr w:rsidR="002749A3" w:rsidRPr="002749A3" w14:paraId="0E90FA30" w14:textId="77777777" w:rsidTr="00CD63E1">
        <w:tc>
          <w:tcPr>
            <w:tcW w:w="371" w:type="pct"/>
          </w:tcPr>
          <w:p w14:paraId="42FB1C61" w14:textId="77777777" w:rsidR="002749A3" w:rsidRPr="002749A3" w:rsidRDefault="002749A3" w:rsidP="00CD63E1">
            <w:pPr>
              <w:spacing w:line="360" w:lineRule="auto"/>
              <w:rPr>
                <w:rFonts w:cs="Times New Roman"/>
                <w:b/>
                <w:sz w:val="20"/>
                <w:szCs w:val="20"/>
              </w:rPr>
            </w:pPr>
          </w:p>
        </w:tc>
        <w:tc>
          <w:tcPr>
            <w:tcW w:w="986" w:type="pct"/>
          </w:tcPr>
          <w:p w14:paraId="367C7FA5" w14:textId="77777777" w:rsidR="002749A3" w:rsidRPr="002749A3" w:rsidRDefault="002749A3" w:rsidP="00CD63E1">
            <w:pPr>
              <w:spacing w:line="360" w:lineRule="auto"/>
              <w:rPr>
                <w:rFonts w:cs="Times New Roman"/>
                <w:sz w:val="20"/>
                <w:szCs w:val="20"/>
              </w:rPr>
            </w:pPr>
            <w:r w:rsidRPr="002749A3">
              <w:rPr>
                <w:rFonts w:cs="Times New Roman"/>
                <w:sz w:val="20"/>
                <w:szCs w:val="20"/>
              </w:rPr>
              <w:t>Own doorstep</w:t>
            </w:r>
          </w:p>
        </w:tc>
        <w:tc>
          <w:tcPr>
            <w:tcW w:w="603" w:type="pct"/>
          </w:tcPr>
          <w:p w14:paraId="61399E9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603" w:type="pct"/>
          </w:tcPr>
          <w:p w14:paraId="7A857219"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c>
          <w:tcPr>
            <w:tcW w:w="603" w:type="pct"/>
          </w:tcPr>
          <w:p w14:paraId="6C771D38"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685" w:type="pct"/>
          </w:tcPr>
          <w:p w14:paraId="30A8DC2A"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c>
          <w:tcPr>
            <w:tcW w:w="588" w:type="pct"/>
          </w:tcPr>
          <w:p w14:paraId="5913039C"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109 (90.83)</w:t>
            </w:r>
          </w:p>
        </w:tc>
        <w:tc>
          <w:tcPr>
            <w:tcW w:w="561" w:type="pct"/>
          </w:tcPr>
          <w:p w14:paraId="497E5508"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113 (94.17)</w:t>
            </w:r>
          </w:p>
        </w:tc>
      </w:tr>
      <w:tr w:rsidR="002749A3" w:rsidRPr="002749A3" w14:paraId="211C2A2A" w14:textId="77777777" w:rsidTr="00CD63E1">
        <w:tc>
          <w:tcPr>
            <w:tcW w:w="371" w:type="pct"/>
          </w:tcPr>
          <w:p w14:paraId="6ADAB497" w14:textId="77777777" w:rsidR="002749A3" w:rsidRPr="002749A3" w:rsidRDefault="002749A3" w:rsidP="00CD63E1">
            <w:pPr>
              <w:spacing w:line="360" w:lineRule="auto"/>
              <w:rPr>
                <w:rFonts w:cs="Times New Roman"/>
                <w:sz w:val="20"/>
                <w:szCs w:val="20"/>
              </w:rPr>
            </w:pPr>
          </w:p>
        </w:tc>
        <w:tc>
          <w:tcPr>
            <w:tcW w:w="986" w:type="pct"/>
          </w:tcPr>
          <w:p w14:paraId="634EE4B0" w14:textId="77777777" w:rsidR="002749A3" w:rsidRPr="002749A3" w:rsidRDefault="002749A3" w:rsidP="00CD63E1">
            <w:pPr>
              <w:spacing w:line="360" w:lineRule="auto"/>
              <w:rPr>
                <w:rFonts w:cs="Times New Roman"/>
                <w:sz w:val="20"/>
                <w:szCs w:val="20"/>
              </w:rPr>
            </w:pPr>
            <w:r w:rsidRPr="002749A3">
              <w:rPr>
                <w:rFonts w:cs="Times New Roman"/>
                <w:sz w:val="20"/>
                <w:szCs w:val="20"/>
              </w:rPr>
              <w:t>Local market</w:t>
            </w:r>
          </w:p>
        </w:tc>
        <w:tc>
          <w:tcPr>
            <w:tcW w:w="603" w:type="pct"/>
          </w:tcPr>
          <w:p w14:paraId="64A81A10"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603" w:type="pct"/>
          </w:tcPr>
          <w:p w14:paraId="1FFCC7C2"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c>
          <w:tcPr>
            <w:tcW w:w="603" w:type="pct"/>
          </w:tcPr>
          <w:p w14:paraId="3F881F30"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685" w:type="pct"/>
          </w:tcPr>
          <w:p w14:paraId="642159BD"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c>
          <w:tcPr>
            <w:tcW w:w="588" w:type="pct"/>
          </w:tcPr>
          <w:p w14:paraId="6E7C97AD"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7 (5.83)</w:t>
            </w:r>
          </w:p>
        </w:tc>
        <w:tc>
          <w:tcPr>
            <w:tcW w:w="561" w:type="pct"/>
          </w:tcPr>
          <w:p w14:paraId="3CD3B6E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5 (4.17)</w:t>
            </w:r>
          </w:p>
        </w:tc>
      </w:tr>
      <w:tr w:rsidR="002749A3" w:rsidRPr="002749A3" w14:paraId="0E2C139B" w14:textId="77777777" w:rsidTr="00CD63E1">
        <w:tc>
          <w:tcPr>
            <w:tcW w:w="371" w:type="pct"/>
          </w:tcPr>
          <w:p w14:paraId="508A3EDC" w14:textId="77777777" w:rsidR="002749A3" w:rsidRPr="002749A3" w:rsidRDefault="002749A3" w:rsidP="00CD63E1">
            <w:pPr>
              <w:spacing w:line="360" w:lineRule="auto"/>
              <w:rPr>
                <w:rFonts w:cs="Times New Roman"/>
                <w:sz w:val="20"/>
                <w:szCs w:val="20"/>
              </w:rPr>
            </w:pPr>
          </w:p>
        </w:tc>
        <w:tc>
          <w:tcPr>
            <w:tcW w:w="986" w:type="pct"/>
          </w:tcPr>
          <w:p w14:paraId="629A6133" w14:textId="77777777" w:rsidR="002749A3" w:rsidRPr="002749A3" w:rsidRDefault="002749A3" w:rsidP="00CD63E1">
            <w:pPr>
              <w:spacing w:line="360" w:lineRule="auto"/>
              <w:rPr>
                <w:rFonts w:cs="Times New Roman"/>
                <w:sz w:val="20"/>
                <w:szCs w:val="20"/>
              </w:rPr>
            </w:pPr>
            <w:r w:rsidRPr="002749A3">
              <w:rPr>
                <w:rFonts w:cs="Times New Roman"/>
                <w:sz w:val="20"/>
                <w:szCs w:val="20"/>
              </w:rPr>
              <w:t>Middlemen</w:t>
            </w:r>
          </w:p>
        </w:tc>
        <w:tc>
          <w:tcPr>
            <w:tcW w:w="603" w:type="pct"/>
          </w:tcPr>
          <w:p w14:paraId="578FD537"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603" w:type="pct"/>
          </w:tcPr>
          <w:p w14:paraId="43F38A3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c>
          <w:tcPr>
            <w:tcW w:w="603" w:type="pct"/>
          </w:tcPr>
          <w:p w14:paraId="7109C3F4"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685" w:type="pct"/>
          </w:tcPr>
          <w:p w14:paraId="1EAF6A65"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c>
          <w:tcPr>
            <w:tcW w:w="588" w:type="pct"/>
          </w:tcPr>
          <w:p w14:paraId="4A9156D1"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4 (3.33)</w:t>
            </w:r>
          </w:p>
        </w:tc>
        <w:tc>
          <w:tcPr>
            <w:tcW w:w="561" w:type="pct"/>
          </w:tcPr>
          <w:p w14:paraId="44BC7D9F" w14:textId="77777777" w:rsidR="002749A3" w:rsidRPr="002749A3" w:rsidRDefault="002749A3" w:rsidP="00CD63E1">
            <w:pPr>
              <w:spacing w:line="360" w:lineRule="auto"/>
              <w:jc w:val="center"/>
              <w:rPr>
                <w:rFonts w:cs="Times New Roman"/>
                <w:vanish/>
                <w:sz w:val="20"/>
                <w:szCs w:val="20"/>
              </w:rPr>
            </w:pPr>
            <w:r w:rsidRPr="002749A3">
              <w:rPr>
                <w:rFonts w:cs="Times New Roman"/>
                <w:sz w:val="20"/>
                <w:szCs w:val="20"/>
              </w:rPr>
              <w:t>2 (1.67)</w:t>
            </w:r>
          </w:p>
        </w:tc>
      </w:tr>
      <w:tr w:rsidR="002749A3" w:rsidRPr="002749A3" w14:paraId="63B3747F" w14:textId="77777777" w:rsidTr="00CD63E1">
        <w:tc>
          <w:tcPr>
            <w:tcW w:w="371" w:type="pct"/>
          </w:tcPr>
          <w:p w14:paraId="4BF8E8CA"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2.</w:t>
            </w:r>
          </w:p>
        </w:tc>
        <w:tc>
          <w:tcPr>
            <w:tcW w:w="4629" w:type="pct"/>
            <w:gridSpan w:val="7"/>
          </w:tcPr>
          <w:p w14:paraId="2707722A" w14:textId="77777777" w:rsidR="002749A3" w:rsidRPr="002749A3" w:rsidRDefault="002749A3" w:rsidP="00CD63E1">
            <w:pPr>
              <w:rPr>
                <w:rFonts w:cs="Times New Roman"/>
                <w:sz w:val="20"/>
                <w:szCs w:val="20"/>
              </w:rPr>
            </w:pPr>
            <w:r w:rsidRPr="002749A3">
              <w:rPr>
                <w:rFonts w:cs="Times New Roman"/>
                <w:b/>
                <w:sz w:val="20"/>
                <w:szCs w:val="20"/>
              </w:rPr>
              <w:t>Time or reason for selling birds</w:t>
            </w:r>
          </w:p>
        </w:tc>
      </w:tr>
      <w:tr w:rsidR="002749A3" w:rsidRPr="002749A3" w14:paraId="3FF1FF92" w14:textId="77777777" w:rsidTr="00CD63E1">
        <w:tc>
          <w:tcPr>
            <w:tcW w:w="371" w:type="pct"/>
          </w:tcPr>
          <w:p w14:paraId="768911A9" w14:textId="77777777" w:rsidR="002749A3" w:rsidRPr="002749A3" w:rsidRDefault="002749A3" w:rsidP="00CD63E1">
            <w:pPr>
              <w:spacing w:line="360" w:lineRule="auto"/>
              <w:rPr>
                <w:rFonts w:cs="Times New Roman"/>
                <w:b/>
                <w:sz w:val="20"/>
                <w:szCs w:val="20"/>
              </w:rPr>
            </w:pPr>
          </w:p>
        </w:tc>
        <w:tc>
          <w:tcPr>
            <w:tcW w:w="986" w:type="pct"/>
          </w:tcPr>
          <w:p w14:paraId="03778552" w14:textId="77777777" w:rsidR="002749A3" w:rsidRPr="002749A3" w:rsidRDefault="002749A3" w:rsidP="00CD63E1">
            <w:pPr>
              <w:spacing w:line="480" w:lineRule="auto"/>
              <w:rPr>
                <w:rFonts w:cs="Times New Roman"/>
                <w:sz w:val="20"/>
                <w:szCs w:val="20"/>
              </w:rPr>
            </w:pPr>
            <w:r w:rsidRPr="002749A3">
              <w:rPr>
                <w:rFonts w:cs="Times New Roman"/>
                <w:sz w:val="20"/>
                <w:szCs w:val="20"/>
              </w:rPr>
              <w:t>Surplus birds</w:t>
            </w:r>
          </w:p>
        </w:tc>
        <w:tc>
          <w:tcPr>
            <w:tcW w:w="603" w:type="pct"/>
          </w:tcPr>
          <w:p w14:paraId="1B425742"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603" w:type="pct"/>
          </w:tcPr>
          <w:p w14:paraId="5B1A48DB"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c>
          <w:tcPr>
            <w:tcW w:w="603" w:type="pct"/>
          </w:tcPr>
          <w:p w14:paraId="1A69D726"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685" w:type="pct"/>
          </w:tcPr>
          <w:p w14:paraId="696F7B42"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c>
          <w:tcPr>
            <w:tcW w:w="588" w:type="pct"/>
          </w:tcPr>
          <w:p w14:paraId="74D8847D"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93 (77.50)</w:t>
            </w:r>
          </w:p>
        </w:tc>
        <w:tc>
          <w:tcPr>
            <w:tcW w:w="561" w:type="pct"/>
          </w:tcPr>
          <w:p w14:paraId="315FB6BB"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76 (62.33)</w:t>
            </w:r>
          </w:p>
        </w:tc>
      </w:tr>
      <w:tr w:rsidR="002749A3" w:rsidRPr="002749A3" w14:paraId="4B2A9A2C" w14:textId="77777777" w:rsidTr="00CD63E1">
        <w:tc>
          <w:tcPr>
            <w:tcW w:w="371" w:type="pct"/>
          </w:tcPr>
          <w:p w14:paraId="41E6637F" w14:textId="77777777" w:rsidR="002749A3" w:rsidRPr="002749A3" w:rsidRDefault="002749A3" w:rsidP="00CD63E1">
            <w:pPr>
              <w:spacing w:line="360" w:lineRule="auto"/>
              <w:rPr>
                <w:rFonts w:cs="Times New Roman"/>
                <w:sz w:val="20"/>
                <w:szCs w:val="20"/>
              </w:rPr>
            </w:pPr>
          </w:p>
        </w:tc>
        <w:tc>
          <w:tcPr>
            <w:tcW w:w="986" w:type="pct"/>
          </w:tcPr>
          <w:p w14:paraId="3E83E8B6" w14:textId="77777777" w:rsidR="002749A3" w:rsidRPr="002749A3" w:rsidRDefault="002749A3" w:rsidP="00CD63E1">
            <w:pPr>
              <w:spacing w:line="480" w:lineRule="auto"/>
              <w:rPr>
                <w:rFonts w:cs="Times New Roman"/>
                <w:sz w:val="20"/>
                <w:szCs w:val="20"/>
              </w:rPr>
            </w:pPr>
            <w:r w:rsidRPr="002749A3">
              <w:rPr>
                <w:rFonts w:cs="Times New Roman"/>
                <w:sz w:val="20"/>
                <w:szCs w:val="20"/>
              </w:rPr>
              <w:t>Requirement of money</w:t>
            </w:r>
          </w:p>
        </w:tc>
        <w:tc>
          <w:tcPr>
            <w:tcW w:w="603" w:type="pct"/>
          </w:tcPr>
          <w:p w14:paraId="65836555"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603" w:type="pct"/>
          </w:tcPr>
          <w:p w14:paraId="7CD35833"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c>
          <w:tcPr>
            <w:tcW w:w="603" w:type="pct"/>
          </w:tcPr>
          <w:p w14:paraId="52EB9310"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685" w:type="pct"/>
          </w:tcPr>
          <w:p w14:paraId="3275B471"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c>
          <w:tcPr>
            <w:tcW w:w="588" w:type="pct"/>
          </w:tcPr>
          <w:p w14:paraId="68980E8B"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24 (20.00)</w:t>
            </w:r>
          </w:p>
        </w:tc>
        <w:tc>
          <w:tcPr>
            <w:tcW w:w="561" w:type="pct"/>
          </w:tcPr>
          <w:p w14:paraId="2C72CCE1"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39 (32.50)</w:t>
            </w:r>
          </w:p>
        </w:tc>
      </w:tr>
      <w:tr w:rsidR="002749A3" w:rsidRPr="002749A3" w14:paraId="0A0116D0" w14:textId="77777777" w:rsidTr="00CD63E1">
        <w:tc>
          <w:tcPr>
            <w:tcW w:w="371" w:type="pct"/>
          </w:tcPr>
          <w:p w14:paraId="3C6959EF" w14:textId="77777777" w:rsidR="002749A3" w:rsidRPr="002749A3" w:rsidRDefault="002749A3" w:rsidP="00CD63E1">
            <w:pPr>
              <w:spacing w:line="360" w:lineRule="auto"/>
              <w:rPr>
                <w:rFonts w:cs="Times New Roman"/>
                <w:sz w:val="20"/>
                <w:szCs w:val="20"/>
              </w:rPr>
            </w:pPr>
          </w:p>
        </w:tc>
        <w:tc>
          <w:tcPr>
            <w:tcW w:w="986" w:type="pct"/>
          </w:tcPr>
          <w:p w14:paraId="30ABF865" w14:textId="77777777" w:rsidR="002749A3" w:rsidRPr="002749A3" w:rsidRDefault="002749A3" w:rsidP="00CD63E1">
            <w:pPr>
              <w:spacing w:line="480" w:lineRule="auto"/>
              <w:rPr>
                <w:rFonts w:cs="Times New Roman"/>
                <w:sz w:val="20"/>
                <w:szCs w:val="20"/>
              </w:rPr>
            </w:pPr>
            <w:r w:rsidRPr="002749A3">
              <w:rPr>
                <w:rFonts w:cs="Times New Roman"/>
                <w:sz w:val="20"/>
                <w:szCs w:val="20"/>
              </w:rPr>
              <w:t>Any other</w:t>
            </w:r>
          </w:p>
        </w:tc>
        <w:tc>
          <w:tcPr>
            <w:tcW w:w="603" w:type="pct"/>
          </w:tcPr>
          <w:p w14:paraId="50651AF9"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603" w:type="pct"/>
          </w:tcPr>
          <w:p w14:paraId="51C8ABF5"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c>
          <w:tcPr>
            <w:tcW w:w="603" w:type="pct"/>
          </w:tcPr>
          <w:p w14:paraId="1A79A641"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685" w:type="pct"/>
          </w:tcPr>
          <w:p w14:paraId="47EBD3B2"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c>
          <w:tcPr>
            <w:tcW w:w="588" w:type="pct"/>
          </w:tcPr>
          <w:p w14:paraId="3D252377"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3 (2.50)</w:t>
            </w:r>
          </w:p>
        </w:tc>
        <w:tc>
          <w:tcPr>
            <w:tcW w:w="561" w:type="pct"/>
          </w:tcPr>
          <w:p w14:paraId="54CE50DD" w14:textId="77777777" w:rsidR="002749A3" w:rsidRPr="002749A3" w:rsidRDefault="002749A3" w:rsidP="00CD63E1">
            <w:pPr>
              <w:spacing w:line="480" w:lineRule="auto"/>
              <w:jc w:val="center"/>
              <w:rPr>
                <w:rFonts w:cs="Times New Roman"/>
                <w:sz w:val="20"/>
                <w:szCs w:val="20"/>
              </w:rPr>
            </w:pPr>
            <w:r w:rsidRPr="002749A3">
              <w:rPr>
                <w:rFonts w:cs="Times New Roman"/>
                <w:sz w:val="20"/>
                <w:szCs w:val="20"/>
              </w:rPr>
              <w:t>5 (4.17)</w:t>
            </w:r>
          </w:p>
        </w:tc>
      </w:tr>
      <w:tr w:rsidR="002749A3" w:rsidRPr="002749A3" w14:paraId="0F58CBF8" w14:textId="77777777" w:rsidTr="00CD63E1">
        <w:tc>
          <w:tcPr>
            <w:tcW w:w="371" w:type="pct"/>
          </w:tcPr>
          <w:p w14:paraId="66D4EBF2"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3.</w:t>
            </w:r>
          </w:p>
        </w:tc>
        <w:tc>
          <w:tcPr>
            <w:tcW w:w="4629" w:type="pct"/>
            <w:gridSpan w:val="7"/>
          </w:tcPr>
          <w:p w14:paraId="116CA092"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Record keeping</w:t>
            </w:r>
          </w:p>
        </w:tc>
      </w:tr>
      <w:tr w:rsidR="002749A3" w:rsidRPr="002749A3" w14:paraId="070CF436" w14:textId="77777777" w:rsidTr="00CD63E1">
        <w:tc>
          <w:tcPr>
            <w:tcW w:w="371" w:type="pct"/>
          </w:tcPr>
          <w:p w14:paraId="5C95B525" w14:textId="77777777" w:rsidR="002749A3" w:rsidRPr="002749A3" w:rsidRDefault="002749A3" w:rsidP="00CD63E1">
            <w:pPr>
              <w:spacing w:line="360" w:lineRule="auto"/>
              <w:rPr>
                <w:rFonts w:cs="Times New Roman"/>
                <w:sz w:val="20"/>
                <w:szCs w:val="20"/>
              </w:rPr>
            </w:pPr>
          </w:p>
        </w:tc>
        <w:tc>
          <w:tcPr>
            <w:tcW w:w="986" w:type="pct"/>
          </w:tcPr>
          <w:p w14:paraId="7653344A" w14:textId="77777777" w:rsidR="002749A3" w:rsidRPr="002749A3" w:rsidRDefault="002749A3" w:rsidP="00CD63E1">
            <w:pPr>
              <w:spacing w:line="360" w:lineRule="auto"/>
              <w:rPr>
                <w:rFonts w:cs="Times New Roman"/>
                <w:sz w:val="20"/>
                <w:szCs w:val="20"/>
              </w:rPr>
            </w:pPr>
            <w:r w:rsidRPr="002749A3">
              <w:rPr>
                <w:rFonts w:cs="Times New Roman"/>
                <w:sz w:val="20"/>
                <w:szCs w:val="20"/>
              </w:rPr>
              <w:t>Yes</w:t>
            </w:r>
          </w:p>
        </w:tc>
        <w:tc>
          <w:tcPr>
            <w:tcW w:w="603" w:type="pct"/>
            <w:vAlign w:val="center"/>
          </w:tcPr>
          <w:p w14:paraId="7109F1A4" w14:textId="77777777" w:rsidR="002749A3" w:rsidRPr="002749A3" w:rsidRDefault="002749A3" w:rsidP="00CD63E1">
            <w:pPr>
              <w:rPr>
                <w:rFonts w:cs="Times New Roman"/>
                <w:sz w:val="20"/>
                <w:szCs w:val="20"/>
              </w:rPr>
            </w:pPr>
            <w:r w:rsidRPr="002749A3">
              <w:rPr>
                <w:rFonts w:cs="Times New Roman"/>
                <w:sz w:val="20"/>
                <w:szCs w:val="20"/>
              </w:rPr>
              <w:t>19 (15.83)</w:t>
            </w:r>
          </w:p>
        </w:tc>
        <w:tc>
          <w:tcPr>
            <w:tcW w:w="603" w:type="pct"/>
            <w:vAlign w:val="center"/>
          </w:tcPr>
          <w:p w14:paraId="25881D09" w14:textId="77777777" w:rsidR="002749A3" w:rsidRPr="002749A3" w:rsidRDefault="002749A3" w:rsidP="00CD63E1">
            <w:pPr>
              <w:rPr>
                <w:rFonts w:cs="Times New Roman"/>
                <w:sz w:val="20"/>
                <w:szCs w:val="20"/>
              </w:rPr>
            </w:pPr>
            <w:r w:rsidRPr="002749A3">
              <w:rPr>
                <w:rFonts w:cs="Times New Roman"/>
                <w:sz w:val="20"/>
                <w:szCs w:val="20"/>
              </w:rPr>
              <w:t>14 (11.67)</w:t>
            </w:r>
          </w:p>
        </w:tc>
        <w:tc>
          <w:tcPr>
            <w:tcW w:w="603" w:type="pct"/>
            <w:vAlign w:val="center"/>
          </w:tcPr>
          <w:p w14:paraId="71CEB0DE" w14:textId="77777777" w:rsidR="002749A3" w:rsidRPr="002749A3" w:rsidRDefault="002749A3" w:rsidP="00CD63E1">
            <w:pPr>
              <w:rPr>
                <w:rFonts w:cs="Times New Roman"/>
                <w:sz w:val="20"/>
                <w:szCs w:val="20"/>
              </w:rPr>
            </w:pPr>
            <w:r w:rsidRPr="002749A3">
              <w:rPr>
                <w:rFonts w:cs="Times New Roman"/>
                <w:sz w:val="20"/>
                <w:szCs w:val="20"/>
              </w:rPr>
              <w:t>21 (17.50)</w:t>
            </w:r>
          </w:p>
        </w:tc>
        <w:tc>
          <w:tcPr>
            <w:tcW w:w="685" w:type="pct"/>
            <w:vAlign w:val="center"/>
          </w:tcPr>
          <w:p w14:paraId="2164233F" w14:textId="77777777" w:rsidR="002749A3" w:rsidRPr="002749A3" w:rsidRDefault="002749A3" w:rsidP="00CD63E1">
            <w:pPr>
              <w:rPr>
                <w:rFonts w:cs="Times New Roman"/>
                <w:sz w:val="20"/>
                <w:szCs w:val="20"/>
              </w:rPr>
            </w:pPr>
            <w:r w:rsidRPr="002749A3">
              <w:rPr>
                <w:rFonts w:cs="Times New Roman"/>
                <w:sz w:val="20"/>
                <w:szCs w:val="20"/>
              </w:rPr>
              <w:t>16 (13.33)</w:t>
            </w:r>
          </w:p>
        </w:tc>
        <w:tc>
          <w:tcPr>
            <w:tcW w:w="588" w:type="pct"/>
            <w:vAlign w:val="center"/>
          </w:tcPr>
          <w:p w14:paraId="19A8DF43" w14:textId="77777777" w:rsidR="002749A3" w:rsidRPr="002749A3" w:rsidRDefault="002749A3" w:rsidP="00CD63E1">
            <w:pPr>
              <w:rPr>
                <w:rFonts w:cs="Times New Roman"/>
                <w:sz w:val="20"/>
                <w:szCs w:val="20"/>
              </w:rPr>
            </w:pPr>
            <w:r w:rsidRPr="002749A3">
              <w:rPr>
                <w:rFonts w:cs="Times New Roman"/>
                <w:sz w:val="20"/>
                <w:szCs w:val="20"/>
              </w:rPr>
              <w:t>18 (15.00)</w:t>
            </w:r>
          </w:p>
        </w:tc>
        <w:tc>
          <w:tcPr>
            <w:tcW w:w="561" w:type="pct"/>
            <w:vAlign w:val="center"/>
          </w:tcPr>
          <w:p w14:paraId="7E89C9BB" w14:textId="77777777" w:rsidR="002749A3" w:rsidRPr="002749A3" w:rsidRDefault="002749A3" w:rsidP="00CD63E1">
            <w:pPr>
              <w:rPr>
                <w:rFonts w:cs="Times New Roman"/>
                <w:sz w:val="20"/>
                <w:szCs w:val="20"/>
              </w:rPr>
            </w:pPr>
            <w:r w:rsidRPr="002749A3">
              <w:rPr>
                <w:rFonts w:cs="Times New Roman"/>
                <w:sz w:val="20"/>
                <w:szCs w:val="20"/>
              </w:rPr>
              <w:t>13 (10.83)</w:t>
            </w:r>
          </w:p>
        </w:tc>
      </w:tr>
      <w:tr w:rsidR="002749A3" w:rsidRPr="002749A3" w14:paraId="4A0B0807" w14:textId="77777777" w:rsidTr="00CD63E1">
        <w:tc>
          <w:tcPr>
            <w:tcW w:w="371" w:type="pct"/>
          </w:tcPr>
          <w:p w14:paraId="1701770A" w14:textId="77777777" w:rsidR="002749A3" w:rsidRPr="002749A3" w:rsidRDefault="002749A3" w:rsidP="00CD63E1">
            <w:pPr>
              <w:spacing w:line="360" w:lineRule="auto"/>
              <w:rPr>
                <w:rFonts w:cs="Times New Roman"/>
                <w:sz w:val="20"/>
                <w:szCs w:val="20"/>
              </w:rPr>
            </w:pPr>
          </w:p>
        </w:tc>
        <w:tc>
          <w:tcPr>
            <w:tcW w:w="986" w:type="pct"/>
          </w:tcPr>
          <w:p w14:paraId="2E406FAF" w14:textId="77777777" w:rsidR="002749A3" w:rsidRPr="002749A3" w:rsidRDefault="002749A3" w:rsidP="00CD63E1">
            <w:pPr>
              <w:spacing w:line="360" w:lineRule="auto"/>
              <w:rPr>
                <w:rFonts w:cs="Times New Roman"/>
                <w:sz w:val="20"/>
                <w:szCs w:val="20"/>
              </w:rPr>
            </w:pPr>
            <w:r w:rsidRPr="002749A3">
              <w:rPr>
                <w:rFonts w:cs="Times New Roman"/>
                <w:sz w:val="20"/>
                <w:szCs w:val="20"/>
              </w:rPr>
              <w:t>No</w:t>
            </w:r>
          </w:p>
        </w:tc>
        <w:tc>
          <w:tcPr>
            <w:tcW w:w="603" w:type="pct"/>
            <w:vAlign w:val="center"/>
          </w:tcPr>
          <w:p w14:paraId="79095720" w14:textId="77777777" w:rsidR="002749A3" w:rsidRPr="002749A3" w:rsidRDefault="002749A3" w:rsidP="00CD63E1">
            <w:pPr>
              <w:rPr>
                <w:rFonts w:cs="Times New Roman"/>
                <w:sz w:val="20"/>
                <w:szCs w:val="20"/>
              </w:rPr>
            </w:pPr>
            <w:r w:rsidRPr="002749A3">
              <w:rPr>
                <w:rFonts w:cs="Times New Roman"/>
                <w:sz w:val="20"/>
                <w:szCs w:val="20"/>
              </w:rPr>
              <w:t>101 (84.17)</w:t>
            </w:r>
          </w:p>
        </w:tc>
        <w:tc>
          <w:tcPr>
            <w:tcW w:w="603" w:type="pct"/>
            <w:vAlign w:val="center"/>
          </w:tcPr>
          <w:p w14:paraId="76605C8F" w14:textId="77777777" w:rsidR="002749A3" w:rsidRPr="002749A3" w:rsidRDefault="002749A3" w:rsidP="00CD63E1">
            <w:pPr>
              <w:rPr>
                <w:rFonts w:cs="Times New Roman"/>
                <w:sz w:val="20"/>
                <w:szCs w:val="20"/>
              </w:rPr>
            </w:pPr>
            <w:r w:rsidRPr="002749A3">
              <w:rPr>
                <w:rFonts w:cs="Times New Roman"/>
                <w:sz w:val="20"/>
                <w:szCs w:val="20"/>
              </w:rPr>
              <w:t>106 (88.33)</w:t>
            </w:r>
          </w:p>
        </w:tc>
        <w:tc>
          <w:tcPr>
            <w:tcW w:w="603" w:type="pct"/>
            <w:vAlign w:val="center"/>
          </w:tcPr>
          <w:p w14:paraId="69CBD68E" w14:textId="77777777" w:rsidR="002749A3" w:rsidRPr="002749A3" w:rsidRDefault="002749A3" w:rsidP="00CD63E1">
            <w:pPr>
              <w:rPr>
                <w:rFonts w:cs="Times New Roman"/>
                <w:sz w:val="20"/>
                <w:szCs w:val="20"/>
              </w:rPr>
            </w:pPr>
            <w:r w:rsidRPr="002749A3">
              <w:rPr>
                <w:rFonts w:cs="Times New Roman"/>
                <w:sz w:val="20"/>
                <w:szCs w:val="20"/>
              </w:rPr>
              <w:t>99 (82.50)</w:t>
            </w:r>
          </w:p>
        </w:tc>
        <w:tc>
          <w:tcPr>
            <w:tcW w:w="685" w:type="pct"/>
            <w:vAlign w:val="center"/>
          </w:tcPr>
          <w:p w14:paraId="4BF2E21F" w14:textId="77777777" w:rsidR="002749A3" w:rsidRPr="002749A3" w:rsidRDefault="002749A3" w:rsidP="00CD63E1">
            <w:pPr>
              <w:rPr>
                <w:rFonts w:cs="Times New Roman"/>
                <w:sz w:val="20"/>
                <w:szCs w:val="20"/>
              </w:rPr>
            </w:pPr>
            <w:r w:rsidRPr="002749A3">
              <w:rPr>
                <w:rFonts w:cs="Times New Roman"/>
                <w:sz w:val="20"/>
                <w:szCs w:val="20"/>
              </w:rPr>
              <w:t>104 (86.67)</w:t>
            </w:r>
          </w:p>
        </w:tc>
        <w:tc>
          <w:tcPr>
            <w:tcW w:w="588" w:type="pct"/>
            <w:vAlign w:val="center"/>
          </w:tcPr>
          <w:p w14:paraId="3FD9A59D" w14:textId="77777777" w:rsidR="002749A3" w:rsidRPr="002749A3" w:rsidRDefault="002749A3" w:rsidP="00CD63E1">
            <w:pPr>
              <w:rPr>
                <w:rFonts w:cs="Times New Roman"/>
                <w:sz w:val="20"/>
                <w:szCs w:val="20"/>
              </w:rPr>
            </w:pPr>
            <w:r w:rsidRPr="002749A3">
              <w:rPr>
                <w:rFonts w:cs="Times New Roman"/>
                <w:sz w:val="20"/>
                <w:szCs w:val="20"/>
              </w:rPr>
              <w:t>102 (85.00)</w:t>
            </w:r>
          </w:p>
        </w:tc>
        <w:tc>
          <w:tcPr>
            <w:tcW w:w="561" w:type="pct"/>
            <w:vAlign w:val="center"/>
          </w:tcPr>
          <w:p w14:paraId="1BB35686" w14:textId="77777777" w:rsidR="002749A3" w:rsidRPr="002749A3" w:rsidRDefault="002749A3" w:rsidP="00CD63E1">
            <w:pPr>
              <w:rPr>
                <w:rFonts w:cs="Times New Roman"/>
                <w:sz w:val="20"/>
                <w:szCs w:val="20"/>
              </w:rPr>
            </w:pPr>
            <w:r w:rsidRPr="002749A3">
              <w:rPr>
                <w:rFonts w:cs="Times New Roman"/>
                <w:sz w:val="20"/>
                <w:szCs w:val="20"/>
              </w:rPr>
              <w:t>107 (89.17)</w:t>
            </w:r>
          </w:p>
        </w:tc>
      </w:tr>
      <w:tr w:rsidR="002749A3" w:rsidRPr="002749A3" w14:paraId="2A9F6F74" w14:textId="77777777" w:rsidTr="00CD63E1">
        <w:tc>
          <w:tcPr>
            <w:tcW w:w="371" w:type="pct"/>
          </w:tcPr>
          <w:p w14:paraId="243FDAF9"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4.</w:t>
            </w:r>
          </w:p>
        </w:tc>
        <w:tc>
          <w:tcPr>
            <w:tcW w:w="4629" w:type="pct"/>
            <w:gridSpan w:val="7"/>
          </w:tcPr>
          <w:p w14:paraId="40C0418C" w14:textId="77777777" w:rsidR="002749A3" w:rsidRPr="002749A3" w:rsidRDefault="002749A3" w:rsidP="00CD63E1">
            <w:pPr>
              <w:spacing w:line="360" w:lineRule="auto"/>
              <w:rPr>
                <w:rFonts w:cs="Times New Roman"/>
                <w:b/>
                <w:sz w:val="20"/>
                <w:szCs w:val="20"/>
              </w:rPr>
            </w:pPr>
            <w:r w:rsidRPr="002749A3">
              <w:rPr>
                <w:rFonts w:cs="Times New Roman"/>
                <w:b/>
                <w:sz w:val="20"/>
                <w:szCs w:val="20"/>
              </w:rPr>
              <w:t>Average age at sale of adult birds</w:t>
            </w:r>
          </w:p>
        </w:tc>
      </w:tr>
      <w:tr w:rsidR="002749A3" w:rsidRPr="002749A3" w14:paraId="11178800" w14:textId="77777777" w:rsidTr="00CD63E1">
        <w:tc>
          <w:tcPr>
            <w:tcW w:w="371" w:type="pct"/>
          </w:tcPr>
          <w:p w14:paraId="41837594" w14:textId="77777777" w:rsidR="002749A3" w:rsidRPr="002749A3" w:rsidRDefault="002749A3" w:rsidP="00CD63E1">
            <w:pPr>
              <w:spacing w:line="360" w:lineRule="auto"/>
              <w:rPr>
                <w:rFonts w:cs="Times New Roman"/>
                <w:sz w:val="20"/>
                <w:szCs w:val="20"/>
              </w:rPr>
            </w:pPr>
          </w:p>
        </w:tc>
        <w:tc>
          <w:tcPr>
            <w:tcW w:w="986" w:type="pct"/>
          </w:tcPr>
          <w:p w14:paraId="6B4290B2" w14:textId="77777777" w:rsidR="002749A3" w:rsidRPr="002749A3" w:rsidRDefault="002749A3" w:rsidP="00CD63E1">
            <w:pPr>
              <w:spacing w:line="360" w:lineRule="auto"/>
              <w:rPr>
                <w:rFonts w:cs="Times New Roman"/>
                <w:sz w:val="20"/>
                <w:szCs w:val="20"/>
              </w:rPr>
            </w:pPr>
            <w:r w:rsidRPr="002749A3">
              <w:rPr>
                <w:rFonts w:cs="Times New Roman"/>
                <w:sz w:val="20"/>
                <w:szCs w:val="20"/>
              </w:rPr>
              <w:t>2 years</w:t>
            </w:r>
          </w:p>
        </w:tc>
        <w:tc>
          <w:tcPr>
            <w:tcW w:w="603" w:type="pct"/>
            <w:vAlign w:val="center"/>
          </w:tcPr>
          <w:p w14:paraId="73B5E603" w14:textId="77777777" w:rsidR="002749A3" w:rsidRPr="002749A3" w:rsidRDefault="002749A3" w:rsidP="00CD63E1">
            <w:pPr>
              <w:rPr>
                <w:rFonts w:cs="Times New Roman"/>
                <w:sz w:val="20"/>
                <w:szCs w:val="20"/>
              </w:rPr>
            </w:pPr>
            <w:r w:rsidRPr="002749A3">
              <w:rPr>
                <w:rFonts w:cs="Times New Roman"/>
                <w:sz w:val="20"/>
                <w:szCs w:val="20"/>
              </w:rPr>
              <w:t>43 (35.83)</w:t>
            </w:r>
          </w:p>
        </w:tc>
        <w:tc>
          <w:tcPr>
            <w:tcW w:w="603" w:type="pct"/>
            <w:vAlign w:val="center"/>
          </w:tcPr>
          <w:p w14:paraId="2445E9EB" w14:textId="77777777" w:rsidR="002749A3" w:rsidRPr="002749A3" w:rsidRDefault="002749A3" w:rsidP="00CD63E1">
            <w:pPr>
              <w:rPr>
                <w:rFonts w:cs="Times New Roman"/>
                <w:sz w:val="20"/>
                <w:szCs w:val="20"/>
              </w:rPr>
            </w:pPr>
            <w:r w:rsidRPr="002749A3">
              <w:rPr>
                <w:rFonts w:cs="Times New Roman"/>
                <w:sz w:val="20"/>
                <w:szCs w:val="20"/>
              </w:rPr>
              <w:t>48 (40.00)</w:t>
            </w:r>
          </w:p>
        </w:tc>
        <w:tc>
          <w:tcPr>
            <w:tcW w:w="603" w:type="pct"/>
            <w:vAlign w:val="center"/>
          </w:tcPr>
          <w:p w14:paraId="292B9458" w14:textId="77777777" w:rsidR="002749A3" w:rsidRPr="002749A3" w:rsidRDefault="002749A3" w:rsidP="00CD63E1">
            <w:pPr>
              <w:rPr>
                <w:rFonts w:cs="Times New Roman"/>
                <w:sz w:val="20"/>
                <w:szCs w:val="20"/>
              </w:rPr>
            </w:pPr>
            <w:r w:rsidRPr="002749A3">
              <w:rPr>
                <w:rFonts w:cs="Times New Roman"/>
                <w:sz w:val="20"/>
                <w:szCs w:val="20"/>
              </w:rPr>
              <w:t>36 (30.00)</w:t>
            </w:r>
          </w:p>
        </w:tc>
        <w:tc>
          <w:tcPr>
            <w:tcW w:w="685" w:type="pct"/>
            <w:vAlign w:val="center"/>
          </w:tcPr>
          <w:p w14:paraId="07E6C1C0" w14:textId="77777777" w:rsidR="002749A3" w:rsidRPr="002749A3" w:rsidRDefault="002749A3" w:rsidP="00CD63E1">
            <w:pPr>
              <w:rPr>
                <w:rFonts w:cs="Times New Roman"/>
                <w:sz w:val="20"/>
                <w:szCs w:val="20"/>
              </w:rPr>
            </w:pPr>
            <w:r w:rsidRPr="002749A3">
              <w:rPr>
                <w:rFonts w:cs="Times New Roman"/>
                <w:sz w:val="20"/>
                <w:szCs w:val="20"/>
              </w:rPr>
              <w:t>42 (35.00)</w:t>
            </w:r>
          </w:p>
        </w:tc>
        <w:tc>
          <w:tcPr>
            <w:tcW w:w="588" w:type="pct"/>
            <w:vAlign w:val="center"/>
          </w:tcPr>
          <w:p w14:paraId="3AA384B1" w14:textId="77777777" w:rsidR="002749A3" w:rsidRPr="002749A3" w:rsidRDefault="002749A3" w:rsidP="00CD63E1">
            <w:pPr>
              <w:rPr>
                <w:rFonts w:cs="Times New Roman"/>
                <w:sz w:val="20"/>
                <w:szCs w:val="20"/>
              </w:rPr>
            </w:pPr>
            <w:r w:rsidRPr="002749A3">
              <w:rPr>
                <w:rFonts w:cs="Times New Roman"/>
                <w:sz w:val="20"/>
                <w:szCs w:val="20"/>
              </w:rPr>
              <w:t>40 (33.33)</w:t>
            </w:r>
          </w:p>
        </w:tc>
        <w:tc>
          <w:tcPr>
            <w:tcW w:w="561" w:type="pct"/>
            <w:vAlign w:val="center"/>
          </w:tcPr>
          <w:p w14:paraId="2E265F01" w14:textId="77777777" w:rsidR="002749A3" w:rsidRPr="002749A3" w:rsidRDefault="002749A3" w:rsidP="00CD63E1">
            <w:pPr>
              <w:rPr>
                <w:rFonts w:cs="Times New Roman"/>
                <w:sz w:val="20"/>
                <w:szCs w:val="20"/>
              </w:rPr>
            </w:pPr>
            <w:r w:rsidRPr="002749A3">
              <w:rPr>
                <w:rFonts w:cs="Times New Roman"/>
                <w:sz w:val="20"/>
                <w:szCs w:val="20"/>
              </w:rPr>
              <w:t>45 (37.50)</w:t>
            </w:r>
          </w:p>
        </w:tc>
      </w:tr>
      <w:tr w:rsidR="002749A3" w:rsidRPr="002749A3" w14:paraId="74DD0EA4" w14:textId="77777777" w:rsidTr="00CD63E1">
        <w:tc>
          <w:tcPr>
            <w:tcW w:w="371" w:type="pct"/>
          </w:tcPr>
          <w:p w14:paraId="4EC92B49" w14:textId="77777777" w:rsidR="002749A3" w:rsidRPr="002749A3" w:rsidRDefault="002749A3" w:rsidP="00CD63E1">
            <w:pPr>
              <w:spacing w:line="360" w:lineRule="auto"/>
              <w:rPr>
                <w:rFonts w:cs="Times New Roman"/>
                <w:sz w:val="20"/>
                <w:szCs w:val="20"/>
              </w:rPr>
            </w:pPr>
          </w:p>
        </w:tc>
        <w:tc>
          <w:tcPr>
            <w:tcW w:w="986" w:type="pct"/>
          </w:tcPr>
          <w:p w14:paraId="168E6DB5" w14:textId="77777777" w:rsidR="002749A3" w:rsidRPr="002749A3" w:rsidRDefault="002749A3" w:rsidP="00CD63E1">
            <w:pPr>
              <w:spacing w:line="360" w:lineRule="auto"/>
              <w:rPr>
                <w:rFonts w:cs="Times New Roman"/>
                <w:sz w:val="20"/>
                <w:szCs w:val="20"/>
              </w:rPr>
            </w:pPr>
            <w:r w:rsidRPr="002749A3">
              <w:rPr>
                <w:rFonts w:cs="Times New Roman"/>
                <w:sz w:val="20"/>
                <w:szCs w:val="20"/>
              </w:rPr>
              <w:t>2.5 years</w:t>
            </w:r>
          </w:p>
        </w:tc>
        <w:tc>
          <w:tcPr>
            <w:tcW w:w="603" w:type="pct"/>
            <w:vAlign w:val="center"/>
          </w:tcPr>
          <w:p w14:paraId="71137897" w14:textId="77777777" w:rsidR="002749A3" w:rsidRPr="002749A3" w:rsidRDefault="002749A3" w:rsidP="00CD63E1">
            <w:pPr>
              <w:rPr>
                <w:rFonts w:cs="Times New Roman"/>
                <w:sz w:val="20"/>
                <w:szCs w:val="20"/>
              </w:rPr>
            </w:pPr>
            <w:r w:rsidRPr="002749A3">
              <w:rPr>
                <w:rFonts w:cs="Times New Roman"/>
                <w:sz w:val="20"/>
                <w:szCs w:val="20"/>
              </w:rPr>
              <w:t>57 (47.50)</w:t>
            </w:r>
          </w:p>
        </w:tc>
        <w:tc>
          <w:tcPr>
            <w:tcW w:w="603" w:type="pct"/>
            <w:vAlign w:val="center"/>
          </w:tcPr>
          <w:p w14:paraId="13062FC5" w14:textId="77777777" w:rsidR="002749A3" w:rsidRPr="002749A3" w:rsidRDefault="002749A3" w:rsidP="00CD63E1">
            <w:pPr>
              <w:rPr>
                <w:rFonts w:cs="Times New Roman"/>
                <w:sz w:val="20"/>
                <w:szCs w:val="20"/>
              </w:rPr>
            </w:pPr>
            <w:r w:rsidRPr="002749A3">
              <w:rPr>
                <w:rFonts w:cs="Times New Roman"/>
                <w:sz w:val="20"/>
                <w:szCs w:val="20"/>
              </w:rPr>
              <w:t>51 (42.50)</w:t>
            </w:r>
          </w:p>
        </w:tc>
        <w:tc>
          <w:tcPr>
            <w:tcW w:w="603" w:type="pct"/>
            <w:vAlign w:val="center"/>
          </w:tcPr>
          <w:p w14:paraId="6F63563B" w14:textId="77777777" w:rsidR="002749A3" w:rsidRPr="002749A3" w:rsidRDefault="002749A3" w:rsidP="00CD63E1">
            <w:pPr>
              <w:rPr>
                <w:rFonts w:cs="Times New Roman"/>
                <w:sz w:val="20"/>
                <w:szCs w:val="20"/>
              </w:rPr>
            </w:pPr>
            <w:r w:rsidRPr="002749A3">
              <w:rPr>
                <w:rFonts w:cs="Times New Roman"/>
                <w:sz w:val="20"/>
                <w:szCs w:val="20"/>
              </w:rPr>
              <w:t>63 (52.50)</w:t>
            </w:r>
          </w:p>
        </w:tc>
        <w:tc>
          <w:tcPr>
            <w:tcW w:w="685" w:type="pct"/>
            <w:vAlign w:val="center"/>
          </w:tcPr>
          <w:p w14:paraId="50F00214" w14:textId="77777777" w:rsidR="002749A3" w:rsidRPr="002749A3" w:rsidRDefault="002749A3" w:rsidP="00CD63E1">
            <w:pPr>
              <w:rPr>
                <w:rFonts w:cs="Times New Roman"/>
                <w:sz w:val="20"/>
                <w:szCs w:val="20"/>
              </w:rPr>
            </w:pPr>
            <w:r w:rsidRPr="002749A3">
              <w:rPr>
                <w:rFonts w:cs="Times New Roman"/>
                <w:sz w:val="20"/>
                <w:szCs w:val="20"/>
              </w:rPr>
              <w:t>57 (47.50)</w:t>
            </w:r>
          </w:p>
        </w:tc>
        <w:tc>
          <w:tcPr>
            <w:tcW w:w="588" w:type="pct"/>
            <w:vAlign w:val="center"/>
          </w:tcPr>
          <w:p w14:paraId="228CA1CB" w14:textId="77777777" w:rsidR="002749A3" w:rsidRPr="002749A3" w:rsidRDefault="002749A3" w:rsidP="00CD63E1">
            <w:pPr>
              <w:rPr>
                <w:rFonts w:cs="Times New Roman"/>
                <w:sz w:val="20"/>
                <w:szCs w:val="20"/>
              </w:rPr>
            </w:pPr>
            <w:r w:rsidRPr="002749A3">
              <w:rPr>
                <w:rFonts w:cs="Times New Roman"/>
                <w:sz w:val="20"/>
                <w:szCs w:val="20"/>
              </w:rPr>
              <w:t>60 (50.00)</w:t>
            </w:r>
          </w:p>
        </w:tc>
        <w:tc>
          <w:tcPr>
            <w:tcW w:w="561" w:type="pct"/>
            <w:vAlign w:val="center"/>
          </w:tcPr>
          <w:p w14:paraId="0827AB23" w14:textId="77777777" w:rsidR="002749A3" w:rsidRPr="002749A3" w:rsidRDefault="002749A3" w:rsidP="00CD63E1">
            <w:pPr>
              <w:rPr>
                <w:rFonts w:cs="Times New Roman"/>
                <w:sz w:val="20"/>
                <w:szCs w:val="20"/>
              </w:rPr>
            </w:pPr>
            <w:r w:rsidRPr="002749A3">
              <w:rPr>
                <w:rFonts w:cs="Times New Roman"/>
                <w:sz w:val="20"/>
                <w:szCs w:val="20"/>
              </w:rPr>
              <w:t>54 (45.00)</w:t>
            </w:r>
          </w:p>
        </w:tc>
      </w:tr>
      <w:tr w:rsidR="002749A3" w:rsidRPr="002749A3" w14:paraId="5F53CFA8" w14:textId="77777777" w:rsidTr="00CD63E1">
        <w:tc>
          <w:tcPr>
            <w:tcW w:w="371" w:type="pct"/>
          </w:tcPr>
          <w:p w14:paraId="5F879ADE" w14:textId="77777777" w:rsidR="002749A3" w:rsidRPr="002749A3" w:rsidRDefault="002749A3" w:rsidP="00CD63E1">
            <w:pPr>
              <w:spacing w:line="360" w:lineRule="auto"/>
              <w:rPr>
                <w:rFonts w:cs="Times New Roman"/>
                <w:sz w:val="20"/>
                <w:szCs w:val="20"/>
              </w:rPr>
            </w:pPr>
          </w:p>
        </w:tc>
        <w:tc>
          <w:tcPr>
            <w:tcW w:w="986" w:type="pct"/>
          </w:tcPr>
          <w:p w14:paraId="704D2910" w14:textId="77777777" w:rsidR="002749A3" w:rsidRPr="002749A3" w:rsidRDefault="002749A3" w:rsidP="00CD63E1">
            <w:pPr>
              <w:spacing w:line="360" w:lineRule="auto"/>
              <w:rPr>
                <w:rFonts w:cs="Times New Roman"/>
                <w:sz w:val="20"/>
                <w:szCs w:val="20"/>
              </w:rPr>
            </w:pPr>
            <w:r w:rsidRPr="002749A3">
              <w:rPr>
                <w:rFonts w:cs="Times New Roman"/>
                <w:sz w:val="20"/>
                <w:szCs w:val="20"/>
              </w:rPr>
              <w:t>3 years</w:t>
            </w:r>
          </w:p>
        </w:tc>
        <w:tc>
          <w:tcPr>
            <w:tcW w:w="603" w:type="pct"/>
            <w:vAlign w:val="center"/>
          </w:tcPr>
          <w:p w14:paraId="5B2D32A9" w14:textId="77777777" w:rsidR="002749A3" w:rsidRPr="002749A3" w:rsidRDefault="002749A3" w:rsidP="00CD63E1">
            <w:pPr>
              <w:rPr>
                <w:rFonts w:cs="Times New Roman"/>
                <w:sz w:val="20"/>
                <w:szCs w:val="20"/>
              </w:rPr>
            </w:pPr>
            <w:r w:rsidRPr="002749A3">
              <w:rPr>
                <w:rFonts w:cs="Times New Roman"/>
                <w:sz w:val="20"/>
                <w:szCs w:val="20"/>
              </w:rPr>
              <w:t>20 (16.67)</w:t>
            </w:r>
          </w:p>
        </w:tc>
        <w:tc>
          <w:tcPr>
            <w:tcW w:w="603" w:type="pct"/>
            <w:vAlign w:val="center"/>
          </w:tcPr>
          <w:p w14:paraId="6FFD744E" w14:textId="77777777" w:rsidR="002749A3" w:rsidRPr="002749A3" w:rsidRDefault="002749A3" w:rsidP="00CD63E1">
            <w:pPr>
              <w:rPr>
                <w:rFonts w:cs="Times New Roman"/>
                <w:sz w:val="20"/>
                <w:szCs w:val="20"/>
              </w:rPr>
            </w:pPr>
            <w:r w:rsidRPr="002749A3">
              <w:rPr>
                <w:rFonts w:cs="Times New Roman"/>
                <w:sz w:val="20"/>
                <w:szCs w:val="20"/>
              </w:rPr>
              <w:t>21 (17.50)</w:t>
            </w:r>
          </w:p>
        </w:tc>
        <w:tc>
          <w:tcPr>
            <w:tcW w:w="603" w:type="pct"/>
            <w:vAlign w:val="center"/>
          </w:tcPr>
          <w:p w14:paraId="6963B84A" w14:textId="77777777" w:rsidR="002749A3" w:rsidRPr="002749A3" w:rsidRDefault="002749A3" w:rsidP="00CD63E1">
            <w:pPr>
              <w:rPr>
                <w:rFonts w:cs="Times New Roman"/>
                <w:sz w:val="20"/>
                <w:szCs w:val="20"/>
              </w:rPr>
            </w:pPr>
            <w:r w:rsidRPr="002749A3">
              <w:rPr>
                <w:rFonts w:cs="Times New Roman"/>
                <w:sz w:val="20"/>
                <w:szCs w:val="20"/>
              </w:rPr>
              <w:t>21 (17.50)</w:t>
            </w:r>
          </w:p>
        </w:tc>
        <w:tc>
          <w:tcPr>
            <w:tcW w:w="685" w:type="pct"/>
            <w:vAlign w:val="center"/>
          </w:tcPr>
          <w:p w14:paraId="31A1D4B6" w14:textId="77777777" w:rsidR="002749A3" w:rsidRPr="002749A3" w:rsidRDefault="002749A3" w:rsidP="00CD63E1">
            <w:pPr>
              <w:rPr>
                <w:rFonts w:cs="Times New Roman"/>
                <w:sz w:val="20"/>
                <w:szCs w:val="20"/>
              </w:rPr>
            </w:pPr>
            <w:r w:rsidRPr="002749A3">
              <w:rPr>
                <w:rFonts w:cs="Times New Roman"/>
                <w:sz w:val="20"/>
                <w:szCs w:val="20"/>
              </w:rPr>
              <w:t>21 (17.50)</w:t>
            </w:r>
          </w:p>
        </w:tc>
        <w:tc>
          <w:tcPr>
            <w:tcW w:w="588" w:type="pct"/>
            <w:vAlign w:val="center"/>
          </w:tcPr>
          <w:p w14:paraId="286A1E30" w14:textId="77777777" w:rsidR="002749A3" w:rsidRPr="002749A3" w:rsidRDefault="002749A3" w:rsidP="00CD63E1">
            <w:pPr>
              <w:rPr>
                <w:rFonts w:cs="Times New Roman"/>
                <w:sz w:val="20"/>
                <w:szCs w:val="20"/>
              </w:rPr>
            </w:pPr>
            <w:r w:rsidRPr="002749A3">
              <w:rPr>
                <w:rFonts w:cs="Times New Roman"/>
                <w:sz w:val="20"/>
                <w:szCs w:val="20"/>
              </w:rPr>
              <w:t>20 (16.67)</w:t>
            </w:r>
          </w:p>
        </w:tc>
        <w:tc>
          <w:tcPr>
            <w:tcW w:w="561" w:type="pct"/>
            <w:vAlign w:val="center"/>
          </w:tcPr>
          <w:p w14:paraId="0A14E9A3" w14:textId="77777777" w:rsidR="002749A3" w:rsidRPr="002749A3" w:rsidRDefault="002749A3" w:rsidP="00CD63E1">
            <w:pPr>
              <w:rPr>
                <w:rFonts w:cs="Times New Roman"/>
                <w:sz w:val="20"/>
                <w:szCs w:val="20"/>
              </w:rPr>
            </w:pPr>
            <w:r w:rsidRPr="002749A3">
              <w:rPr>
                <w:rFonts w:cs="Times New Roman"/>
                <w:sz w:val="20"/>
                <w:szCs w:val="20"/>
              </w:rPr>
              <w:t>21 (17.50)</w:t>
            </w:r>
          </w:p>
        </w:tc>
      </w:tr>
    </w:tbl>
    <w:p w14:paraId="2D5237C6" w14:textId="77777777" w:rsidR="008F0480" w:rsidRPr="002749A3" w:rsidRDefault="008F0480">
      <w:pPr>
        <w:jc w:val="both"/>
        <w:rPr>
          <w:sz w:val="18"/>
        </w:rPr>
      </w:pPr>
      <w:r w:rsidRPr="007D0844">
        <w:rPr>
          <w:rFonts w:cs="Times New Roman"/>
          <w:sz w:val="20"/>
          <w:szCs w:val="24"/>
        </w:rPr>
        <w:t>(Figure in Parenthesis indicate percentage), EP – Eastern Plain, NEP – North Eastern Plain</w:t>
      </w:r>
      <w:r w:rsidR="0022412A">
        <w:rPr>
          <w:rFonts w:cs="Times New Roman"/>
          <w:sz w:val="20"/>
          <w:szCs w:val="24"/>
        </w:rPr>
        <w:t xml:space="preserve">, n- No of respondents </w:t>
      </w:r>
    </w:p>
    <w:p w14:paraId="4632754E" w14:textId="77777777" w:rsidR="0062046C" w:rsidRDefault="00CD63E1">
      <w:r>
        <w:rPr>
          <w:b/>
        </w:rPr>
        <w:t>4. Conclusion</w:t>
      </w:r>
    </w:p>
    <w:p w14:paraId="18CB0B07" w14:textId="77777777" w:rsidR="0062046C" w:rsidRDefault="00CD63E1">
      <w:pPr>
        <w:jc w:val="both"/>
      </w:pPr>
      <w:r>
        <w:t>The present study showed that backyard poultry farming in the Eastern Plain and North Eastern Plain zones of Uttar Pradesh was mainly traditional, low-input, and influenced by season. Semi-intensive rearing with free-range access, kaccha housing, scavenging-based feeding, natural breeding, self-treatment of sick birds, and doorstep marketing were the major features of the system. Seasonal differences were clearly seen in floor type, litter use, watering pattern, hatchability perception, and disease incidence, especially during the rainy season.</w:t>
      </w:r>
    </w:p>
    <w:p w14:paraId="4072CF47" w14:textId="77777777" w:rsidR="0062046C" w:rsidRDefault="00CD63E1">
      <w:pPr>
        <w:jc w:val="both"/>
      </w:pPr>
      <w:r>
        <w:t>The study also showed poor adoption of scientific practices such as vaccination, deworming, disinfection, record keeping, and improved feed storage. Therefore, there is good scope to improve backyard poultry production in the study area through farmer training, veterinary extension services, and season-specific management recommendations.</w:t>
      </w:r>
    </w:p>
    <w:p w14:paraId="0F86B86E" w14:textId="77777777" w:rsidR="0062046C" w:rsidRDefault="00CD63E1">
      <w:r>
        <w:rPr>
          <w:b/>
        </w:rPr>
        <w:t>References</w:t>
      </w:r>
    </w:p>
    <w:p w14:paraId="3E5DFB13" w14:textId="77777777" w:rsidR="0062046C" w:rsidRDefault="00CD63E1">
      <w:pPr>
        <w:spacing w:after="40"/>
        <w:ind w:left="288" w:hanging="288"/>
        <w:jc w:val="both"/>
      </w:pPr>
      <w:r>
        <w:t xml:space="preserve">Billah, S.M., Nargis, F., Hossain, M.E., </w:t>
      </w:r>
      <w:proofErr w:type="spellStart"/>
      <w:r>
        <w:t>Howlider</w:t>
      </w:r>
      <w:proofErr w:type="spellEnd"/>
      <w:r>
        <w:t>, M.A.R. and Lee, S.H. 2013. Family poultry production and consumption patterns in selected households of Bangladesh. Journal of Agricultural Extension and Rural Development, 1(1): 8-14.</w:t>
      </w:r>
    </w:p>
    <w:p w14:paraId="3675DAB3" w14:textId="77777777" w:rsidR="0062046C" w:rsidRDefault="00CD63E1">
      <w:pPr>
        <w:spacing w:after="40"/>
        <w:ind w:left="288" w:hanging="288"/>
        <w:jc w:val="both"/>
      </w:pPr>
      <w:proofErr w:type="spellStart"/>
      <w:r>
        <w:t>Bugalia</w:t>
      </w:r>
      <w:proofErr w:type="spellEnd"/>
      <w:r>
        <w:t xml:space="preserve">, H.L. and Kumar, L. 2021. Feeding, breeding and management practices of backyard poultry rearing in </w:t>
      </w:r>
      <w:proofErr w:type="spellStart"/>
      <w:r>
        <w:t>Banswara</w:t>
      </w:r>
      <w:proofErr w:type="spellEnd"/>
      <w:r>
        <w:t xml:space="preserve"> district of Rajasthan. The Pharma Innovation Journal, SP-10(10): 626-628.</w:t>
      </w:r>
    </w:p>
    <w:p w14:paraId="6253D3DA" w14:textId="77777777" w:rsidR="0062046C" w:rsidRDefault="00CD63E1">
      <w:pPr>
        <w:spacing w:after="40"/>
        <w:ind w:left="288" w:hanging="288"/>
        <w:jc w:val="both"/>
      </w:pPr>
      <w:r>
        <w:lastRenderedPageBreak/>
        <w:t xml:space="preserve">Choudhary, M.S., Kumar, P., Bhushan, B. and </w:t>
      </w:r>
      <w:proofErr w:type="spellStart"/>
      <w:r>
        <w:t>Bafanda</w:t>
      </w:r>
      <w:proofErr w:type="spellEnd"/>
      <w:r>
        <w:t>, R.A. 2018. Relationship between the differential managemental practices of poultry owners and their socio-personal, socio-economic and communicational characteristics in Rajouri District of Jammu and Kashmir State. International Journal of Current Microbiology and Applied Sciences, 7(08): 4533-4543.</w:t>
      </w:r>
    </w:p>
    <w:p w14:paraId="44F32F55" w14:textId="77777777" w:rsidR="0062046C" w:rsidRDefault="00CD63E1">
      <w:pPr>
        <w:spacing w:after="40"/>
        <w:ind w:left="288" w:hanging="288"/>
        <w:jc w:val="both"/>
      </w:pPr>
      <w:r>
        <w:t>Deka, P. and Thakur, D. 2013. Status of backyard poultry farming in Himalayan regions of India. Indian Journal of Poultry Science, 47(1): 102-105.</w:t>
      </w:r>
    </w:p>
    <w:p w14:paraId="406BA140" w14:textId="77777777" w:rsidR="0062046C" w:rsidRDefault="00CD63E1">
      <w:pPr>
        <w:spacing w:after="40"/>
        <w:ind w:left="288" w:hanging="288"/>
        <w:jc w:val="both"/>
      </w:pPr>
      <w:proofErr w:type="spellStart"/>
      <w:r>
        <w:t>Desalew</w:t>
      </w:r>
      <w:proofErr w:type="spellEnd"/>
      <w:r>
        <w:t xml:space="preserve">, T., Singh, H., </w:t>
      </w:r>
      <w:proofErr w:type="spellStart"/>
      <w:r>
        <w:t>Ashenefi</w:t>
      </w:r>
      <w:proofErr w:type="spellEnd"/>
      <w:r>
        <w:t xml:space="preserve">, M., </w:t>
      </w:r>
      <w:proofErr w:type="spellStart"/>
      <w:r>
        <w:t>Wondimeneh</w:t>
      </w:r>
      <w:proofErr w:type="spellEnd"/>
      <w:r>
        <w:t xml:space="preserve">, E. and </w:t>
      </w:r>
      <w:proofErr w:type="spellStart"/>
      <w:r>
        <w:t>Tadelle</w:t>
      </w:r>
      <w:proofErr w:type="spellEnd"/>
      <w:r>
        <w:t>, D. 2013. Study on management practices and marketing systems of village chicken in East Shewa, Ethiopia. African Journal of Agricultural Research, 8(22): 2696-2702.</w:t>
      </w:r>
    </w:p>
    <w:p w14:paraId="7C15F820" w14:textId="77777777" w:rsidR="0062046C" w:rsidRDefault="00CD63E1">
      <w:pPr>
        <w:spacing w:after="40"/>
        <w:ind w:left="288" w:hanging="288"/>
        <w:jc w:val="both"/>
      </w:pPr>
      <w:r>
        <w:t>Dhara, S., Ghosh, A. and Mondal, S. 2022. Health care practices in backyard poultry farming during the rainy season in West Bengal. Indian Journal of Veterinary Medicine, 42(2): 34-41.</w:t>
      </w:r>
    </w:p>
    <w:p w14:paraId="71DCE8B2" w14:textId="77777777" w:rsidR="0062046C" w:rsidRDefault="00CD63E1">
      <w:pPr>
        <w:spacing w:after="40"/>
        <w:ind w:left="288" w:hanging="288"/>
        <w:jc w:val="both"/>
      </w:pPr>
      <w:r>
        <w:t xml:space="preserve">Dinka, H., Chala, R., </w:t>
      </w:r>
      <w:proofErr w:type="spellStart"/>
      <w:r>
        <w:t>Dawo</w:t>
      </w:r>
      <w:proofErr w:type="spellEnd"/>
      <w:r>
        <w:t>, F., Bekana, E. and Leta, S. 2010a. Major constraints and health management of village poultry production in Rift Valley of Oromia, Ethiopia. American-Eurasian Journal of Agricultural and Environmental Sciences, 9(5): 529-533.</w:t>
      </w:r>
    </w:p>
    <w:p w14:paraId="42D7E548" w14:textId="77777777" w:rsidR="0062046C" w:rsidRDefault="00CD63E1">
      <w:pPr>
        <w:spacing w:after="40"/>
        <w:ind w:left="288" w:hanging="288"/>
        <w:jc w:val="both"/>
      </w:pPr>
      <w:r>
        <w:t>Halim, A. 1988. Institutional reports on farming system research with particular reference to activities on livestock and poultry. Bangladesh Agricultural Research Council, Dhaka, Bangladesh.</w:t>
      </w:r>
    </w:p>
    <w:p w14:paraId="6F83D54B" w14:textId="77777777" w:rsidR="0062046C" w:rsidRDefault="00CD63E1">
      <w:pPr>
        <w:spacing w:after="40"/>
        <w:ind w:left="288" w:hanging="288"/>
        <w:jc w:val="both"/>
      </w:pPr>
      <w:proofErr w:type="spellStart"/>
      <w:r>
        <w:t>Khandait</w:t>
      </w:r>
      <w:proofErr w:type="spellEnd"/>
      <w:r>
        <w:t xml:space="preserve">, V., Gawande, S., </w:t>
      </w:r>
      <w:proofErr w:type="spellStart"/>
      <w:r>
        <w:t>Lohakare</w:t>
      </w:r>
      <w:proofErr w:type="spellEnd"/>
      <w:r>
        <w:t xml:space="preserve">, A. and </w:t>
      </w:r>
      <w:proofErr w:type="spellStart"/>
      <w:r>
        <w:t>Dhenge</w:t>
      </w:r>
      <w:proofErr w:type="spellEnd"/>
      <w:r>
        <w:t>, S. 2011. Adoption level and constraints in backyard chicken rearing practices at Bhandara district of Maharashtra, India. Research Journal of Agricultural Science, 2(1): 110-113.</w:t>
      </w:r>
    </w:p>
    <w:p w14:paraId="2F9A8BCB" w14:textId="77777777" w:rsidR="0062046C" w:rsidRDefault="00CD63E1">
      <w:pPr>
        <w:spacing w:after="40"/>
        <w:ind w:left="288" w:hanging="288"/>
        <w:jc w:val="both"/>
      </w:pPr>
      <w:proofErr w:type="spellStart"/>
      <w:r>
        <w:t>Khandait</w:t>
      </w:r>
      <w:proofErr w:type="spellEnd"/>
      <w:r>
        <w:t>, V.N. 2008. Adoption of backyard poultry practices in Bhandara district of Maharashtra. M.Sc. (Ag.) Thesis, Maharashtra Animal and Fishery Sciences University, Nagpur, India.</w:t>
      </w:r>
    </w:p>
    <w:p w14:paraId="56F1B3CD" w14:textId="77777777" w:rsidR="0062046C" w:rsidRDefault="00CD63E1">
      <w:pPr>
        <w:spacing w:after="40"/>
        <w:ind w:left="288" w:hanging="288"/>
        <w:jc w:val="both"/>
      </w:pPr>
      <w:r>
        <w:t xml:space="preserve">Kisku, J., Oraon, J., Pandey, A.K., Singh, B.K. and </w:t>
      </w:r>
      <w:proofErr w:type="spellStart"/>
      <w:r>
        <w:t>Chandraker</w:t>
      </w:r>
      <w:proofErr w:type="spellEnd"/>
      <w:r>
        <w:t xml:space="preserve">, K. 2019. Study of adoption level and constraints faced by rural women in backyard poultry farming. Journal of </w:t>
      </w:r>
      <w:proofErr w:type="spellStart"/>
      <w:r>
        <w:t>AgriSearch</w:t>
      </w:r>
      <w:proofErr w:type="spellEnd"/>
      <w:r>
        <w:t>, 6(SI): 101-103.</w:t>
      </w:r>
    </w:p>
    <w:p w14:paraId="118B9D23" w14:textId="77777777" w:rsidR="0062046C" w:rsidRDefault="00CD63E1">
      <w:pPr>
        <w:spacing w:after="40"/>
        <w:ind w:left="288" w:hanging="288"/>
        <w:jc w:val="both"/>
      </w:pPr>
      <w:r>
        <w:t>Mandal, M.K., Khandekar, N. and Khandekar, P. 2006. Backyard poultry farming in Bareilly district of Uttar Pradesh, India: An analysis. Livestock Research for Rural Development, 18(7).</w:t>
      </w:r>
    </w:p>
    <w:p w14:paraId="3417FD24" w14:textId="77777777" w:rsidR="0062046C" w:rsidRDefault="00CD63E1">
      <w:pPr>
        <w:spacing w:after="40"/>
        <w:ind w:left="288" w:hanging="288"/>
        <w:jc w:val="both"/>
      </w:pPr>
      <w:r>
        <w:t>Meena, B.S., Meena, L.K. and Sharma, K.C. 2021. Health care practices in backyard poultry farming during winter in Haryana. Indian Journal of Veterinary Medicine, 41(3): 67-74.</w:t>
      </w:r>
    </w:p>
    <w:p w14:paraId="1757151D" w14:textId="77777777" w:rsidR="0062046C" w:rsidRDefault="00CD63E1">
      <w:pPr>
        <w:spacing w:after="40"/>
        <w:ind w:left="288" w:hanging="288"/>
        <w:jc w:val="both"/>
      </w:pPr>
      <w:r>
        <w:t>Meena, B.S., Meena, L.K. and Sharma, K.C. 2022. Feed storage practices in backyard poultry farming during the rainy season in Rajasthan. Journal of Animal Nutrition, 38(1): 45-52.</w:t>
      </w:r>
    </w:p>
    <w:p w14:paraId="02D1B482" w14:textId="77777777" w:rsidR="0062046C" w:rsidRDefault="00CD63E1">
      <w:pPr>
        <w:spacing w:after="40"/>
        <w:ind w:left="288" w:hanging="288"/>
        <w:jc w:val="both"/>
      </w:pPr>
      <w:r>
        <w:t xml:space="preserve">Oladunni, M.E. and </w:t>
      </w:r>
      <w:proofErr w:type="spellStart"/>
      <w:r>
        <w:t>Fatuase</w:t>
      </w:r>
      <w:proofErr w:type="spellEnd"/>
      <w:r>
        <w:t>, A.I. 2014. Economic analysis of backyard poultry farming in Akoko North West Local Government Area of Ondo State, Nigeria. Global Journal of Biology, Agriculture and Health Sciences, 3(1): 141-147.</w:t>
      </w:r>
    </w:p>
    <w:p w14:paraId="420690D4" w14:textId="77777777" w:rsidR="0062046C" w:rsidRDefault="00CD63E1">
      <w:pPr>
        <w:spacing w:after="40"/>
        <w:ind w:left="288" w:hanging="288"/>
        <w:jc w:val="both"/>
      </w:pPr>
      <w:proofErr w:type="spellStart"/>
      <w:r>
        <w:t>Popy</w:t>
      </w:r>
      <w:proofErr w:type="spellEnd"/>
      <w:r>
        <w:t xml:space="preserve">, F.Y., Chowdhury, Q.M.K., Alam, S., Roy, S., Dipta, P.M. and Ahmed, J. 2018. Backyard poultry management and production system at </w:t>
      </w:r>
      <w:proofErr w:type="spellStart"/>
      <w:r>
        <w:t>Barlekha</w:t>
      </w:r>
      <w:proofErr w:type="spellEnd"/>
      <w:r>
        <w:t xml:space="preserve"> Upazila, </w:t>
      </w:r>
      <w:proofErr w:type="spellStart"/>
      <w:r>
        <w:t>Moulvibazar</w:t>
      </w:r>
      <w:proofErr w:type="spellEnd"/>
      <w:r>
        <w:t>, Bangladesh. International Journal of Science and Business, 2(2): 90-100.</w:t>
      </w:r>
    </w:p>
    <w:p w14:paraId="10EEF84D" w14:textId="77777777" w:rsidR="0062046C" w:rsidRDefault="00CD63E1">
      <w:pPr>
        <w:spacing w:after="40"/>
        <w:ind w:left="288" w:hanging="288"/>
        <w:jc w:val="both"/>
      </w:pPr>
      <w:r>
        <w:t>Rahman, S. 2017. Status and constraints of backyard poultry farming in Mizoram. Indian Journal of Hill Farming, Special Issue: 76-82.</w:t>
      </w:r>
    </w:p>
    <w:p w14:paraId="3AB85FF0" w14:textId="77777777" w:rsidR="0062046C" w:rsidRDefault="00CD63E1">
      <w:pPr>
        <w:spacing w:after="40"/>
        <w:ind w:left="288" w:hanging="288"/>
        <w:jc w:val="both"/>
      </w:pPr>
      <w:proofErr w:type="spellStart"/>
      <w:r>
        <w:t>Samantaray</w:t>
      </w:r>
      <w:proofErr w:type="spellEnd"/>
      <w:r>
        <w:t xml:space="preserve">, S.K., </w:t>
      </w:r>
      <w:proofErr w:type="spellStart"/>
      <w:r>
        <w:t>Ranabijuli</w:t>
      </w:r>
      <w:proofErr w:type="spellEnd"/>
      <w:r>
        <w:t>, S., Mohanty, B., Satapathy, B., Panda, P.K. and Behera, M.R. 2020. Adoption level of scientific backyard poultry practices: A socio-technical analysis in the state of Odisha. The Pharma Innovation Journal, SP-9(8): 104-108.</w:t>
      </w:r>
    </w:p>
    <w:p w14:paraId="4E455C58" w14:textId="77777777" w:rsidR="0062046C" w:rsidRDefault="00CD63E1">
      <w:pPr>
        <w:spacing w:after="40"/>
        <w:ind w:left="288" w:hanging="288"/>
        <w:jc w:val="both"/>
      </w:pPr>
      <w:r>
        <w:t>Sharma, S., Iqbal, A., Azmi, S. and Shah, H.A. 2013. Study of poultry coccidiosis in organized and backyard farms of Jammu region. Veterinary World, 6(8): 467-469.</w:t>
      </w:r>
    </w:p>
    <w:p w14:paraId="55F473DC" w14:textId="77777777" w:rsidR="0062046C" w:rsidRDefault="00CD63E1">
      <w:pPr>
        <w:spacing w:after="40"/>
        <w:ind w:left="288" w:hanging="288"/>
        <w:jc w:val="both"/>
      </w:pPr>
      <w:r>
        <w:t xml:space="preserve">Sharma, V., Kumar, P. and </w:t>
      </w:r>
      <w:proofErr w:type="spellStart"/>
      <w:r>
        <w:t>Bhadwal</w:t>
      </w:r>
      <w:proofErr w:type="spellEnd"/>
      <w:r>
        <w:t>, M.S. 2018. Issues and prospects of indigenous poultry rearing in hilly areas of Jammu and Kashmir state. Livestock Extension, 1(1): 25-32.</w:t>
      </w:r>
    </w:p>
    <w:p w14:paraId="1E0D9B3C" w14:textId="77777777" w:rsidR="0062046C" w:rsidRDefault="00CD63E1">
      <w:pPr>
        <w:spacing w:after="40"/>
        <w:ind w:left="288" w:hanging="288"/>
        <w:jc w:val="both"/>
      </w:pPr>
      <w:r>
        <w:lastRenderedPageBreak/>
        <w:t>Singh, P., Kumar, R. and Yadav, S. 2021. Feed management practices in backyard poultry farming in Uttar Pradesh. Indian Journal of Animal Nutrition, 38(3): 56-68.</w:t>
      </w:r>
    </w:p>
    <w:p w14:paraId="0B091E3F" w14:textId="77777777" w:rsidR="0062046C" w:rsidRDefault="00CD63E1">
      <w:pPr>
        <w:spacing w:after="40"/>
        <w:ind w:left="288" w:hanging="288"/>
        <w:jc w:val="both"/>
      </w:pPr>
      <w:r>
        <w:t xml:space="preserve">Singh, S., Gupta, L. and Choudhary, J.L. 2021. Feeding and breeding practices followed by poultry farmers in </w:t>
      </w:r>
      <w:proofErr w:type="spellStart"/>
      <w:r>
        <w:t>Banswara</w:t>
      </w:r>
      <w:proofErr w:type="spellEnd"/>
      <w:r>
        <w:t xml:space="preserve"> district of Rajasthan. International Journal of Fauna and Biological Studies, 8(3): 32-33.</w:t>
      </w:r>
    </w:p>
    <w:p w14:paraId="77DA1B5E" w14:textId="77777777" w:rsidR="0062046C" w:rsidRDefault="00CD63E1">
      <w:pPr>
        <w:spacing w:after="40"/>
        <w:ind w:left="288" w:hanging="288"/>
        <w:jc w:val="both"/>
      </w:pPr>
      <w:r>
        <w:t>Sisay, T., Alemayehu, K. and Zeleke, G. 2018. Trends of exotic chicken dissemination in North Western Amhara, Ethiopia: Challenges and opportunities. Nutrition and Food Toxicology, 2: 383-392.</w:t>
      </w:r>
    </w:p>
    <w:p w14:paraId="0558E61B" w14:textId="77777777" w:rsidR="0062046C" w:rsidRDefault="00CD63E1">
      <w:pPr>
        <w:spacing w:after="40"/>
        <w:ind w:left="288" w:hanging="288"/>
        <w:jc w:val="both"/>
      </w:pPr>
      <w:r>
        <w:t xml:space="preserve">Suleiman, R. and Olukotun, O. 2019. Relationship between adoption level of improved management techniques and poultry farmers’ socioeconomic factors in </w:t>
      </w:r>
      <w:proofErr w:type="spellStart"/>
      <w:r>
        <w:t>Igabi</w:t>
      </w:r>
      <w:proofErr w:type="spellEnd"/>
      <w:r>
        <w:t xml:space="preserve"> Local Government Area of Kaduna State, Nigeria. International Journal of Research and Innovation in Applied Science, 4(10): 1-5.</w:t>
      </w:r>
    </w:p>
    <w:p w14:paraId="3E803E26" w14:textId="77777777" w:rsidR="0062046C" w:rsidRDefault="00CD63E1">
      <w:pPr>
        <w:spacing w:after="40"/>
        <w:ind w:left="288" w:hanging="288"/>
        <w:jc w:val="both"/>
      </w:pPr>
      <w:r>
        <w:t>Tsegaye, B., Gudina, T.V. and Alemseged, H.N. 2014. Evaluation of management practices and marketing systems of village chicken in Ethiopia. African Journal of Tropical Agriculture, 2(10): 105-110.</w:t>
      </w:r>
    </w:p>
    <w:p w14:paraId="58DD1550" w14:textId="77777777" w:rsidR="0062046C" w:rsidRDefault="00CD63E1">
      <w:pPr>
        <w:spacing w:after="40"/>
        <w:ind w:left="288" w:hanging="288"/>
        <w:jc w:val="both"/>
      </w:pPr>
      <w:r>
        <w:t xml:space="preserve">Varadharajan, A. and Gnanasekar, R. 2019. Analysis of backyard poultry farming in </w:t>
      </w:r>
      <w:proofErr w:type="spellStart"/>
      <w:r>
        <w:t>Cuddalore</w:t>
      </w:r>
      <w:proofErr w:type="spellEnd"/>
      <w:r>
        <w:t xml:space="preserve"> district of Tamil Nadu, India: Implication for sustainable rural development. Asian Journal of Research in Animal and Veterinary Sciences, 4(4): 1-6.</w:t>
      </w:r>
    </w:p>
    <w:p w14:paraId="34879247" w14:textId="77777777" w:rsidR="0062046C" w:rsidRDefault="00CD63E1">
      <w:pPr>
        <w:spacing w:after="40"/>
        <w:ind w:left="288" w:hanging="288"/>
        <w:jc w:val="both"/>
      </w:pPr>
      <w:proofErr w:type="spellStart"/>
      <w:r>
        <w:t>Weyuma</w:t>
      </w:r>
      <w:proofErr w:type="spellEnd"/>
      <w:r>
        <w:t xml:space="preserve">, H., Singh, H. and </w:t>
      </w:r>
      <w:proofErr w:type="spellStart"/>
      <w:r>
        <w:t>Megersa</w:t>
      </w:r>
      <w:proofErr w:type="spellEnd"/>
      <w:r>
        <w:t>, M. 2015. Studies on management practices and constraints of backyard chicken production in selected rural areas of Bishoftu. Journal of Veterinary Science and Technology, SP12(3): 2-9.</w:t>
      </w:r>
    </w:p>
    <w:sectPr w:rsidR="0062046C" w:rsidSect="00034616">
      <w:headerReference w:type="even" r:id="rId14"/>
      <w:headerReference w:type="default" r:id="rId15"/>
      <w:footerReference w:type="even" r:id="rId16"/>
      <w:footerReference w:type="default" r:id="rId17"/>
      <w:headerReference w:type="first" r:id="rId18"/>
      <w:footerReference w:type="first" r:id="rId19"/>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9312B" w14:textId="77777777" w:rsidR="00BF5B47" w:rsidRDefault="00BF5B47" w:rsidP="000E4DF4">
      <w:pPr>
        <w:spacing w:after="0" w:line="240" w:lineRule="auto"/>
      </w:pPr>
      <w:r>
        <w:separator/>
      </w:r>
    </w:p>
  </w:endnote>
  <w:endnote w:type="continuationSeparator" w:id="0">
    <w:p w14:paraId="712A8622" w14:textId="77777777" w:rsidR="00BF5B47" w:rsidRDefault="00BF5B47" w:rsidP="000E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D7E3" w14:textId="77777777" w:rsidR="00814267" w:rsidRDefault="00814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D9ED" w14:textId="77777777" w:rsidR="00814267" w:rsidRDefault="00814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797A" w14:textId="77777777" w:rsidR="00814267" w:rsidRDefault="00814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FA243" w14:textId="77777777" w:rsidR="00BF5B47" w:rsidRDefault="00BF5B47" w:rsidP="000E4DF4">
      <w:pPr>
        <w:spacing w:after="0" w:line="240" w:lineRule="auto"/>
      </w:pPr>
      <w:r>
        <w:separator/>
      </w:r>
    </w:p>
  </w:footnote>
  <w:footnote w:type="continuationSeparator" w:id="0">
    <w:p w14:paraId="0827E4ED" w14:textId="77777777" w:rsidR="00BF5B47" w:rsidRDefault="00BF5B47" w:rsidP="000E4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6536" w14:textId="5EE13DD0" w:rsidR="00814267" w:rsidRDefault="00814267">
    <w:pPr>
      <w:pStyle w:val="Header"/>
    </w:pPr>
    <w:r>
      <w:rPr>
        <w:noProof/>
      </w:rPr>
      <w:pict w14:anchorId="4DC6C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6" o:spid="_x0000_s1026" type="#_x0000_t136" style="position:absolute;margin-left:0;margin-top:0;width:611.1pt;height:68.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DAC4E" w14:textId="6C091167" w:rsidR="00814267" w:rsidRDefault="00814267">
    <w:pPr>
      <w:pStyle w:val="Header"/>
    </w:pPr>
    <w:r>
      <w:rPr>
        <w:noProof/>
      </w:rPr>
      <w:pict w14:anchorId="101AB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7" o:spid="_x0000_s1027" type="#_x0000_t136" style="position:absolute;margin-left:0;margin-top:0;width:611.1pt;height:68.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7360" w14:textId="3CAF40D4" w:rsidR="00814267" w:rsidRDefault="00814267">
    <w:pPr>
      <w:pStyle w:val="Header"/>
    </w:pPr>
    <w:r>
      <w:rPr>
        <w:noProof/>
      </w:rPr>
      <w:pict w14:anchorId="66328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5" o:spid="_x0000_s1025" type="#_x0000_t136" style="position:absolute;margin-left:0;margin-top:0;width:611.1pt;height:68.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17130800">
    <w:abstractNumId w:val="8"/>
  </w:num>
  <w:num w:numId="2" w16cid:durableId="123349142">
    <w:abstractNumId w:val="6"/>
  </w:num>
  <w:num w:numId="3" w16cid:durableId="857622775">
    <w:abstractNumId w:val="5"/>
  </w:num>
  <w:num w:numId="4" w16cid:durableId="510413331">
    <w:abstractNumId w:val="4"/>
  </w:num>
  <w:num w:numId="5" w16cid:durableId="1585721096">
    <w:abstractNumId w:val="7"/>
  </w:num>
  <w:num w:numId="6" w16cid:durableId="664819952">
    <w:abstractNumId w:val="3"/>
  </w:num>
  <w:num w:numId="7" w16cid:durableId="1538739923">
    <w:abstractNumId w:val="2"/>
  </w:num>
  <w:num w:numId="8" w16cid:durableId="811755158">
    <w:abstractNumId w:val="1"/>
  </w:num>
  <w:num w:numId="9" w16cid:durableId="88148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730"/>
    <w:rsid w:val="00032E18"/>
    <w:rsid w:val="00034616"/>
    <w:rsid w:val="0006063C"/>
    <w:rsid w:val="000901F9"/>
    <w:rsid w:val="000E1A64"/>
    <w:rsid w:val="000E4DF4"/>
    <w:rsid w:val="00112D6D"/>
    <w:rsid w:val="001240C9"/>
    <w:rsid w:val="0015074B"/>
    <w:rsid w:val="00153D53"/>
    <w:rsid w:val="00163EBD"/>
    <w:rsid w:val="001F505C"/>
    <w:rsid w:val="001F715E"/>
    <w:rsid w:val="00205CF4"/>
    <w:rsid w:val="00206127"/>
    <w:rsid w:val="00223EC5"/>
    <w:rsid w:val="0022412A"/>
    <w:rsid w:val="00225B12"/>
    <w:rsid w:val="002749A3"/>
    <w:rsid w:val="0028704B"/>
    <w:rsid w:val="0029639D"/>
    <w:rsid w:val="002B0D43"/>
    <w:rsid w:val="002C37B7"/>
    <w:rsid w:val="00326F90"/>
    <w:rsid w:val="00361BFF"/>
    <w:rsid w:val="0036771F"/>
    <w:rsid w:val="00371489"/>
    <w:rsid w:val="00372B50"/>
    <w:rsid w:val="00376773"/>
    <w:rsid w:val="00493650"/>
    <w:rsid w:val="00541E04"/>
    <w:rsid w:val="00573BB7"/>
    <w:rsid w:val="00587EB1"/>
    <w:rsid w:val="0060329F"/>
    <w:rsid w:val="00610BFC"/>
    <w:rsid w:val="0062046C"/>
    <w:rsid w:val="006231A2"/>
    <w:rsid w:val="00651223"/>
    <w:rsid w:val="00687E75"/>
    <w:rsid w:val="006B0FBB"/>
    <w:rsid w:val="006F7636"/>
    <w:rsid w:val="00732F5D"/>
    <w:rsid w:val="00760400"/>
    <w:rsid w:val="007B34DD"/>
    <w:rsid w:val="007D0844"/>
    <w:rsid w:val="00814267"/>
    <w:rsid w:val="00844040"/>
    <w:rsid w:val="008A7731"/>
    <w:rsid w:val="008F0480"/>
    <w:rsid w:val="00923E34"/>
    <w:rsid w:val="00A508F1"/>
    <w:rsid w:val="00A603C7"/>
    <w:rsid w:val="00A96338"/>
    <w:rsid w:val="00AA1D8D"/>
    <w:rsid w:val="00AB3B8D"/>
    <w:rsid w:val="00AF7822"/>
    <w:rsid w:val="00B445B1"/>
    <w:rsid w:val="00B47730"/>
    <w:rsid w:val="00B76169"/>
    <w:rsid w:val="00BB23C4"/>
    <w:rsid w:val="00BF5B47"/>
    <w:rsid w:val="00CB0664"/>
    <w:rsid w:val="00CD5C9B"/>
    <w:rsid w:val="00CD63E1"/>
    <w:rsid w:val="00D06950"/>
    <w:rsid w:val="00D45A57"/>
    <w:rsid w:val="00DA2CE4"/>
    <w:rsid w:val="00DE493A"/>
    <w:rsid w:val="00E301F5"/>
    <w:rsid w:val="00E97B10"/>
    <w:rsid w:val="00EA6A81"/>
    <w:rsid w:val="00EC54DE"/>
    <w:rsid w:val="00EE3C67"/>
    <w:rsid w:val="00EF2DAC"/>
    <w:rsid w:val="00F337E0"/>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10777"/>
  <w15:docId w15:val="{D6E0D0C5-3EC7-4162-974A-D6D39503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D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E1"/>
    <w:rPr>
      <w:rFonts w:ascii="Tahoma" w:eastAsia="Times New Roman" w:hAnsi="Tahoma" w:cs="Tahoma"/>
      <w:sz w:val="16"/>
      <w:szCs w:val="16"/>
    </w:rPr>
  </w:style>
  <w:style w:type="character" w:styleId="Hyperlink">
    <w:name w:val="Hyperlink"/>
    <w:basedOn w:val="DefaultParagraphFont"/>
    <w:uiPriority w:val="99"/>
    <w:unhideWhenUsed/>
    <w:rsid w:val="006F7636"/>
    <w:rPr>
      <w:color w:val="0000FF" w:themeColor="hyperlink"/>
      <w:u w:val="single"/>
    </w:rPr>
  </w:style>
  <w:style w:type="character" w:styleId="UnresolvedMention">
    <w:name w:val="Unresolved Mention"/>
    <w:basedOn w:val="DefaultParagraphFont"/>
    <w:uiPriority w:val="99"/>
    <w:semiHidden/>
    <w:unhideWhenUsed/>
    <w:rsid w:val="006F7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14</Pages>
  <Words>5169</Words>
  <Characters>29467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50</cp:revision>
  <dcterms:created xsi:type="dcterms:W3CDTF">2013-12-23T23:15:00Z</dcterms:created>
  <dcterms:modified xsi:type="dcterms:W3CDTF">2026-06-03T13:33:00Z</dcterms:modified>
  <cp:category/>
</cp:coreProperties>
</file>